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Edwardsville Pride Picnic Ideas for Community Connection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gathering: Rainbow House in Edwardsville is hosting a community-focused Pride Picnic on Saturday 15 August, a smaller, family-friendly celebration built around pizza, music, vendors and connection , perfect if you want a welcoming, low-key Pride outing that still feels festive.</w:t>
      </w:r>
      <w:r/>
    </w:p>
    <w:p>
      <w:r/>
      <w:r>
        <w:t>Essential Takeaways</w:t>
      </w:r>
      <w:r/>
      <w:r/>
    </w:p>
    <w:p>
      <w:pPr>
        <w:pStyle w:val="ListBullet"/>
        <w:spacing w:line="240" w:lineRule="auto"/>
        <w:ind w:left="720"/>
      </w:pPr>
      <w:r/>
      <w:r>
        <w:rPr>
          <w:b/>
        </w:rPr>
        <w:t>When and where:</w:t>
      </w:r>
      <w:r>
        <w:t xml:space="preserve"> Pride Picnic runs 2–6pm on Saturday 15 August at Rainbow House in Edwardsville, a local hub for LGBTQ+ inclusion. </w:t>
      </w:r>
      <w:r/>
    </w:p>
    <w:p>
      <w:pPr>
        <w:pStyle w:val="ListBullet"/>
        <w:spacing w:line="240" w:lineRule="auto"/>
        <w:ind w:left="720"/>
      </w:pPr>
      <w:r/>
      <w:r>
        <w:rPr>
          <w:b/>
        </w:rPr>
        <w:t>What to expect:</w:t>
      </w:r>
      <w:r>
        <w:t xml:space="preserve"> Pizza, live music, vendors, yard games and activities for all ages; atmosphere is affirming and relaxed. </w:t>
      </w:r>
      <w:r/>
    </w:p>
    <w:p>
      <w:pPr>
        <w:pStyle w:val="ListBullet"/>
        <w:spacing w:line="240" w:lineRule="auto"/>
        <w:ind w:left="720"/>
      </w:pPr>
      <w:r/>
      <w:r>
        <w:rPr>
          <w:b/>
        </w:rPr>
        <w:t>Who’s behind it:</w:t>
      </w:r>
      <w:r>
        <w:t xml:space="preserve"> Rainbow House, founded when a local pastor donated a parsonage to create a safe community space. </w:t>
      </w:r>
      <w:r/>
    </w:p>
    <w:p>
      <w:pPr>
        <w:pStyle w:val="ListBullet"/>
        <w:spacing w:line="240" w:lineRule="auto"/>
        <w:ind w:left="720"/>
      </w:pPr>
      <w:r/>
      <w:r>
        <w:rPr>
          <w:b/>
        </w:rPr>
        <w:t>Community feel:</w:t>
      </w:r>
      <w:r>
        <w:t xml:space="preserve"> Mix of families, older adults and allies , people often stop by just to show support or to meet neighbours. </w:t>
      </w:r>
      <w:r/>
    </w:p>
    <w:p>
      <w:pPr>
        <w:pStyle w:val="ListBullet"/>
        <w:spacing w:line="240" w:lineRule="auto"/>
        <w:ind w:left="720"/>
      </w:pPr>
      <w:r/>
      <w:r>
        <w:rPr>
          <w:b/>
        </w:rPr>
        <w:t>Follow-up options:</w:t>
      </w:r>
      <w:r>
        <w:t xml:space="preserve"> Rainbow House offers support groups, Safe Zone training and other events year-round if you want to stay involved.</w:t>
      </w:r>
      <w:r/>
      <w:r/>
    </w:p>
    <w:p>
      <w:pPr>
        <w:pStyle w:val="Heading2"/>
      </w:pPr>
      <w:r>
        <w:t>Why a picnic, not a festival? It feels neighbourly and approachable</w:t>
      </w:r>
      <w:r/>
    </w:p>
    <w:p>
      <w:r/>
      <w:r>
        <w:t>The picnic is deliberately smaller than a festival, which makes the atmosphere quieter, more intimate and easier to navigate if crowds give you pause. Rainbow House aims to create a safe, welcoming environment where conversations can actually happen, not just pass in the crowd. That back-to-basics approach matters if you want community over spectacle, especially for families or older adults who value conversation and a calmer pace. If you prefer something relaxed but still celebratory, this is the sweet spot.</w:t>
      </w:r>
      <w:r/>
    </w:p>
    <w:p>
      <w:pPr>
        <w:pStyle w:val="Heading2"/>
      </w:pPr>
      <w:r>
        <w:t>How Rainbow House began and why it still matters</w:t>
      </w:r>
      <w:r/>
    </w:p>
    <w:p>
      <w:r/>
      <w:r>
        <w:t>Rainbow House began when Pastor David Roderick chose to donate a parsonage rather than move into it, turning the property into a centre for inclusion. That origin story gives the space a quietly radical feel: it’s rooted in local care and intentional welcome. The organisation runs support groups and Safe Zone trainings, and it partners on visibility events like Trans Day of Visibility, so the picnic is one part of a wider community effort. For many residents, knowing the place exists is a comfort even if they never step inside.</w:t>
      </w:r>
      <w:r/>
    </w:p>
    <w:p>
      <w:pPr>
        <w:pStyle w:val="Heading2"/>
      </w:pPr>
      <w:r>
        <w:t>What to plan for on the day , practical tips</w:t>
      </w:r>
      <w:r/>
    </w:p>
    <w:p>
      <w:r/>
      <w:r>
        <w:t>Expect pizza, music, vendors and yard games; bring a picnic blanket, sun protection and cash or card for vendor stalls. Arrive earlier if you want a shady spot or plan to socialise , events like this often attract a steady stream of families and individuals who linger for hours. If you’re attending as an ally, wear something simple like a pin or bandana to show support; if you’re bringing kids, point out the friendly faces and community leaders so they feel welcome. And if noise or crowds worry you, swing by mid-afternoon when things tend to be more mellow.</w:t>
      </w:r>
      <w:r/>
    </w:p>
    <w:p>
      <w:pPr>
        <w:pStyle w:val="Heading2"/>
      </w:pPr>
      <w:r>
        <w:t>Who comes, and what people say about it</w:t>
      </w:r>
      <w:r/>
    </w:p>
    <w:p>
      <w:r/>
      <w:r>
        <w:t>The picnic attracts a wide mix: LGBTQ+ people, allies, families and older residents who come to lend visible support. Organisers report stories of families choosing Edwardsville because they felt safer knowing Rainbow House was part of the community, which shows how a single local initiative can shape neighbourhood confidence. For newcomers, the event is an easy way to meet groups like PFLAG and learn about ongoing support resources without a heavy commitment. If you just want to show solidarity, turning up is already meaningful.</w:t>
      </w:r>
      <w:r/>
    </w:p>
    <w:p>
      <w:pPr>
        <w:pStyle w:val="Heading2"/>
      </w:pPr>
      <w:r>
        <w:t>After the picnic: ways to stay connected</w:t>
      </w:r>
      <w:r/>
    </w:p>
    <w:p>
      <w:r/>
      <w:r>
        <w:t>Rainbow House isn’t a religious outreach despite its connection to an affirming church; events are secular and open to everyone. After the picnic, you can explore support groups, Safe Zone trainings, and community events listed on Rainbow House and local Pride sites if you want to deepen involvement. Volunteering at future events or joining a support group are simple next steps if the picnic sparks a connection. Either way, the picnic is designed to be more than a single afternoon , it’s a doorway to ongoing community.</w:t>
      </w:r>
      <w:r/>
    </w:p>
    <w:p>
      <w:r/>
      <w:r>
        <w:t>It's a small change that can make every summer afternoon feel a bit more neighbourly.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0">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https://www.riverbender.com/news/details/rainbow-house-plans-communityfocused-pride-picnic-in-edwardsville-95656.cfm</w:t>
        </w:r>
      </w:hyperlink>
      <w:r>
        <w:t xml:space="preserve"> - Please view link - unable to able to access data</w:t>
      </w:r>
      <w:r/>
    </w:p>
    <w:p>
      <w:pPr>
        <w:pStyle w:val="ListNumber"/>
        <w:spacing w:line="240" w:lineRule="auto"/>
        <w:ind w:left="720"/>
      </w:pPr>
      <w:r/>
      <w:hyperlink r:id="rId9">
        <w:r>
          <w:rPr>
            <w:color w:val="0000EE"/>
            <w:u w:val="single"/>
          </w:rPr>
          <w:t>https://www.riverbender.com/news/details/rainbow-house-plans-communityfocused-pride-picnic-in-edwardsville-95656.cfm</w:t>
        </w:r>
      </w:hyperlink>
      <w:r>
        <w:t xml:space="preserve"> - Rainbow House, an LGBTQ+ inclusion centre in Edwardsville, Illinois, is hosting its annual Pride Picnic on Saturday, August 15, 2026, from 2–6 p.m. The event will feature pizza, music, vendors, and yard games, aiming to foster community connections. David Roderick, director of Rainbow House, emphasised the centre's mission to create a safe space for the LGBTQ+ community in the area. The picnic is open to all, including allies, and serves as a platform for individuals of various ages and backgrounds to come together in an affirming environment.</w:t>
      </w:r>
      <w:r/>
    </w:p>
    <w:p>
      <w:pPr>
        <w:pStyle w:val="ListNumber"/>
        <w:spacing w:line="240" w:lineRule="auto"/>
        <w:ind w:left="720"/>
      </w:pPr>
      <w:r/>
      <w:hyperlink r:id="rId11">
        <w:r>
          <w:rPr>
            <w:color w:val="0000EE"/>
            <w:u w:val="single"/>
          </w:rPr>
          <w:t>https://www.edwardsvillepride.org/</w:t>
        </w:r>
      </w:hyperlink>
      <w:r>
        <w:t xml:space="preserve"> - Edwardsville Pride Inclusivity Center (EPICenter) is a non-profit organisation dedicated to providing support and a voice for the LGBTQ+ community in the greater Edwardsville area. EPICenter offers resources, information, and guidance, aiming to foster a genuine sense of pride and make a difference in the community. The centre is run by members of the LGBTQ+ community for the community, focusing on local activism and action to ensure safety, happiness, and welcome for all.</w:t>
      </w:r>
      <w:r/>
    </w:p>
    <w:p>
      <w:pPr>
        <w:pStyle w:val="ListNumber"/>
        <w:spacing w:line="240" w:lineRule="auto"/>
        <w:ind w:left="720"/>
      </w:pPr>
      <w:r/>
      <w:hyperlink r:id="rId10">
        <w:r>
          <w:rPr>
            <w:color w:val="0000EE"/>
            <w:u w:val="single"/>
          </w:rPr>
          <w:t>https://www.rainbowhouseedwardsvilleil.com/</w:t>
        </w:r>
      </w:hyperlink>
      <w:r>
        <w:t xml:space="preserve"> - Rainbow House in Edwardsville, Illinois, serves as an LGBTQ+ centre of inclusion, offering support groups for all ages and hosting events like art nights and clothing giveaways. Located at 808 N. Main St., the centre provides a safe and welcoming environment for the LGBTQ+ community and their allies, aiming to foster connections and support among individuals of various backgrounds.</w:t>
      </w:r>
      <w:r/>
    </w:p>
    <w:p>
      <w:pPr>
        <w:pStyle w:val="ListNumber"/>
        <w:spacing w:line="240" w:lineRule="auto"/>
        <w:ind w:left="720"/>
      </w:pPr>
      <w:r/>
      <w:hyperlink r:id="rId13">
        <w:r>
          <w:rPr>
            <w:color w:val="0000EE"/>
            <w:u w:val="single"/>
          </w:rPr>
          <w:t>https://www.pflagedwardsville.com/support-groups/</w:t>
        </w:r>
      </w:hyperlink>
      <w:r>
        <w:t xml:space="preserve"> - PFLAG Edwardsville offers various support groups for the LGBTQIA+ community and their families. The Adult Support Group meets every 1st and 3rd Wednesday of the month, providing a space for discussion, friendship, and overall support. Additionally, PFLAG Edwardsville collaborates with other local organisations to offer resources and support for the LGBTQIA+ community in the Metro-East area.</w:t>
      </w:r>
      <w:r/>
    </w:p>
    <w:p>
      <w:pPr>
        <w:pStyle w:val="ListNumber"/>
        <w:spacing w:line="240" w:lineRule="auto"/>
        <w:ind w:left="720"/>
      </w:pPr>
      <w:r/>
      <w:hyperlink r:id="rId12">
        <w:r>
          <w:rPr>
            <w:color w:val="0000EE"/>
            <w:u w:val="single"/>
          </w:rPr>
          <w:t>https://www.thetelegraph.com/news/article/rainbow-house-hosts-lgbtq-art-night-edwardsville-18630500.php</w:t>
        </w:r>
      </w:hyperlink>
      <w:r>
        <w:t xml:space="preserve"> - Rainbow House in Edwardsville hosted an art night on January 31, 2024, inviting local LGBTQ+ community members to create artwork for display in the house. The event provided canvases, paint, and brushes, fostering a creative environment for individuals aged 18 and older to express themselves and contribute to the centre's artistic initiatives.</w:t>
      </w:r>
      <w:r/>
    </w:p>
    <w:p>
      <w:pPr>
        <w:pStyle w:val="ListNumber"/>
        <w:spacing w:line="240" w:lineRule="auto"/>
        <w:ind w:left="720"/>
      </w:pPr>
      <w:r/>
      <w:hyperlink r:id="rId14">
        <w:r>
          <w:rPr>
            <w:color w:val="0000EE"/>
            <w:u w:val="single"/>
          </w:rPr>
          <w:t>https://www.pflagedwardsville.com/our-events/</w:t>
        </w:r>
      </w:hyperlink>
      <w:r>
        <w:t xml:space="preserve"> - PFLAG Edwardsville participates in and hosts various local LGBTQ+ events, including Unity Fest Edwardsville, PrideSTL, and the Edwardsville Halloween Parade. These events aim to enhance the visibility of the LGBTQIA+ community and its allies in the St. Louis Metro East area, providing opportunities for education, advocacy,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iverbender.com/news/details/rainbow-house-plans-communityfocused-pride-picnic-in-edwardsville-95656.cfm" TargetMode="External"/><Relationship Id="rId10" Type="http://schemas.openxmlformats.org/officeDocument/2006/relationships/hyperlink" Target="https://www.rainbowhouseedwardsvilleil.com/" TargetMode="External"/><Relationship Id="rId11" Type="http://schemas.openxmlformats.org/officeDocument/2006/relationships/hyperlink" Target="https://www.edwardsvillepride.org/" TargetMode="External"/><Relationship Id="rId12" Type="http://schemas.openxmlformats.org/officeDocument/2006/relationships/hyperlink" Target="https://www.thetelegraph.com/news/article/rainbow-house-hosts-lgbtq-art-night-edwardsville-18630500.php" TargetMode="External"/><Relationship Id="rId13" Type="http://schemas.openxmlformats.org/officeDocument/2006/relationships/hyperlink" Target="https://www.pflagedwardsville.com/support-groups/" TargetMode="External"/><Relationship Id="rId14" Type="http://schemas.openxmlformats.org/officeDocument/2006/relationships/hyperlink" Target="https://www.pflagedwardsville.com/our-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