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Club Confessions Moment: Madonna and Kylie Reignite WorldPride Amsterdam</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of spectacle and lovers of queer nightlife flocked to WorldPride Amsterdam to witness Madonna’s CLUB CONFESSIONS , a late-night pop ritual that turned into a historic duet when Kylie Minogue surprised the crowd, underscoring music, memory and LGBTQ+ community care.</w:t>
      </w:r>
      <w:r/>
    </w:p>
    <w:p>
      <w:r/>
      <w:r>
        <w:t>Essential Takeaways</w:t>
      </w:r>
      <w:r/>
      <w:r/>
    </w:p>
    <w:p>
      <w:pPr>
        <w:pStyle w:val="ListBullet"/>
        <w:spacing w:line="240" w:lineRule="auto"/>
        <w:ind w:left="720"/>
      </w:pPr>
      <w:r/>
      <w:r>
        <w:rPr>
          <w:b/>
        </w:rPr>
        <w:t>Surprise duet:</w:t>
      </w:r>
      <w:r>
        <w:t xml:space="preserve"> Madonna and Kylie Minogue performed together after 2am for more than 6,000 people, debuting a new take on Love Sensation and reviving Sorry after decades.</w:t>
      </w:r>
      <w:r/>
    </w:p>
    <w:p>
      <w:pPr>
        <w:pStyle w:val="ListBullet"/>
        <w:spacing w:line="240" w:lineRule="auto"/>
        <w:ind w:left="720"/>
      </w:pPr>
      <w:r/>
      <w:r>
        <w:rPr>
          <w:b/>
        </w:rPr>
        <w:t>Nightlife format:</w:t>
      </w:r>
      <w:r>
        <w:t xml:space="preserve"> CLUB CONFESSIONS is a roaming DJ-driven platform blending live pop, club energy and guest appearances; its concept launched at The Abbey in West Hollywood.</w:t>
      </w:r>
      <w:r/>
    </w:p>
    <w:p>
      <w:pPr>
        <w:pStyle w:val="ListBullet"/>
        <w:spacing w:line="240" w:lineRule="auto"/>
        <w:ind w:left="720"/>
      </w:pPr>
      <w:r/>
      <w:r>
        <w:rPr>
          <w:b/>
        </w:rPr>
        <w:t>Advocacy on stage:</w:t>
      </w:r>
      <w:r>
        <w:t xml:space="preserve"> The event, presented by MISTR, highlighted HIV prevention and sexual healthcare alongside entertainment.</w:t>
      </w:r>
      <w:r/>
    </w:p>
    <w:p>
      <w:pPr>
        <w:pStyle w:val="ListBullet"/>
        <w:spacing w:line="240" w:lineRule="auto"/>
        <w:ind w:left="720"/>
      </w:pPr>
      <w:r/>
      <w:r>
        <w:rPr>
          <w:b/>
        </w:rPr>
        <w:t>Notable collaborators:</w:t>
      </w:r>
      <w:r>
        <w:t xml:space="preserve"> DJs and producers including Stuart Price and Honey Dijon shaped the sound and vibe, giving the night a true club-to-stage feel.</w:t>
      </w:r>
      <w:r/>
    </w:p>
    <w:p>
      <w:pPr>
        <w:pStyle w:val="ListBullet"/>
        <w:spacing w:line="240" w:lineRule="auto"/>
        <w:ind w:left="720"/>
      </w:pPr>
      <w:r/>
      <w:r>
        <w:rPr>
          <w:b/>
        </w:rPr>
        <w:t>Emotional punch:</w:t>
      </w:r>
      <w:r>
        <w:t xml:space="preserve"> Fans described the moment as cathartic , a mix of nostalgia, dance-floor euphoria and community solidarity.</w:t>
      </w:r>
      <w:r/>
      <w:r/>
    </w:p>
    <w:p>
      <w:pPr>
        <w:pStyle w:val="Heading2"/>
      </w:pPr>
      <w:r>
        <w:t>A late-night shock that felt like a reunion</w:t>
      </w:r>
      <w:r/>
    </w:p>
    <w:p>
      <w:r/>
      <w:r>
        <w:t>Madonna chose an intimate, late-hour slot but made it monumental; the crowd’s roar after Kylie walked onstage was equal parts surprise and recognition. According to Spanish and international reporting, the pair opened with a refreshed Love Sensation and slotted in Sorry, a track Madonna hadn’t performed live in over twenty years. That mix , the familiar voice, the club remix energy, the shared history , gave the night a warm, slightly intoxicating glow.</w:t>
      </w:r>
      <w:r/>
    </w:p>
    <w:p>
      <w:r/>
      <w:r>
        <w:t>The moment read like a callback to the decades these artists have threaded through queer club culture. For fans who’ve followed both performers since the 80s and 90s, it wasn’t just a setlist change; it was a communal memory resurfacing on the dance floor.</w:t>
      </w:r>
      <w:r/>
    </w:p>
    <w:p>
      <w:pPr>
        <w:pStyle w:val="Heading2"/>
      </w:pPr>
      <w:r>
        <w:t>CLUB CONFESSIONS is more than a concert , it’s a travelling club</w:t>
      </w:r>
      <w:r/>
    </w:p>
    <w:p>
      <w:r/>
      <w:r>
        <w:t>This isn’t Madonna doing a residency in the traditional sense. CLUB CONFESSIONS is designed as a mobile nightlife format that moves between cities, foregrounding DJs, surprise guests and club culture as the main event. The format debuted at The Abbey in West Hollywood and has since expanded to London, Paris, New York and Amsterdam.</w:t>
      </w:r>
      <w:r/>
    </w:p>
    <w:p>
      <w:r/>
      <w:r>
        <w:t>Industry coverage frames the series as a deliberate fusion of nightclub energy and festival production. That means you get the heft of a stadium moment but with the spontaneity of a club night , DJs weaving through tracks, guests appearing when you least expect them, the setlist ebbing and flowing like a real dance-floor experience.</w:t>
      </w:r>
      <w:r/>
    </w:p>
    <w:p>
      <w:pPr>
        <w:pStyle w:val="Heading2"/>
      </w:pPr>
      <w:r>
        <w:t>Advocacy threaded through the confetti</w:t>
      </w:r>
      <w:r/>
    </w:p>
    <w:p>
      <w:r/>
      <w:r>
        <w:t>MISTR presented the Amsterdam show, and it wasn’t just brand gloss. The organisation used the platform to push HIV prevention, education and access to sexual healthcare , a reminder that nightlife and activism have long been stitched together. Madonna herself reiterated her commitment to AIDS education and access, which helped turn a celebratory evening into something with tangible social purpose.</w:t>
      </w:r>
      <w:r/>
    </w:p>
    <w:p>
      <w:r/>
      <w:r>
        <w:t>That blend of party and purpose feels familiar within queer nightlife, where fundraising and awareness often sit beside the music. For anyone booking tickets to similar events, it’s worth checking whether initiatives tied to the night also support community causes.</w:t>
      </w:r>
      <w:r/>
    </w:p>
    <w:p>
      <w:pPr>
        <w:pStyle w:val="Heading2"/>
      </w:pPr>
      <w:r>
        <w:t>Production players who shaped the night</w:t>
      </w:r>
      <w:r/>
    </w:p>
    <w:p>
      <w:r/>
      <w:r>
        <w:t>Stuart Price and Honey Dijon were among the creative forces onstage, lending credibility and club pedigree to the set. Their presence kept the sound authentic , not merely pop karaoke but dance-floor construction that honours DJ culture. Reviews from outlets covering the festival noted how the DJ set-ups and transitions made the evening feel like a living club, even under the floodlights.</w:t>
      </w:r>
      <w:r/>
    </w:p>
    <w:p>
      <w:r/>
      <w:r>
        <w:t>If you’re chasing that club-to-concert crossover, look for line-ups that list DJs and producers as equal billing; that’s usually a sign you’ll get a more dynamic, dance-centred show.</w:t>
      </w:r>
      <w:r/>
    </w:p>
    <w:p>
      <w:pPr>
        <w:pStyle w:val="Heading2"/>
      </w:pPr>
      <w:r>
        <w:t>Why this moment matters for pop and Pride alike</w:t>
      </w:r>
      <w:r/>
    </w:p>
    <w:p>
      <w:r/>
      <w:r>
        <w:t>Pop reunions make headlines, but when those reunions happen at WorldPride, they mean more than chart nostalgia. They’re gestures to a community that has backed these artists through decades of change. International reporting framed the duet as both a musical highlight and a statement of solidarity , an acknowledgement that pop stars can still create communal rituals that matter.</w:t>
      </w:r>
      <w:r/>
    </w:p>
    <w:p>
      <w:r/>
      <w:r>
        <w:t>Expect CLUB CONFESSIONS to keep touring and to keep mixing spectacle with care. For fans, it’s proof that late-night surprises still have the power to feel intimate and consequential.</w:t>
      </w:r>
      <w:r/>
    </w:p>
    <w:p>
      <w:r/>
      <w:r>
        <w:t>It's a small change that can make every set feel like home.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[3]</w:t>
        </w:r>
      </w:hyperlink>
      <w:r>
        <w:t xml:space="preserve">, </w:t>
      </w:r>
      <w:hyperlink r:id="rId13">
        <w:r>
          <w:rPr>
            <w:color w:val="0000EE"/>
            <w:u w:val="single"/>
          </w:rPr>
          <w:t>[7]</w:t>
        </w:r>
      </w:hyperlink>
      <w:r>
        <w:t xml:space="preserve">- Paragraph 3: </w:t>
      </w:r>
      <w:hyperlink r:id="rId9">
        <w:r>
          <w:rPr>
            <w:color w:val="0000EE"/>
            <w:u w:val="single"/>
          </w:rPr>
          <w:t>[1]</w:t>
        </w:r>
      </w:hyperlink>
      <w:r>
        <w:t xml:space="preserve">, </w:t>
      </w:r>
      <w:hyperlink r:id="rId14">
        <w:r>
          <w:rPr>
            <w:color w:val="0000EE"/>
            <w:u w:val="single"/>
          </w:rPr>
          <w:t>[6]</w:t>
        </w:r>
      </w:hyperlink>
      <w:r>
        <w:t xml:space="preserve">- Paragraph 4: </w:t>
      </w:r>
      <w:hyperlink r:id="rId13">
        <w:r>
          <w:rPr>
            <w:color w:val="0000EE"/>
            <w:u w:val="single"/>
          </w:rPr>
          <w:t>[7]</w:t>
        </w:r>
      </w:hyperlink>
      <w:r>
        <w:t xml:space="preserve">, </w:t>
      </w:r>
      <w:hyperlink r:id="rId10">
        <w:r>
          <w:rPr>
            <w:color w:val="0000EE"/>
            <w:u w:val="single"/>
          </w:rPr>
          <w:t>[2]</w:t>
        </w:r>
      </w:hyperlink>
      <w:r>
        <w:t xml:space="preserve">- Paragraph 5: </w:t>
      </w:r>
      <w:hyperlink r:id="rId12">
        <w:r>
          <w:rPr>
            <w:color w:val="0000EE"/>
            <w:u w:val="single"/>
          </w:rPr>
          <w:t>[3]</w:t>
        </w:r>
      </w:hyperlink>
      <w:r>
        <w:t xml:space="preserve">, </w:t>
      </w:r>
      <w:hyperlink r:id="rId15">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https://www.famemagazine.co.uk/madonna-brings-club-confessions-to-worldpride-amsterdam-with-kylie-minogue/</w:t>
        </w:r>
      </w:hyperlink>
      <w:r>
        <w:t xml:space="preserve"> - Please view link - unable to able to access data</w:t>
      </w:r>
      <w:r/>
    </w:p>
    <w:p>
      <w:pPr>
        <w:pStyle w:val="ListNumber"/>
        <w:spacing w:line="240" w:lineRule="auto"/>
        <w:ind w:left="720"/>
      </w:pPr>
      <w:r/>
      <w:hyperlink r:id="rId10">
        <w:r>
          <w:rPr>
            <w:color w:val="0000EE"/>
            <w:u w:val="single"/>
          </w:rPr>
          <w:t>https://elpais.com/cultura/2026-08-02/madonna-actua-con-kylie-minogue-en-el-world-pride-de-amsterdam.html</w:t>
        </w:r>
      </w:hyperlink>
      <w:r>
        <w:t xml:space="preserve"> - Madonna and Kylie Minogue surprised fans at World Pride Amsterdam 2026 with a joint performance at AFAS Live. They debuted a new version of 'Love Sensation' and performed 'Sorry', a song Madonna hadn't sung live in over two decades. The event, part of Madonna's 'Club Confessions' tour, also featured Stuart Price and Honey Dijon, blending music, advocacy, and LGBTQ+ culture. The night supported HIV prevention, education, and access to sexual healthcare. (</w:t>
      </w:r>
      <w:hyperlink r:id="rId16">
        <w:r>
          <w:rPr>
            <w:color w:val="0000EE"/>
            <w:u w:val="single"/>
          </w:rPr>
          <w:t>elpais.com</w:t>
        </w:r>
      </w:hyperlink>
      <w:r>
        <w:t>)</w:t>
      </w:r>
      <w:r/>
    </w:p>
    <w:p>
      <w:pPr>
        <w:pStyle w:val="ListNumber"/>
        <w:spacing w:line="240" w:lineRule="auto"/>
        <w:ind w:left="720"/>
      </w:pPr>
      <w:r/>
      <w:hyperlink r:id="rId12">
        <w:r>
          <w:rPr>
            <w:color w:val="0000EE"/>
            <w:u w:val="single"/>
          </w:rPr>
          <w:t>https://los40.com/2026/08/04/por-fin-la-colaboracion-de-madonna-y-kylie-minogue-en-el-escenario-se-convierte-en-lanzamiento/</w:t>
        </w:r>
      </w:hyperlink>
      <w:r>
        <w:t xml:space="preserve"> - After years of speculation, Madonna and Kylie Minogue's collaboration became reality during World Pride Amsterdam 2026. They performed 'Love Sensation' together, leading to the announcement of their first official musical collaboration, 'Love Sensation Afterhours', a remixed version set to release on digital platforms. Fans celebrated this long-awaited union, dispelling any past rivalries and solidifying their pop legacies. (</w:t>
      </w:r>
      <w:hyperlink r:id="rId17">
        <w:r>
          <w:rPr>
            <w:color w:val="0000EE"/>
            <w:u w:val="single"/>
          </w:rPr>
          <w:t>los40.com</w:t>
        </w:r>
      </w:hyperlink>
      <w:r>
        <w:t>)</w:t>
      </w:r>
      <w:r/>
    </w:p>
    <w:p>
      <w:pPr>
        <w:pStyle w:val="ListNumber"/>
        <w:spacing w:line="240" w:lineRule="auto"/>
        <w:ind w:left="720"/>
      </w:pPr>
      <w:r/>
      <w:hyperlink r:id="rId11">
        <w:r>
          <w:rPr>
            <w:color w:val="0000EE"/>
            <w:u w:val="single"/>
          </w:rPr>
          <w:t>https://los40.com/2026/08/03/kylie-minogue-la-colaboracion-mas-esperada-de-madonna-se-sube-a-su-escenario-del-worldpride-de-amsterdam/</w:t>
        </w:r>
      </w:hyperlink>
      <w:r>
        <w:t xml:space="preserve"> - During World Pride Amsterdam 2026, Kylie Minogue joined Madonna on stage for a special performance, marking their second live collaboration. This occurred on August 1 at AFAS Live as part of Madonna's 'Club Confessions' show promoting her new album 'Confessions II'. They performed 'Love Sensation', with Kylie staying on stage for 'Sorry' and 'Hung Up'. Their first joint performance was in 2024 during the 'Celebration Tour'. (</w:t>
      </w:r>
      <w:hyperlink r:id="rId18">
        <w:r>
          <w:rPr>
            <w:color w:val="0000EE"/>
            <w:u w:val="single"/>
          </w:rPr>
          <w:t>los40.com</w:t>
        </w:r>
      </w:hyperlink>
      <w:r>
        <w:t>)</w:t>
      </w:r>
      <w:r/>
    </w:p>
    <w:p>
      <w:pPr>
        <w:pStyle w:val="ListNumber"/>
        <w:spacing w:line="240" w:lineRule="auto"/>
        <w:ind w:left="720"/>
      </w:pPr>
      <w:r/>
      <w:hyperlink r:id="rId15">
        <w:r>
          <w:rPr>
            <w:color w:val="0000EE"/>
            <w:u w:val="single"/>
          </w:rPr>
          <w:t>https://www.themix.net/music/music-news/kylie-minogue-shuts-down-rumors-appears-on-madonna-album/</w:t>
        </w:r>
      </w:hyperlink>
      <w:r>
        <w:t xml:space="preserve"> - Kylie Minogue addressed rumours about her involvement in Madonna's upcoming album 'Confessions II', denying any participation. She clarified that while there was speculation, she is not featured on the album. Despite this, Kylie expressed excitement to hear Madonna's return to the dance floor upon its release. (</w:t>
      </w:r>
      <w:hyperlink r:id="rId19">
        <w:r>
          <w:rPr>
            <w:color w:val="0000EE"/>
            <w:u w:val="single"/>
          </w:rPr>
          <w:t>themix.net</w:t>
        </w:r>
      </w:hyperlink>
      <w:r>
        <w:t>)</w:t>
      </w:r>
      <w:r/>
    </w:p>
    <w:p>
      <w:pPr>
        <w:pStyle w:val="ListNumber"/>
        <w:spacing w:line="240" w:lineRule="auto"/>
        <w:ind w:left="720"/>
      </w:pPr>
      <w:r/>
      <w:hyperlink r:id="rId14">
        <w:r>
          <w:rPr>
            <w:color w:val="0000EE"/>
            <w:u w:val="single"/>
          </w:rPr>
          <w:t>https://www.the-influential.com/2026/06/madonna-kylie-minogue-bbc-graham-norton-confessions-ii.html</w:t>
        </w:r>
      </w:hyperlink>
      <w:r>
        <w:t xml:space="preserve"> - Madonna and Kylie Minogue reunited on the BBC's 'Graham Norton Show' ahead of the release of Madonna's album 'Confessions II'. Their appearance reignited speculation about a collaboration, with Madonna playfully maintaining her mysterious persona and Kylie laughing off the rumours. This reunion added to the anticipation surrounding the album's release. (</w:t>
      </w:r>
      <w:hyperlink r:id="rId20">
        <w:r>
          <w:rPr>
            <w:color w:val="0000EE"/>
            <w:u w:val="single"/>
          </w:rPr>
          <w:t>the-influential.com</w:t>
        </w:r>
      </w:hyperlink>
      <w:r>
        <w:t>)</w:t>
      </w:r>
      <w:r/>
    </w:p>
    <w:p>
      <w:pPr>
        <w:pStyle w:val="ListNumber"/>
        <w:spacing w:line="240" w:lineRule="auto"/>
        <w:ind w:left="720"/>
      </w:pPr>
      <w:r/>
      <w:hyperlink r:id="rId13">
        <w:r>
          <w:rPr>
            <w:color w:val="0000EE"/>
            <w:u w:val="single"/>
          </w:rPr>
          <w:t>https://www.thequeerreview.com/2026/07/14/madonnas-club-confessions-was-the-hottest-queer-club-in-new-york-city/</w:t>
        </w:r>
      </w:hyperlink>
      <w:r>
        <w:t xml:space="preserve"> - Madonna's 'Club Confessions' event in New York City transformed the Knockdown Center into a vibrant queer club. The night featured performances by DJs like Sam-E, Junior Sanchez, and FCUKERS, with Honey Dijon concluding the event. This event was part of Madonna's 'Club Confessions' tour, which also included stops in Los Angeles, London, Paris, and Amsterdam. (</w:t>
      </w:r>
      <w:hyperlink r:id="rId21">
        <w:r>
          <w:rPr>
            <w:color w:val="0000EE"/>
            <w:u w:val="single"/>
          </w:rPr>
          <w:t>thequeerreview.com</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famemagazine.co.uk/madonna-brings-club-confessions-to-worldpride-amsterdam-with-kylie-minogue/" TargetMode="External"/><Relationship Id="rId10" Type="http://schemas.openxmlformats.org/officeDocument/2006/relationships/hyperlink" Target="https://elpais.com/cultura/2026-08-02/madonna-actua-con-kylie-minogue-en-el-world-pride-de-amsterdam.html" TargetMode="External"/><Relationship Id="rId11" Type="http://schemas.openxmlformats.org/officeDocument/2006/relationships/hyperlink" Target="https://los40.com/2026/08/03/kylie-minogue-la-colaboracion-mas-esperada-de-madonna-se-sube-a-su-escenario-del-worldpride-de-amsterdam/" TargetMode="External"/><Relationship Id="rId12" Type="http://schemas.openxmlformats.org/officeDocument/2006/relationships/hyperlink" Target="https://los40.com/2026/08/04/por-fin-la-colaboracion-de-madonna-y-kylie-minogue-en-el-escenario-se-convierte-en-lanzamiento/" TargetMode="External"/><Relationship Id="rId13" Type="http://schemas.openxmlformats.org/officeDocument/2006/relationships/hyperlink" Target="https://www.thequeerreview.com/2026/07/14/madonnas-club-confessions-was-the-hottest-queer-club-in-new-york-city/" TargetMode="External"/><Relationship Id="rId14" Type="http://schemas.openxmlformats.org/officeDocument/2006/relationships/hyperlink" Target="https://www.the-influential.com/2026/06/madonna-kylie-minogue-bbc-graham-norton-confessions-ii.html" TargetMode="External"/><Relationship Id="rId15" Type="http://schemas.openxmlformats.org/officeDocument/2006/relationships/hyperlink" Target="https://www.themix.net/music/music-news/kylie-minogue-shuts-down-rumors-appears-on-madonna-album/" TargetMode="External"/><Relationship Id="rId16" Type="http://schemas.openxmlformats.org/officeDocument/2006/relationships/hyperlink" Target="https://elpais.com/cultura/2026-08-02/madonna-actua-con-kylie-minogue-en-el-world-pride-de-amsterdam.html?utm_source=openai" TargetMode="External"/><Relationship Id="rId17" Type="http://schemas.openxmlformats.org/officeDocument/2006/relationships/hyperlink" Target="https://los40.com/2026/08/04/por-fin-la-colaboracion-de-madonna-y-kylie-minogue-en-el-escenario-se-convierte-en-lanzamiento/?utm_source=openai" TargetMode="External"/><Relationship Id="rId18" Type="http://schemas.openxmlformats.org/officeDocument/2006/relationships/hyperlink" Target="https://los40.com/2026/08/03/kylie-minogue-la-colaboracion-mas-esperada-de-madonna-se-sube-a-su-escenario-del-worldpride-de-amsterdam/?utm_source=openai" TargetMode="External"/><Relationship Id="rId19" Type="http://schemas.openxmlformats.org/officeDocument/2006/relationships/hyperlink" Target="https://www.themix.net/music/music-news/kylie-minogue-shuts-down-rumors-appears-on-madonna-album/?utm_source=openai" TargetMode="External"/><Relationship Id="rId20" Type="http://schemas.openxmlformats.org/officeDocument/2006/relationships/hyperlink" Target="https://www.the-influential.com/2026/06/madonna-kylie-minogue-bbc-graham-norton-confessions-ii.html?utm_source=openai" TargetMode="External"/><Relationship Id="rId21" Type="http://schemas.openxmlformats.org/officeDocument/2006/relationships/hyperlink" Target="https://thequeerreview.com/2026/07/14/madonnas-club-confessions-was-the-hottest-queer-club-in-new-york-city/?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