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Headliner Moments: Diana Ross’s Warm, Joyful Setlist and New Anthem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Pride-goers alike were buzzing as Diana Ross closed Brighton Pride’s flagship Pride on the Park with a show that mixed nostalgia, new music and plain-hearted connection , a reminder why big-name headliners still matter at landmark events like Brighton and Hove Pride.</w:t>
      </w:r>
      <w:r/>
    </w:p>
    <w:p>
      <w:r/>
      <w:r>
        <w:t>Essential Takeaways</w:t>
      </w:r>
      <w:r/>
      <w:r/>
    </w:p>
    <w:p>
      <w:pPr>
        <w:pStyle w:val="ListBullet"/>
        <w:spacing w:line="240" w:lineRule="auto"/>
        <w:ind w:left="720"/>
      </w:pPr>
      <w:r/>
      <w:r>
        <w:rPr>
          <w:b/>
        </w:rPr>
        <w:t>Showmanship:</w:t>
      </w:r>
      <w:r>
        <w:t xml:space="preserve"> Diana Ross delivered glamour and wit, changing from a bright red gown to a neon-green coat, keeping the crowd laughing and riveted.</w:t>
      </w:r>
      <w:r/>
    </w:p>
    <w:p>
      <w:pPr>
        <w:pStyle w:val="ListBullet"/>
        <w:spacing w:line="240" w:lineRule="auto"/>
        <w:ind w:left="720"/>
      </w:pPr>
      <w:r/>
      <w:r>
        <w:rPr>
          <w:b/>
        </w:rPr>
        <w:t>Emotional highs:</w:t>
      </w:r>
      <w:r>
        <w:t xml:space="preserve"> Quiet, heartfelt moments , including an affirmation and a moving Reach Out and Touch , prompted tears and strangers linking hands.</w:t>
      </w:r>
      <w:r/>
    </w:p>
    <w:p>
      <w:pPr>
        <w:pStyle w:val="ListBullet"/>
        <w:spacing w:line="240" w:lineRule="auto"/>
        <w:ind w:left="720"/>
      </w:pPr>
      <w:r/>
      <w:r>
        <w:rPr>
          <w:b/>
        </w:rPr>
        <w:t>New material:</w:t>
      </w:r>
      <w:r>
        <w:t xml:space="preserve"> Ross introduced Be You, an original written for the evening, and performed If the World Just Danced from her latest album.</w:t>
      </w:r>
      <w:r/>
    </w:p>
    <w:p>
      <w:pPr>
        <w:pStyle w:val="ListBullet"/>
        <w:spacing w:line="240" w:lineRule="auto"/>
        <w:ind w:left="720"/>
      </w:pPr>
      <w:r/>
      <w:r>
        <w:rPr>
          <w:b/>
        </w:rPr>
        <w:t>Party classics:</w:t>
      </w:r>
      <w:r>
        <w:t xml:space="preserve"> Hits like Upside Down and an extended I Will Survive gave the 15-piece band room to shine and kept energy soaring.</w:t>
      </w:r>
      <w:r/>
    </w:p>
    <w:p>
      <w:pPr>
        <w:pStyle w:val="ListBullet"/>
        <w:spacing w:line="240" w:lineRule="auto"/>
        <w:ind w:left="720"/>
      </w:pPr>
      <w:r/>
      <w:r>
        <w:rPr>
          <w:b/>
        </w:rPr>
        <w:t>Community feel:</w:t>
      </w:r>
      <w:r>
        <w:t xml:space="preserve"> The set balanced nostalgia with optimism, ending on gratitude and leaving the audience uplifted.</w:t>
      </w:r>
      <w:r/>
      <w:r/>
    </w:p>
    <w:p>
      <w:pPr>
        <w:pStyle w:val="Heading2"/>
      </w:pPr>
      <w:r>
        <w:t>A headline set that felt like a warm hug</w:t>
      </w:r>
      <w:r/>
    </w:p>
    <w:p>
      <w:r/>
      <w:r>
        <w:t>Brighton’s Pride on the Park has a reputation for big, colourful moments, and Diana Ross didn’t disappoint. She opened with the sort of presence only a star of her era can command , sleek, unmistakable and oddly intimate in daylight. The crowd weren’t just watching a performance, they were part of it; smiles, tears and chants filled the air.</w:t>
      </w:r>
      <w:r/>
    </w:p>
    <w:p>
      <w:r/>
      <w:r>
        <w:t>According to event organisers, the booking underlines Pride’s ambition for its 35th year to mix legacy acts with contemporary names. The effect was effortless: familiar songs landed with fresh meaning, and new tracks sat comfortably alongside the classics.</w:t>
      </w:r>
      <w:r/>
    </w:p>
    <w:p>
      <w:pPr>
        <w:pStyle w:val="Heading2"/>
      </w:pPr>
      <w:r>
        <w:t>Glamour, jokes and a quick workout for the crowd</w:t>
      </w:r>
      <w:r/>
    </w:p>
    <w:p>
      <w:r/>
      <w:r>
        <w:t>Ross’s stage patter had the same warmth people have come to adore. After a costume change into a bright-red gown she quipped about staying active , “Move it or lose it,” she joked , and the audience loved it. That blend of glamour and self-deprecating humour made the show feel accessible rather than untouchable.</w:t>
      </w:r>
      <w:r/>
    </w:p>
    <w:p>
      <w:r/>
      <w:r>
        <w:t>For festival bookers and fans alike, it’s a useful reminder: charisma counts as much as catalogue. Booking artists who can read a crowd and pivot between spectacle and sincerity keeps headline slots feeling relevant.</w:t>
      </w:r>
      <w:r/>
    </w:p>
    <w:p>
      <w:pPr>
        <w:pStyle w:val="Heading2"/>
      </w:pPr>
      <w:r>
        <w:t>New songs in a nostalgic set: why it worked</w:t>
      </w:r>
      <w:r/>
    </w:p>
    <w:p>
      <w:r/>
      <w:r>
        <w:t>Introducing If the World Just Danced from her new album and the specially written Be You was a neat bit of programming. It gave long-time fans a glimpse of Ross still evolving, while the anthemic Be You landed perfectly as a Pride moment , upbeat, affirming and easy to sing along to.</w:t>
      </w:r>
      <w:r/>
    </w:p>
    <w:p>
      <w:r/>
      <w:r>
        <w:t>Industry watchers say mixing new material into a legacy set helps artists stay artistically current and gives audiences a reason to listen closely rather than just watch. For listeners, the takeaway is simple: be open to the new, but expect the hits to anchor the evening.</w:t>
      </w:r>
      <w:r/>
    </w:p>
    <w:p>
      <w:pPr>
        <w:pStyle w:val="Heading2"/>
      </w:pPr>
      <w:r>
        <w:t>When the crowd linked hands: the power of quiet moments</w:t>
      </w:r>
      <w:r/>
    </w:p>
    <w:p>
      <w:r/>
      <w:r>
        <w:t>Not every highlight was a show-stopping number. Ross paused, thanked the crowd and led an affirmation , “I’m so grateful for all the blessings in my life” , then moved into Reach Out and Touch (Somebody’s Hand). The scene was tender; strangers embraced and wiped away tears.</w:t>
      </w:r>
      <w:r/>
    </w:p>
    <w:p>
      <w:r/>
      <w:r>
        <w:t>Pride is a party, yes, but it’s also a community ritual. Moments like this remind you why music and activism have been entwined at Pride for decades. For organisers planning future events, it’s a cue to programme space for both euphoria and reflection.</w:t>
      </w:r>
      <w:r/>
    </w:p>
    <w:p>
      <w:pPr>
        <w:pStyle w:val="Heading2"/>
      </w:pPr>
      <w:r>
        <w:t>Encore, encore: finishing on gratitude and inclusivity</w:t>
      </w:r>
      <w:r/>
    </w:p>
    <w:p>
      <w:r/>
      <w:r>
        <w:t>After a rousing I Will Survive and a chorus of “one more song”, Ross returned in relaxed black clothes topped with a neon-green coat to perform Be You, before closing with Thank You. It felt like a deliberate choice to end on gratitude , not grandstanding, but sincere appreciation for the people who showed up.</w:t>
      </w:r>
      <w:r/>
    </w:p>
    <w:p>
      <w:r/>
      <w:r>
        <w:t>Looking ahead, headline acts who blend performance craft with heartfelt connection will remain a draw for big-city Prides. Fans want both spectacle and the feeling of being seen.</w:t>
      </w:r>
      <w:r/>
    </w:p>
    <w:p>
      <w:r/>
      <w:r>
        <w:t>It's a small change that can make every Pride set feel personal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https://www.theargus.co.uk/news/26430134.diana-ross-full-heart-brighton-pride-2026/?ref=rss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https://www.brighton-pride.org/pride-on-the-park-2026-headliner-annoucement/</w:t>
        </w:r>
      </w:hyperlink>
      <w:r>
        <w:t xml:space="preserve"> - Brighton &amp; Hove Pride has announced that global superstar Diana Ross will headline the 35th Anniversary Pride on the Park event on Sunday, 2 August 2026, at Preston Park. This UK live show exclusive marks Ross's Brighton Pride debut, where she is expected to perform timeless classics such as 'Ain't No Mountain High Enough', 'Endless Love', 'Stop! In The Name of Love', and 'I'm Coming Out'. The event will also feature chart-topping sensation RAYE on Saturday, 1 August 2026. (</w:t>
      </w:r>
      <w:hyperlink r:id="rId16">
        <w:r>
          <w:rPr>
            <w:color w:val="0000EE"/>
            <w:u w:val="single"/>
          </w:rPr>
          <w:t>brighton-pride.org</w:t>
        </w:r>
      </w:hyperlink>
      <w:r>
        <w:t>)</w:t>
      </w:r>
      <w:r/>
    </w:p>
    <w:p>
      <w:pPr>
        <w:pStyle w:val="ListNumber"/>
        <w:spacing w:line="240" w:lineRule="auto"/>
        <w:ind w:left="720"/>
      </w:pPr>
      <w:r/>
      <w:hyperlink r:id="rId12">
        <w:r>
          <w:rPr>
            <w:color w:val="0000EE"/>
            <w:u w:val="single"/>
          </w:rPr>
          <w:t>https://www.gaytimes.com/brighton-pride-2026-announces-diana-ross-and-raye-for-landmark-35th-year/</w:t>
        </w:r>
      </w:hyperlink>
      <w:r>
        <w:t xml:space="preserve"> - Brighton &amp; Hove Pride has announced that Diana Ross and RAYE will headline the 35th anniversary of Pride on the Park. The two-day event is scheduled for Saturday, 1 August, and Sunday, 2 August 2026, at Preston Park. The theme for this year's Pride is 'The Power of Love', aiming to bring the community together in solidarity and resistance. The first-ever Gay Pride march in Brighton took place in 1973, organised by the Sussex Gay Liberation Front. (</w:t>
      </w:r>
      <w:hyperlink r:id="rId17">
        <w:r>
          <w:rPr>
            <w:color w:val="0000EE"/>
            <w:u w:val="single"/>
          </w:rPr>
          <w:t>gaytimes.com</w:t>
        </w:r>
      </w:hyperlink>
      <w:r>
        <w:t>)</w:t>
      </w:r>
      <w:r/>
    </w:p>
    <w:p>
      <w:pPr>
        <w:pStyle w:val="ListNumber"/>
        <w:spacing w:line="240" w:lineRule="auto"/>
        <w:ind w:left="720"/>
      </w:pPr>
      <w:r/>
      <w:hyperlink r:id="rId11">
        <w:r>
          <w:rPr>
            <w:color w:val="0000EE"/>
            <w:u w:val="single"/>
          </w:rPr>
          <w:t>https://www.imjustbrighton.co.uk/brighton-news/brighton-pride-2026-guide</w:t>
        </w:r>
      </w:hyperlink>
      <w:r>
        <w:t xml:space="preserve"> - Diana Ross is set to headline Brighton Pride on Sunday, 2 August 2026, marking her Brighton Pride debut. At 82 years old, Ross remains one of the most celebrated performers in popular music history. She is expected to perform iconic songs such as 'Ain't No Mountain High Enough', 'I'm Coming Out', 'Endless Love', 'Chain Reaction', and 'Stop In The Name of Love'. The event is a UK exclusive performance for Ross. (</w:t>
      </w:r>
      <w:hyperlink r:id="rId18">
        <w:r>
          <w:rPr>
            <w:color w:val="0000EE"/>
            <w:u w:val="single"/>
          </w:rPr>
          <w:t>imjustbrighton.co.uk</w:t>
        </w:r>
      </w:hyperlink>
      <w:r>
        <w:t>)</w:t>
      </w:r>
      <w:r/>
    </w:p>
    <w:p>
      <w:pPr>
        <w:pStyle w:val="ListNumber"/>
        <w:spacing w:line="240" w:lineRule="auto"/>
        <w:ind w:left="720"/>
      </w:pPr>
      <w:r/>
      <w:hyperlink r:id="rId14">
        <w:r>
          <w:rPr>
            <w:color w:val="0000EE"/>
            <w:u w:val="single"/>
          </w:rPr>
          <w:t>https://www.ents24.com/festival/brighton-pride-2026-pride-on-the-park/7386381</w:t>
        </w:r>
      </w:hyperlink>
      <w:r>
        <w:t xml:space="preserve"> - Brighton &amp; Hove Pride 2026 will celebrate its 35th anniversary with the Pride on the Park event at Preston Park on Saturday, 1 August, and Sunday, 2 August 2026. The event will feature headliners such as RAYE, Jessie J, Self Esteem, Leigh-Anne, G Flip, Moonchild Sanelly, RuPaul, Purple Disco Machine, Bimini, Daniel Avery, Diana Ross, FIVE, Holly Johnson, Paris Hilton, Armand Van Helden, Girls Don't Sync, Hannah Wants, and I. JORDAN. (</w:t>
      </w:r>
      <w:hyperlink r:id="rId19">
        <w:r>
          <w:rPr>
            <w:color w:val="0000EE"/>
            <w:u w:val="single"/>
          </w:rPr>
          <w:t>ents24.com</w:t>
        </w:r>
      </w:hyperlink>
      <w:r>
        <w:t>)</w:t>
      </w:r>
      <w:r/>
    </w:p>
    <w:p>
      <w:pPr>
        <w:pStyle w:val="ListNumber"/>
        <w:spacing w:line="240" w:lineRule="auto"/>
        <w:ind w:left="720"/>
      </w:pPr>
      <w:r/>
      <w:hyperlink r:id="rId13">
        <w:r>
          <w:rPr>
            <w:color w:val="0000EE"/>
            <w:u w:val="single"/>
          </w:rPr>
          <w:t>https://www.dianaross.com/</w:t>
        </w:r>
      </w:hyperlink>
      <w:r>
        <w:t xml:space="preserve"> - Diana Ross's official website lists her upcoming performances, including the Brighton &amp; Hove Pride event on 2 August 2026 at Preston Park in Brighton, UK. This performance is part of her 2026 worldwide tour. (</w:t>
      </w:r>
      <w:hyperlink r:id="rId20">
        <w:r>
          <w:rPr>
            <w:color w:val="0000EE"/>
            <w:u w:val="single"/>
          </w:rPr>
          <w:t>dianaross.com</w:t>
        </w:r>
      </w:hyperlink>
      <w:r>
        <w:t>)</w:t>
      </w:r>
      <w:r/>
    </w:p>
    <w:p>
      <w:pPr>
        <w:pStyle w:val="ListNumber"/>
        <w:spacing w:line="240" w:lineRule="auto"/>
        <w:ind w:left="720"/>
      </w:pPr>
      <w:r/>
      <w:hyperlink r:id="rId15">
        <w:r>
          <w:rPr>
            <w:color w:val="0000EE"/>
            <w:u w:val="single"/>
          </w:rPr>
          <w:t>https://www.heart.co.uk/events/diana-ross-raye-brighton-and-hove-pride-2026/</w:t>
        </w:r>
      </w:hyperlink>
      <w:r>
        <w:t xml:space="preserve"> - Heart Radio reports that Diana Ross and RAYE will headline Brighton &amp; Hove Pride 2026. The two-day community fundraiser will take place at Preston Park on Saturday, 1 August, and Sunday, 2 August 2026. Ross is expected to perform classics such as 'Ain't No Mountain High Enough', 'Endless Love', 'Stop! In The Name of Love', and 'I'm Coming Out'. (</w:t>
      </w:r>
      <w:hyperlink r:id="rId21">
        <w:r>
          <w:rPr>
            <w:color w:val="0000EE"/>
            <w:u w:val="single"/>
          </w:rPr>
          <w:t>heart.co.uk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30134.diana-ross-full-heart-brighton-pride-2026/?ref=rss" TargetMode="External"/><Relationship Id="rId10" Type="http://schemas.openxmlformats.org/officeDocument/2006/relationships/hyperlink" Target="https://www.brighton-pride.org/pride-on-the-park-2026-headliner-annoucement/" TargetMode="External"/><Relationship Id="rId11" Type="http://schemas.openxmlformats.org/officeDocument/2006/relationships/hyperlink" Target="https://www.imjustbrighton.co.uk/brighton-news/brighton-pride-2026-guide" TargetMode="External"/><Relationship Id="rId12" Type="http://schemas.openxmlformats.org/officeDocument/2006/relationships/hyperlink" Target="https://www.gaytimes.com/brighton-pride-2026-announces-diana-ross-and-raye-for-landmark-35th-year/" TargetMode="External"/><Relationship Id="rId13" Type="http://schemas.openxmlformats.org/officeDocument/2006/relationships/hyperlink" Target="https://www.dianaross.com/" TargetMode="External"/><Relationship Id="rId14" Type="http://schemas.openxmlformats.org/officeDocument/2006/relationships/hyperlink" Target="https://www.ents24.com/festival/brighton-pride-2026-pride-on-the-park/7386381" TargetMode="External"/><Relationship Id="rId15" Type="http://schemas.openxmlformats.org/officeDocument/2006/relationships/hyperlink" Target="https://www.heart.co.uk/events/diana-ross-raye-brighton-and-hove-pride-2026/" TargetMode="External"/><Relationship Id="rId16" Type="http://schemas.openxmlformats.org/officeDocument/2006/relationships/hyperlink" Target="https://www.brighton-pride.org/pride-on-the-park-2026-headliner-annoucement/?utm_source=openai" TargetMode="External"/><Relationship Id="rId17" Type="http://schemas.openxmlformats.org/officeDocument/2006/relationships/hyperlink" Target="https://www.gaytimes.com/brighton-pride-2026-announces-diana-ross-and-raye-for-landmark-35th-year/?utm_source=openai" TargetMode="External"/><Relationship Id="rId18" Type="http://schemas.openxmlformats.org/officeDocument/2006/relationships/hyperlink" Target="https://www.imjustbrighton.co.uk/brighton-news/brighton-pride-2026-guide?utm_source=openai" TargetMode="External"/><Relationship Id="rId19" Type="http://schemas.openxmlformats.org/officeDocument/2006/relationships/hyperlink" Target="https://www.ents24.com/festival/brighton-pride-2026-pride-on-the-park/7386381?utm_source=openai" TargetMode="External"/><Relationship Id="rId20" Type="http://schemas.openxmlformats.org/officeDocument/2006/relationships/hyperlink" Target="https://www.dianaross.com/?utm_source=openai" TargetMode="External"/><Relationship Id="rId21" Type="http://schemas.openxmlformats.org/officeDocument/2006/relationships/hyperlink" Target="https://www.heart.co.uk/events/diana-ross-raye-brighton-and-hove-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