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Moments: Why Amsterdam’s Giant Trump–Putin Kiss Stole the Parade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parade-goers couldn't miss a giant, Delft-blue kiss as Amsterdam’s WorldPride Canal Parade turned political and playful, drawing crowds and headlines; organisers say the oversized Trump–Putin float was meant to humanise power while Pride events across Europe tightened security after a recent deadly attack.</w:t>
      </w:r>
      <w:r/>
    </w:p>
    <w:p>
      <w:r/>
      <w:r>
        <w:t>Essential Takeaways</w:t>
      </w:r>
      <w:r/>
      <w:r/>
    </w:p>
    <w:p>
      <w:pPr>
        <w:pStyle w:val="ListBullet"/>
        <w:spacing w:line="240" w:lineRule="auto"/>
        <w:ind w:left="720"/>
      </w:pPr>
      <w:r/>
      <w:r>
        <w:rPr>
          <w:b/>
        </w:rPr>
        <w:t>Eye-catching spectacle:</w:t>
      </w:r>
      <w:r>
        <w:t xml:space="preserve"> A huge inflatable pair styled like Delft porcelain drew loud reactions as they leaned in for a staged kiss on the canals.</w:t>
      </w:r>
      <w:r/>
    </w:p>
    <w:p>
      <w:pPr>
        <w:pStyle w:val="ListBullet"/>
        <w:spacing w:line="240" w:lineRule="auto"/>
        <w:ind w:left="720"/>
      </w:pPr>
      <w:r/>
      <w:r>
        <w:rPr>
          <w:b/>
        </w:rPr>
        <w:t>Symbolic styling:</w:t>
      </w:r>
      <w:r>
        <w:t xml:space="preserve"> The figures held tulips and wore blue-and-white motifs referencing Dutch ceramics, adding a cheeky local nod to the protest.</w:t>
      </w:r>
      <w:r/>
    </w:p>
    <w:p>
      <w:pPr>
        <w:pStyle w:val="ListBullet"/>
        <w:spacing w:line="240" w:lineRule="auto"/>
        <w:ind w:left="720"/>
      </w:pPr>
      <w:r/>
      <w:r>
        <w:rPr>
          <w:b/>
        </w:rPr>
        <w:t>Safety on edge:</w:t>
      </w:r>
      <w:r>
        <w:t xml:space="preserve"> The parade took place amid heightened security after a deadly attack at a Pride event in Berlin days earlier.</w:t>
      </w:r>
      <w:r/>
    </w:p>
    <w:p>
      <w:pPr>
        <w:pStyle w:val="ListBullet"/>
        <w:spacing w:line="240" w:lineRule="auto"/>
        <w:ind w:left="720"/>
      </w:pPr>
      <w:r/>
      <w:r>
        <w:rPr>
          <w:b/>
        </w:rPr>
        <w:t>Political context:</w:t>
      </w:r>
      <w:r>
        <w:t xml:space="preserve"> The installation highlighted tensions around leaders linked to anti-LGBTQ+ policies, prompting debate about protest and provocation.</w:t>
      </w:r>
      <w:r/>
    </w:p>
    <w:p>
      <w:pPr>
        <w:pStyle w:val="ListBullet"/>
        <w:spacing w:line="240" w:lineRule="auto"/>
        <w:ind w:left="720"/>
      </w:pPr>
      <w:r/>
      <w:r>
        <w:rPr>
          <w:b/>
        </w:rPr>
        <w:t>Civic participation:</w:t>
      </w:r>
      <w:r>
        <w:t xml:space="preserve"> Dutch Prime Minister Rob Jetten, an openly gay leader, joined the Canal Parade, underscoring the event’s political resonance.</w:t>
      </w:r>
      <w:r/>
      <w:r/>
    </w:p>
    <w:p>
      <w:pPr>
        <w:pStyle w:val="Heading2"/>
      </w:pPr>
      <w:r>
        <w:t>A float that stopped conversations , and the boats</w:t>
      </w:r>
      <w:r/>
    </w:p>
    <w:p>
      <w:r/>
      <w:r>
        <w:t>The Canal Parade is a feast for the senses, but this year one installation made people stop and stare: an enormous kissing couple modelled to resemble Donald Trump and Vladimir Putin, their faces framed by Delft-blue patterns and tulips. Spectators described it as playful and startling at once, the sort of visual that lingers in photos and feeds social chatter.</w:t>
      </w:r>
      <w:r/>
    </w:p>
    <w:p>
      <w:r/>
      <w:r>
        <w:t>Organisers say they wanted to “pause power for a moment” rather than simply provoke, and that framing matters. According to Pride Amsterdam’s programme, art and symbolism have long been part of the parade’s language, and this was a theatrical, localised riff that mixed souvenir culture with political theatre.</w:t>
      </w:r>
      <w:r/>
    </w:p>
    <w:p>
      <w:pPr>
        <w:pStyle w:val="Heading2"/>
      </w:pPr>
      <w:r>
        <w:t>Why the imagery landed so hard</w:t>
      </w:r>
      <w:r/>
    </w:p>
    <w:p>
      <w:r/>
      <w:r>
        <w:t>The choice of Trump and Putin was hardly random. One figure is a recent former US president who courts controversy with grand gestures; the other is a Russian leader whose administration has enacted laws curbing LGBTQ+ rights. Placing them in an affectionate pose forces an uneasy juxtaposition: absurd intimacy against a backdrop of real-world repression.</w:t>
      </w:r>
      <w:r/>
    </w:p>
    <w:p>
      <w:r/>
      <w:r>
        <w:t>That tension is why the float became one of the most-talked-about moments from a parade where about 80 decorated boats processed through Amsterdam’s canals. People reacted with laughter, selfies and heated debate, exactly the mix protest art often aims to ignite.</w:t>
      </w:r>
      <w:r/>
    </w:p>
    <w:p>
      <w:pPr>
        <w:pStyle w:val="Heading2"/>
      </w:pPr>
      <w:r>
        <w:t>Security tightened after Berlin tragedy</w:t>
      </w:r>
      <w:r/>
    </w:p>
    <w:p>
      <w:r/>
      <w:r>
        <w:t>This year’s spectacle came against a sobering backdrop. European Pride events had already been put on alert after a deadly attack targeting a Pride gathering in Berlin left one person dead and dozens injured. News wires reported increased police patrols and visible security at Amsterdam’s canals as the parade went ahead.</w:t>
      </w:r>
      <w:r/>
    </w:p>
    <w:p>
      <w:r/>
      <w:r>
        <w:t>Organisers and officials stressed the need to balance celebration with vigilance. That approach was visible on the water: more officers on duty, coordinated monitoring, and a quieter undercurrent of caution even as music and colour dominated the route.</w:t>
      </w:r>
      <w:r/>
    </w:p>
    <w:p>
      <w:pPr>
        <w:pStyle w:val="Heading2"/>
      </w:pPr>
      <w:r>
        <w:t>Political participation with a personal touch</w:t>
      </w:r>
      <w:r/>
    </w:p>
    <w:p>
      <w:r/>
      <w:r>
        <w:t>Dutch Prime Minister Rob Jetten, who is openly gay, took part in the Canal Parade , a symbolic show of support that drew comment across media. His presence underlined the event’s civic importance: Pride here is not only festivity but a public statement about rights, representation and safety.</w:t>
      </w:r>
      <w:r/>
    </w:p>
    <w:p>
      <w:r/>
      <w:r>
        <w:t>Local leaders framed the parade as especially meaningful this year. When politicians join the boats, it changes the tone: it’s celebration with a clear public-policy subtext, a reminder that visibility can be both joyous and political.</w:t>
      </w:r>
      <w:r/>
    </w:p>
    <w:p>
      <w:pPr>
        <w:pStyle w:val="Heading2"/>
      </w:pPr>
      <w:r>
        <w:t>How to read protest art at Pride , and what to take away</w:t>
      </w:r>
      <w:r/>
    </w:p>
    <w:p>
      <w:r/>
      <w:r>
        <w:t>Public art at Pride often sits on the knife-edge of satire and solidarity. If you’re at an event and spot a provocative float, consider the message, the method, and the audience. Is it sparking conversation, critiquing policy, or simply courting attention? All of the above happened in Amsterdam, and that mix kept the parade lively and talked-about.</w:t>
      </w:r>
      <w:r/>
    </w:p>
    <w:p>
      <w:r/>
      <w:r>
        <w:t>For visitors, practical tips matter: expect heavy crowds, look out for increased security, and bring a compact plan for meeting friends if you get separated. And if a float makes you laugh or wince, that reaction is part of the point.</w:t>
      </w:r>
      <w:r/>
    </w:p>
    <w:p>
      <w:r/>
      <w:r>
        <w:t>It's a small change in costume or a giant puppet that can make the politics of Pride visible and unforgettable.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3">
        <w:r>
          <w:rPr>
            <w:color w:val="0000EE"/>
            <w:u w:val="single"/>
          </w:rPr>
          <w:t>[6]</w:t>
        </w:r>
      </w:hyperlink>
      <w:r>
        <w:t xml:space="preserve">, </w:t>
      </w:r>
      <w:hyperlink r:id="rId10">
        <w:r>
          <w:rPr>
            <w:color w:val="0000EE"/>
            <w:u w:val="single"/>
          </w:rPr>
          <w:t>[2]</w:t>
        </w:r>
      </w:hyperlink>
      <w:r>
        <w:t xml:space="preserve">- Paragraph 4: </w:t>
      </w:r>
      <w:hyperlink r:id="rId14">
        <w:r>
          <w:rPr>
            <w:color w:val="0000EE"/>
            <w:u w:val="single"/>
          </w:rPr>
          <w:t>[5]</w:t>
        </w:r>
      </w:hyperlink>
      <w:r>
        <w:t xml:space="preserve">, </w:t>
      </w:r>
      <w:hyperlink r:id="rId15">
        <w:r>
          <w:rPr>
            <w:color w:val="0000EE"/>
            <w:u w:val="single"/>
          </w:rPr>
          <w:t>[4]</w:t>
        </w:r>
      </w:hyperlink>
      <w:r>
        <w:t xml:space="preserve">- Paragraph 5: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https://www.thepinknews.com/2026/08/03/trump-and-putin-depicted-as-kissing-couple-at-worldpride-2026-parade/</w:t>
        </w:r>
      </w:hyperlink>
      <w:r>
        <w:t xml:space="preserve"> - Please view link - unable to able to access data</w:t>
      </w:r>
      <w:r/>
    </w:p>
    <w:p>
      <w:pPr>
        <w:pStyle w:val="ListNumber"/>
        <w:spacing w:line="240" w:lineRule="auto"/>
        <w:ind w:left="720"/>
      </w:pPr>
      <w:r/>
      <w:hyperlink r:id="rId10">
        <w:r>
          <w:rPr>
            <w:color w:val="0000EE"/>
            <w:u w:val="single"/>
          </w:rPr>
          <w:t>https://apnews.com/article/4b1d7cca31a9e89d29666f730e1c3cf3</w:t>
        </w:r>
      </w:hyperlink>
      <w:r>
        <w:t xml:space="preserve"> - The Associated Press reports that hundreds of thousands gathered along Amsterdam's canals for the annual Pride boat parade, coinciding with World Pride celebrations. The event featured various boats, including a tribute to activist Marsha P. Johnson and symbolic art depicting inflatable figures of Donald Trump and Vladimir Putin, promoting messages of love and reflection. Dutch Prime Minister Rob Jetten, the first openly gay prime minister, participated in the parade, emphasising the importance of Pride amid rising global threats and discrimination against the LGBTQ+ community.</w:t>
      </w:r>
      <w:r/>
    </w:p>
    <w:p>
      <w:pPr>
        <w:pStyle w:val="ListNumber"/>
        <w:spacing w:line="240" w:lineRule="auto"/>
        <w:ind w:left="720"/>
      </w:pPr>
      <w:r/>
      <w:hyperlink r:id="rId12">
        <w:r>
          <w:rPr>
            <w:color w:val="0000EE"/>
            <w:u w:val="single"/>
          </w:rPr>
          <w:t>https://pride.amsterdam/programma-worldpride-human-rights-conference-2026-bekend/</w:t>
        </w:r>
      </w:hyperlink>
      <w:r>
        <w:t xml:space="preserve"> - The official WorldPride Amsterdam website announces the program for the 2026 Human Rights Conference, scheduled to open on 5 August 2026. The conference will feature inspiring speakers, performances, and discussions, including contributions from Prime Minister Rob Jetten, Amsterdam Mayor Femke Halsema, and international activists. The event aims to unite activists, policymakers, and academics to discuss global trends and share experiences, focusing on the future of the LGBTQIA+ community and individual actions to make a difference.</w:t>
      </w:r>
      <w:r/>
    </w:p>
    <w:p>
      <w:pPr>
        <w:pStyle w:val="ListNumber"/>
        <w:spacing w:line="240" w:lineRule="auto"/>
        <w:ind w:left="720"/>
      </w:pPr>
      <w:r/>
      <w:hyperlink r:id="rId15">
        <w:r>
          <w:rPr>
            <w:color w:val="0000EE"/>
            <w:u w:val="single"/>
          </w:rPr>
          <w:t>https://en.wikipedia.org/wiki/Rob_Jetten</w:t>
        </w:r>
      </w:hyperlink>
      <w:r>
        <w:t xml:space="preserve"> - Rob Jetten is the current Prime Minister of the Netherlands, having assumed office in February 2026. At 38, he became the youngest-ever and first openly gay prime minister of the country. Prior to his premiership, Jetten served as the leader of the Democrats 66 party and held positions in the Dutch government, including First Deputy Prime Minister and Minister for Climate and Energy Policy. His leadership is seen as symbolically significant by LGBTQI+ organizations.</w:t>
      </w:r>
      <w:r/>
    </w:p>
    <w:p>
      <w:pPr>
        <w:pStyle w:val="ListNumber"/>
        <w:spacing w:line="240" w:lineRule="auto"/>
        <w:ind w:left="720"/>
      </w:pPr>
      <w:r/>
      <w:hyperlink r:id="rId14">
        <w:r>
          <w:rPr>
            <w:color w:val="0000EE"/>
            <w:u w:val="single"/>
          </w:rPr>
          <w:t>https://nltimes.nl/2026/07/26/attack-free-tolerant-society-dutch-leaders-condemn-deadly-berlin-pride-attack</w:t>
        </w:r>
      </w:hyperlink>
      <w:r>
        <w:t xml:space="preserve"> - Dutch leaders, including Prime Minister Rob Jetten, condemned the deadly attack at a Pride event in Berlin on 25 July 2026, which resulted in one death and 29 injuries. Jetten described the incident as an 'outright attack on our free and tolerant society' and offered condolences to German Chancellor Friedrich Merz. The Netherlands has increased security measures at Pride events, including Amsterdam's WorldPride, in response to the attack.</w:t>
      </w:r>
      <w:r/>
    </w:p>
    <w:p>
      <w:pPr>
        <w:pStyle w:val="ListNumber"/>
        <w:spacing w:line="240" w:lineRule="auto"/>
        <w:ind w:left="720"/>
      </w:pPr>
      <w:r/>
      <w:hyperlink r:id="rId13">
        <w:r>
          <w:rPr>
            <w:color w:val="0000EE"/>
            <w:u w:val="single"/>
          </w:rPr>
          <w:t>https://apnews.com/article/e6270905e3593fcd1dd64b887f240163</w:t>
        </w:r>
      </w:hyperlink>
      <w:r>
        <w:t xml:space="preserve"> - A bomb was detonated at the headquarters of Dutch Prime Minister Rob Jetten's centrist D66 party in The Hague, during a youth wing meeting attended by about 30 people. Fortunately, no injuries were reported. A 37-year-old suspect has been arrested, though authorities have not disclosed a motive. Jetten condemned the attack, stating that such acts will not intimidate politicians, and political leaders across the spectrum denounced the bombing.</w:t>
      </w:r>
      <w:r/>
    </w:p>
    <w:p>
      <w:pPr>
        <w:pStyle w:val="ListNumber"/>
        <w:spacing w:line="240" w:lineRule="auto"/>
        <w:ind w:left="720"/>
      </w:pPr>
      <w:r/>
      <w:hyperlink r:id="rId11">
        <w:r>
          <w:rPr>
            <w:color w:val="0000EE"/>
            <w:u w:val="single"/>
          </w:rPr>
          <w:t>https://elpais.com/cultura/2026-08-02/madonna-actua-con-kylie-minogue-en-el-world-pride-de-amsterdam.html</w:t>
        </w:r>
      </w:hyperlink>
      <w:r>
        <w:t xml:space="preserve"> - Madonna performed alongside Kylie Minogue at the World Pride 2026 celebrations in Amsterdam. The two artists delivered a 30-minute set featuring songs from Madonna's latest album, 'Confessions on a Dancefloor II,' including classics like 'Sorry' and 'Hung Up.' At 67, Madonna reaffirmed her historic connection and commitment to the LGBTQIA+ community. The event, which began on 25 July and concludes on 8 August, has implemented strict security measures due to the recent attack in Berlin.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03/trump-and-putin-depicted-as-kissing-couple-at-worldpride-2026-parade/" TargetMode="External"/><Relationship Id="rId10" Type="http://schemas.openxmlformats.org/officeDocument/2006/relationships/hyperlink" Target="https://apnews.com/article/4b1d7cca31a9e89d29666f730e1c3cf3" TargetMode="External"/><Relationship Id="rId11" Type="http://schemas.openxmlformats.org/officeDocument/2006/relationships/hyperlink" Target="https://elpais.com/cultura/2026-08-02/madonna-actua-con-kylie-minogue-en-el-world-pride-de-amsterdam.html" TargetMode="External"/><Relationship Id="rId12" Type="http://schemas.openxmlformats.org/officeDocument/2006/relationships/hyperlink" Target="https://pride.amsterdam/programma-worldpride-human-rights-conference-2026-bekend/" TargetMode="External"/><Relationship Id="rId13" Type="http://schemas.openxmlformats.org/officeDocument/2006/relationships/hyperlink" Target="https://apnews.com/article/e6270905e3593fcd1dd64b887f240163" TargetMode="External"/><Relationship Id="rId14" Type="http://schemas.openxmlformats.org/officeDocument/2006/relationships/hyperlink" Target="https://nltimes.nl/2026/07/26/attack-free-tolerant-society-dutch-leaders-condemn-deadly-berlin-pride-attack" TargetMode="External"/><Relationship Id="rId15" Type="http://schemas.openxmlformats.org/officeDocument/2006/relationships/hyperlink" Target="https://en.wikipedia.org/wiki/Rob_Jett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