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Moments: The Kissing Couple Balloon and Why It Mattered</w:t>
      </w:r>
      <w:r/>
    </w:p>
    <w:p>
      <w:r/>
      <w:r/>
    </w:p>
    <w:p>
      <w:r>
        <w:drawing>
          <wp:inline xmlns:a="http://schemas.openxmlformats.org/drawingml/2006/main" xmlns:pic="http://schemas.openxmlformats.org/drawingml/2006/picture">
            <wp:extent cx="5080000" cy="2847033"/>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847033"/>
                    </a:xfrm>
                    <a:prstGeom prst="rect"/>
                  </pic:spPr>
                </pic:pic>
              </a:graphicData>
            </a:graphic>
          </wp:inline>
        </w:drawing>
      </w:r>
    </w:p>
    <w:p>
      <w:r/>
      <w:r>
        <w:rPr>
          <w:b/>
        </w:rPr>
        <w:t>Watchers flocked to Amsterdam as WorldPride mixed satire, sorrow and star power , inflatable effigies of two world leaders kissed on a canal boat while the city also paused to mourn Berlin Pride victims, a reminder that celebration and protest often sail side by side.</w:t>
      </w:r>
      <w:r/>
    </w:p>
    <w:p>
      <w:r/>
      <w:r>
        <w:t>Essential Takeaways</w:t>
      </w:r>
      <w:r/>
      <w:r/>
    </w:p>
    <w:p>
      <w:pPr>
        <w:pStyle w:val="ListBullet"/>
        <w:spacing w:line="240" w:lineRule="auto"/>
        <w:ind w:left="720"/>
      </w:pPr>
      <w:r/>
      <w:r>
        <w:rPr>
          <w:b/>
        </w:rPr>
        <w:t>Bold visual:</w:t>
      </w:r>
      <w:r>
        <w:t xml:space="preserve"> Inflatable figures titled “The Kissing Couple” depicted two world leaders kissing, carried on a decorated canal boat with playful signage and tulips.</w:t>
      </w:r>
      <w:r/>
    </w:p>
    <w:p>
      <w:pPr>
        <w:pStyle w:val="ListBullet"/>
        <w:spacing w:line="240" w:lineRule="auto"/>
        <w:ind w:left="720"/>
      </w:pPr>
      <w:r/>
      <w:r>
        <w:rPr>
          <w:b/>
        </w:rPr>
        <w:t>Large turnout:</w:t>
      </w:r>
      <w:r>
        <w:t xml:space="preserve"> Around 80 boats took part in the canal parade, seen by hundreds of thousands of WorldPride visitors.</w:t>
      </w:r>
      <w:r/>
    </w:p>
    <w:p>
      <w:pPr>
        <w:pStyle w:val="ListBullet"/>
        <w:spacing w:line="240" w:lineRule="auto"/>
        <w:ind w:left="720"/>
      </w:pPr>
      <w:r/>
      <w:r>
        <w:rPr>
          <w:b/>
        </w:rPr>
        <w:t>Serious note:</w:t>
      </w:r>
      <w:r>
        <w:t xml:space="preserve"> A memorial in Amsterdam honoured victims of the Berlin Pride attack, with speeches and a moment of silence.</w:t>
      </w:r>
      <w:r/>
    </w:p>
    <w:p>
      <w:pPr>
        <w:pStyle w:val="ListBullet"/>
        <w:spacing w:line="240" w:lineRule="auto"/>
        <w:ind w:left="720"/>
      </w:pPr>
      <w:r/>
      <w:r>
        <w:rPr>
          <w:b/>
        </w:rPr>
        <w:t>Star appeal:</w:t>
      </w:r>
      <w:r>
        <w:t xml:space="preserve"> Madonna and Kylie Minogue performed in Amsterdam during WorldPride weekend, adding a pop-culture high note.</w:t>
      </w:r>
      <w:r/>
    </w:p>
    <w:p>
      <w:pPr>
        <w:pStyle w:val="ListBullet"/>
        <w:spacing w:line="240" w:lineRule="auto"/>
        <w:ind w:left="720"/>
      </w:pPr>
      <w:r/>
      <w:r>
        <w:rPr>
          <w:b/>
        </w:rPr>
        <w:t>Local leadership:</w:t>
      </w:r>
      <w:r>
        <w:t xml:space="preserve"> Dutch Prime Minister Rob Jetten made a historic appearance on one of the parade boats.</w:t>
      </w:r>
      <w:r/>
      <w:r/>
    </w:p>
    <w:p>
      <w:pPr>
        <w:pStyle w:val="Heading2"/>
      </w:pPr>
      <w:r>
        <w:t>A cheeky stunt that stopped boat traffic and sparked smiles</w:t>
      </w:r>
      <w:r/>
    </w:p>
    <w:p>
      <w:r/>
      <w:r>
        <w:t>The canal parade’s floating satire was impossible to miss: two oversized inflatables, titled “The Kissing Couple,” puckered up on a boat deck while riders brandished cheeky placards. The costumes , one in a blouse and skirt, the other in overalls , and the hidden tulips added a jokey, theatrical touch that crowds could read from the water’s edge. Organisers told PinkNews they wanted to “pause power for a moment,” and visually the stunt did exactly that: it turned a political jibe into a playful public image that people could photograph and share.</w:t>
      </w:r>
      <w:r/>
    </w:p>
    <w:p>
      <w:pPr>
        <w:pStyle w:val="Heading2"/>
      </w:pPr>
      <w:r>
        <w:t>How WorldPride balanced revelry with remembrance</w:t>
      </w:r>
      <w:r/>
    </w:p>
    <w:p>
      <w:r/>
      <w:r>
        <w:t>Not far from the jokes and glitter, WorldPride held a sombre memorial for those hurt and killed in the recent Berlin Pride attack. Mourners gathered at Amsterdam’s Homomonument to lay flowers and listen to speeches from local figures, and the mood shifted from carnival to reflection. According to Associated Press reporting, speakers urged resilience , a common thread after the Berlin incident , and the crowd observed silence, a quiet counterpoint to the parade’s louder displays.</w:t>
      </w:r>
      <w:r/>
    </w:p>
    <w:p>
      <w:pPr>
        <w:pStyle w:val="Heading2"/>
      </w:pPr>
      <w:r>
        <w:t>The Berlin attack’s ripple effect across Europe</w:t>
      </w:r>
      <w:r/>
    </w:p>
    <w:p>
      <w:r/>
      <w:r>
        <w:t>The shocking vehicle attack during Berlin’s Christopher Street Day left one dead and dozens injured, and it changed how pride organisers and attendees thought about safety and presence. News outlets including WUSF, The Guardian and CBS News reported on the crash and the subsequent cancellation of the Berlin march that day. For many at WorldPride, the remembrance was a reminder that pride is not only celebration; it’s also a public claim to space that can attract both support and alarm. Organisers and community leaders spoke about grief, the need to show up, and the quiet bravery of returning to public life.</w:t>
      </w:r>
      <w:r/>
    </w:p>
    <w:p>
      <w:pPr>
        <w:pStyle w:val="Heading2"/>
      </w:pPr>
      <w:r>
        <w:t>Politics, performance and a prime minister on the floats</w:t>
      </w:r>
      <w:r/>
    </w:p>
    <w:p>
      <w:r/>
      <w:r>
        <w:t>WorldPride’s canal procession mixed grassroots groups with high-profile guests. About 80 boats represented a spectrum of communities , from leather and lesbian collectives to international trans organisations and health groups , while even the Dutch prime minister joined a parade boat, a historic first. At the same time, the satirical imagery of the inflatables underscored how political commentary in queer spaces often blends humour with critique, making the parade both a party and a platform.</w:t>
      </w:r>
      <w:r/>
    </w:p>
    <w:p>
      <w:pPr>
        <w:pStyle w:val="Heading2"/>
      </w:pPr>
      <w:r>
        <w:t>Pop glitz: Madonna, Kylie and a late-night headline set</w:t>
      </w:r>
      <w:r/>
    </w:p>
    <w:p>
      <w:r/>
      <w:r>
        <w:t>If the canal parade supplied images, the arena shows supplied soundtracks. Madonna performed for a crowd of roughly 6,000 at AFAS Live and invited Kylie Minogue on stage for a duet that mixed new material with classic hits. It was a reminder that WorldPride is a magnet for global pop acts as much as local activists, and those headline performances keep attention focused on the event , for better and worse, depending on your view of celebrity politics.</w:t>
      </w:r>
      <w:r/>
    </w:p>
    <w:p>
      <w:pPr>
        <w:pStyle w:val="Heading2"/>
      </w:pPr>
      <w:r>
        <w:t>What this means for future Pride planning</w:t>
      </w:r>
      <w:r/>
    </w:p>
    <w:p>
      <w:r/>
      <w:r>
        <w:t>Expect future Pride events to keep juggling celebration with security and remembrance. The Amsterdam weekend showed organisers can host spectacular, provocative art on floats while still providing space to mourn and remember. Practical advice: if you’re heading to a major Pride, plan routes, meet-up spots and exit lines, register for updates from organisers, and bring layers , Amsterdam can change from sun to drizzle in an hour.</w:t>
      </w:r>
      <w:r/>
    </w:p>
    <w:p>
      <w:r/>
      <w:r>
        <w:t>It's a small, striking mix of laughter, tears and music that keeps Pride feeling alive and necessary.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12">
        <w:r>
          <w:rPr>
            <w:color w:val="0000EE"/>
            <w:u w:val="single"/>
          </w:rPr>
          <w:t>[3]</w:t>
        </w:r>
      </w:hyperlink>
      <w:r>
        <w:t xml:space="preserve">- Paragraph 3: </w:t>
      </w:r>
      <w:hyperlink r:id="rId12">
        <w:r>
          <w:rPr>
            <w:color w:val="0000EE"/>
            <w:u w:val="single"/>
          </w:rPr>
          <w:t>[3]</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1">
        <w:r>
          <w:rPr>
            <w:color w:val="0000EE"/>
            <w:u w:val="single"/>
          </w:rPr>
          <w:t>[6]</w:t>
        </w:r>
      </w:hyperlink>
      <w:r>
        <w:t xml:space="preserve">- Paragraph 5: </w:t>
      </w:r>
      <w:hyperlink r:id="rId9">
        <w:r>
          <w:rPr>
            <w:color w:val="0000EE"/>
            <w:u w:val="single"/>
          </w:rPr>
          <w:t>[1]</w:t>
        </w:r>
      </w:hyperlink>
      <w:r>
        <w:t xml:space="preserve">, </w:t>
      </w:r>
      <w:hyperlink r:id="rId11">
        <w:r>
          <w:rPr>
            <w:color w:val="0000EE"/>
            <w:u w:val="single"/>
          </w:rPr>
          <w:t>[6]</w:t>
        </w:r>
      </w:hyperlink>
      <w:r>
        <w:t xml:space="preserve">- Paragraph 6: </w:t>
      </w:r>
      <w:hyperlink r:id="rId10">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https://www.lgbtqnation.com/2026/08/the-kissing-couple-infaltables-of-pucker-up-atop-worldpride-float/</w:t>
        </w:r>
      </w:hyperlink>
      <w:r>
        <w:t xml:space="preserve"> - Please view link - unable to able to access data</w:t>
      </w:r>
      <w:r/>
    </w:p>
    <w:p>
      <w:pPr>
        <w:pStyle w:val="ListNumber"/>
        <w:spacing w:line="240" w:lineRule="auto"/>
        <w:ind w:left="720"/>
      </w:pPr>
      <w:r/>
      <w:hyperlink r:id="rId10">
        <w:r>
          <w:rPr>
            <w:color w:val="0000EE"/>
            <w:u w:val="single"/>
          </w:rPr>
          <w:t>https://pride.amsterdam/en/boats/the-kissing-couple/</w:t>
        </w:r>
      </w:hyperlink>
      <w:r>
        <w:t xml:space="preserve"> - The Kissing Couple was a prominent float at Amsterdam's WorldPride 2026 Canal Parade, featuring inflatable effigies of US President Donald Trump and Russian President Vladimir Putin sharing a kiss. The organisers, Jordy Vos and Erik Broeder, aimed to symbolise unity by portraying these figures, known for their political divisions, in a humanising context. The float was part of the Canal Parade on 1 August 2026, which showcased various LGBTQ+ communities and organisations. The organisers have participated in the parade multiple times, with their previous boat 'Liefdessoldaten' winning first prize in the creation category in 2025. (</w:t>
      </w:r>
      <w:hyperlink r:id="rId14">
        <w:r>
          <w:rPr>
            <w:color w:val="0000EE"/>
            <w:u w:val="single"/>
          </w:rPr>
          <w:t>pride.amsterdam</w:t>
        </w:r>
      </w:hyperlink>
      <w:r>
        <w:t>)</w:t>
      </w:r>
      <w:r/>
    </w:p>
    <w:p>
      <w:pPr>
        <w:pStyle w:val="ListNumber"/>
        <w:spacing w:line="240" w:lineRule="auto"/>
        <w:ind w:left="720"/>
      </w:pPr>
      <w:r/>
      <w:hyperlink r:id="rId12">
        <w:r>
          <w:rPr>
            <w:color w:val="0000EE"/>
            <w:u w:val="single"/>
          </w:rPr>
          <w:t>https://www.wusf.org/2026-07-25/one-dead-several-injured-after-vehicle-plows-through-crowd-at-berlin-pride-event</w:t>
        </w:r>
      </w:hyperlink>
      <w:r>
        <w:t xml:space="preserve"> - On 25 July 2026, a tragic incident occurred during Berlin's Pride celebrations when a van drove into a crowd in Tiergarten Park, resulting in at least one death and several injuries. The suspect, identified as Abdul Ballout, 21, was known to authorities and had ties to Islamic 'circles' in Berlin. The attack was described as an act of terrorism, and a manhunt was initiated. The incident led to the cancellation of the Christopher Street Day parade, and political leaders condemned the attack as an assault on a free and diverse society. (</w:t>
      </w:r>
      <w:hyperlink r:id="rId15">
        <w:r>
          <w:rPr>
            <w:color w:val="0000EE"/>
            <w:u w:val="single"/>
          </w:rPr>
          <w:t>wusf.org</w:t>
        </w:r>
      </w:hyperlink>
      <w:r>
        <w:t>)</w:t>
      </w:r>
      <w:r/>
    </w:p>
    <w:p>
      <w:pPr>
        <w:pStyle w:val="ListNumber"/>
        <w:spacing w:line="240" w:lineRule="auto"/>
        <w:ind w:left="720"/>
      </w:pPr>
      <w:r/>
      <w:hyperlink r:id="rId13">
        <w:r>
          <w:rPr>
            <w:color w:val="0000EE"/>
            <w:u w:val="single"/>
          </w:rPr>
          <w:t>https://www.theguardian.com/world/2026/jul/25/berlin-pride-march-called-off-after-car-crashes-into-crowd-of-people-near-route</w:t>
        </w:r>
      </w:hyperlink>
      <w:r>
        <w:t xml:space="preserve"> - A deadly van ramming near Berlin's Pride festival on 25 July 2026 resulted in one death and at least 16 injuries. The suspect, Abdul Ballout, 21, was known to police and had ties to Islamic 'circles' in Berlin. The attack was described as an Islamist terrorist act, and authorities issued a wanted notice for Ballout. The incident led to the cancellation of the Christopher Street Day parade, and political leaders condemned the attack as an assault on a free and diverse society. (</w:t>
      </w:r>
      <w:hyperlink r:id="rId16">
        <w:r>
          <w:rPr>
            <w:color w:val="0000EE"/>
            <w:u w:val="single"/>
          </w:rPr>
          <w:t>theguardian.com</w:t>
        </w:r>
      </w:hyperlink>
      <w:r>
        <w:t>)</w:t>
      </w:r>
      <w:r/>
    </w:p>
    <w:p>
      <w:pPr>
        <w:pStyle w:val="ListNumber"/>
        <w:spacing w:line="240" w:lineRule="auto"/>
        <w:ind w:left="720"/>
      </w:pPr>
      <w:r/>
      <w:hyperlink r:id="rId17">
        <w:r>
          <w:rPr>
            <w:color w:val="0000EE"/>
            <w:u w:val="single"/>
          </w:rPr>
          <w:t>https://www.cbsnews.com/news/berlin-lgbtq-pride-car-crash/</w:t>
        </w:r>
      </w:hyperlink>
      <w:r>
        <w:t xml:space="preserve"> - On 25 July 2026, a van drove into a crowd at Berlin's LGBTQ+ parade, killing one person and injuring at least 16. The suspect, Abdul Ballout, 21, was known to police and had ties to Islamic 'circles' in Berlin. Authorities initiated a manhunt, and the attack was described as an act of terrorism. The incident led to the cancellation of the Christopher Street Day parade, and political leaders condemned the attack as an assault on a free and diverse society. (</w:t>
      </w:r>
      <w:hyperlink r:id="rId18">
        <w:r>
          <w:rPr>
            <w:color w:val="0000EE"/>
            <w:u w:val="single"/>
          </w:rPr>
          <w:t>cbsnews.com</w:t>
        </w:r>
      </w:hyperlink>
      <w:r>
        <w:t>)</w:t>
      </w:r>
      <w:r/>
    </w:p>
    <w:p>
      <w:pPr>
        <w:pStyle w:val="ListNumber"/>
        <w:spacing w:line="240" w:lineRule="auto"/>
        <w:ind w:left="720"/>
      </w:pPr>
      <w:r/>
      <w:hyperlink r:id="rId11">
        <w:r>
          <w:rPr>
            <w:color w:val="0000EE"/>
            <w:u w:val="single"/>
          </w:rPr>
          <w:t>https://www.apnews.com/article/45628a7c0e6518a65b629bdcc76ba809</w:t>
        </w:r>
      </w:hyperlink>
      <w:r>
        <w:t xml:space="preserve"> - Following the deadly attack near Berlin's Pride festival on 25 July 2026, German investigators discovered a video that appeared to be a claim of responsibility from the suspected attacker, Abdul Ballout. The video showed Ballout pledging allegiance to the Islamic State. Authorities found additional evidence, including IS-related materials, in his apartment. Ballout had prior convictions linked to extremist activities and had attempted to join IS in Syria in 2025. The incident led to the cancellation of the Christopher Street Day parade, and political leaders condemned the attack as an assault on a free and diverse society. (</w:t>
      </w:r>
      <w:hyperlink r:id="rId19">
        <w:r>
          <w:rPr>
            <w:color w:val="0000EE"/>
            <w:u w:val="single"/>
          </w:rPr>
          <w:t>apnews.com</w:t>
        </w:r>
      </w:hyperlink>
      <w:r>
        <w:t>)</w:t>
      </w:r>
      <w:r/>
    </w:p>
    <w:p>
      <w:pPr>
        <w:pStyle w:val="ListNumber"/>
        <w:spacing w:line="240" w:lineRule="auto"/>
        <w:ind w:left="720"/>
      </w:pPr>
      <w:r/>
      <w:hyperlink r:id="rId20">
        <w:r>
          <w:rPr>
            <w:color w:val="0000EE"/>
            <w:u w:val="single"/>
          </w:rPr>
          <w:t>https://www.elpais.com/internacional/2026-07-25/varios-heridos-por-un-atropello-durante-el-dia-del-orgullo-en-berlin.html</w:t>
        </w:r>
      </w:hyperlink>
      <w:r>
        <w:t xml:space="preserve"> - On 25 July 2026, a tragic attack occurred during Berlin's LGBTQ+ Pride celebrations when a white van drove into a crowd, resulting in at least one death and 17 injuries, three of them critically. The driver fled after crashing the vehicle into a tree in Tiergarten Park, where the event was concluding with music and speeches. Authorities identified a suspect linked to Islamist circles and initiated an extensive search operation with helicopters and thermal cameras. The attack was condemned by political leaders as an assault on a free and diverse society. (</w:t>
      </w:r>
      <w:hyperlink r:id="rId21">
        <w:r>
          <w:rPr>
            <w:color w:val="0000EE"/>
            <w:u w:val="single"/>
          </w:rPr>
          <w:t>elpais.com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the-kissing-couple-infaltables-of-pucker-up-atop-worldpride-float/" TargetMode="External"/><Relationship Id="rId10" Type="http://schemas.openxmlformats.org/officeDocument/2006/relationships/hyperlink" Target="https://pride.amsterdam/en/boats/the-kissing-couple/" TargetMode="External"/><Relationship Id="rId11" Type="http://schemas.openxmlformats.org/officeDocument/2006/relationships/hyperlink" Target="https://www.apnews.com/article/45628a7c0e6518a65b629bdcc76ba809" TargetMode="External"/><Relationship Id="rId12" Type="http://schemas.openxmlformats.org/officeDocument/2006/relationships/hyperlink" Target="https://www.wusf.org/2026-07-25/one-dead-several-injured-after-vehicle-plows-through-crowd-at-berlin-pride-event" TargetMode="External"/><Relationship Id="rId13" Type="http://schemas.openxmlformats.org/officeDocument/2006/relationships/hyperlink" Target="https://www.theguardian.com/world/2026/jul/25/berlin-pride-march-called-off-after-car-crashes-into-crowd-of-people-near-route" TargetMode="External"/><Relationship Id="rId14" Type="http://schemas.openxmlformats.org/officeDocument/2006/relationships/hyperlink" Target="https://pride.amsterdam/en/boats/the-kissing-couple/?utm_source=openai" TargetMode="External"/><Relationship Id="rId15" Type="http://schemas.openxmlformats.org/officeDocument/2006/relationships/hyperlink" Target="https://www.wusf.org/2026-07-25/one-dead-several-injured-after-vehicle-plows-through-crowd-at-berlin-pride-event?utm_source=openai" TargetMode="External"/><Relationship Id="rId16" Type="http://schemas.openxmlformats.org/officeDocument/2006/relationships/hyperlink" Target="https://www.theguardian.com/world/2026/jul/25/berlin-pride-march-called-off-after-car-crashes-into-crowd-of-people-near-route?utm_source=openai" TargetMode="External"/><Relationship Id="rId17" Type="http://schemas.openxmlformats.org/officeDocument/2006/relationships/hyperlink" Target="https://www.cbsnews.com/news/berlin-lgbtq-pride-car-crash/" TargetMode="External"/><Relationship Id="rId18" Type="http://schemas.openxmlformats.org/officeDocument/2006/relationships/hyperlink" Target="https://www.cbsnews.com/news/berlin-lgbtq-pride-car-crash/?utm_source=openai" TargetMode="External"/><Relationship Id="rId19" Type="http://schemas.openxmlformats.org/officeDocument/2006/relationships/hyperlink" Target="https://apnews.com/article/45628a7c0e6518a65b629bdcc76ba809?utm_source=openai" TargetMode="External"/><Relationship Id="rId20" Type="http://schemas.openxmlformats.org/officeDocument/2006/relationships/hyperlink" Target="https://www.elpais.com/internacional/2026-07-25/varios-heridos-por-un-atropello-durante-el-dia-del-orgullo-en-berlin.html" TargetMode="External"/><Relationship Id="rId21" Type="http://schemas.openxmlformats.org/officeDocument/2006/relationships/hyperlink" Target="https://elpais.com/internacional/2026-07-25/varios-heridos-por-un-atropello-durante-el-dia-del-orgullo-en-berlin.html?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