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Events and Where to Join the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culture-lovers and partygoers are flocking to Amsterdam for WorldPride’s final week; here’s what’s on across Museumplein, Paradiso and the city so you can plan which concerts, clubs, marches and exhibitions to catch while it matters.</w:t>
      </w:r>
      <w:r/>
    </w:p>
    <w:p>
      <w:r/>
      <w:r>
        <w:t>Essential Takeaways</w:t>
      </w:r>
      <w:r/>
      <w:r/>
    </w:p>
    <w:p>
      <w:pPr>
        <w:pStyle w:val="ListBullet"/>
        <w:spacing w:line="240" w:lineRule="auto"/>
        <w:ind w:left="720"/>
      </w:pPr>
      <w:r/>
      <w:r>
        <w:rPr>
          <w:b/>
        </w:rPr>
        <w:t>Main hub:</w:t>
      </w:r>
      <w:r>
        <w:t xml:space="preserve"> WorldPride Village on Museumplein hosts daily free programming on 5 and 7 August, with ticketed headline concerts opening and closing the week. </w:t>
      </w:r>
      <w:r/>
    </w:p>
    <w:p>
      <w:pPr>
        <w:pStyle w:val="ListBullet"/>
        <w:spacing w:line="240" w:lineRule="auto"/>
        <w:ind w:left="720"/>
      </w:pPr>
      <w:r/>
      <w:r>
        <w:rPr>
          <w:b/>
        </w:rPr>
        <w:t>Big names:</w:t>
      </w:r>
      <w:r>
        <w:t xml:space="preserve"> Expect international acts at the Unity Concert and Closing Concert, plus DJs and pop figures across the Village line-up. </w:t>
      </w:r>
      <w:r/>
    </w:p>
    <w:p>
      <w:pPr>
        <w:pStyle w:val="ListBullet"/>
        <w:spacing w:line="240" w:lineRule="auto"/>
        <w:ind w:left="720"/>
      </w:pPr>
      <w:r/>
      <w:r>
        <w:rPr>
          <w:b/>
        </w:rPr>
        <w:t>Parties:</w:t>
      </w:r>
      <w:r>
        <w:t xml:space="preserve"> Tropikali by Night moves into Paradiso on 8 August, while 3xNYX brings a multi-room queer club night to Reguliersdwarsstraat. </w:t>
      </w:r>
      <w:r/>
    </w:p>
    <w:p>
      <w:pPr>
        <w:pStyle w:val="ListBullet"/>
        <w:spacing w:line="240" w:lineRule="auto"/>
        <w:ind w:left="720"/>
      </w:pPr>
      <w:r/>
      <w:r>
        <w:rPr>
          <w:b/>
        </w:rPr>
        <w:t>Culture trail:</w:t>
      </w:r>
      <w:r>
        <w:t xml:space="preserve"> Multiple exhibitions across the city trace queer history, Canal Parade origins and 25 years of marriage equality. </w:t>
      </w:r>
      <w:r/>
    </w:p>
    <w:p>
      <w:pPr>
        <w:pStyle w:val="ListBullet"/>
        <w:spacing w:line="240" w:lineRule="auto"/>
        <w:ind w:left="720"/>
      </w:pPr>
      <w:r/>
      <w:r>
        <w:rPr>
          <w:b/>
        </w:rPr>
        <w:t>March:</w:t>
      </w:r>
      <w:r>
        <w:t xml:space="preserve"> A closing WorldPride March on 8 August offers a peaceful platform for international visitors to make their voices heard.</w:t>
      </w:r>
      <w:r/>
      <w:r/>
    </w:p>
    <w:p>
      <w:pPr>
        <w:pStyle w:val="Heading2"/>
      </w:pPr>
      <w:r>
        <w:t>WorldPride Village: the festival’s beating heart on Museumplein</w:t>
      </w:r>
      <w:r/>
    </w:p>
    <w:p>
      <w:r/>
      <w:r>
        <w:t>The Museumplein turns into the communal living room of WorldPride, and it looks and feels like a proper summer block party. You’ll find stages, art and sport zones where the atmosphere is loud, colourful and utterly inclusive. According to the organisers, parts of the Village are free on key days, so you can wander in, pick up a programme and soak up live acts without a ticket.</w:t>
      </w:r>
      <w:r/>
    </w:p>
    <w:p>
      <w:r/>
      <w:r>
        <w:t>The weekend opens and closes with ticketed flagship concerts, so treat those as headline theatre rather than walk-in gigs. There’s also a lot of smaller programming , workshops, panels and sport sessions , so it’s worth checking the daily schedule if you want to join a skate clinic or a sunrise yoga class. If you’re visiting for the vibes, aim for the free days to scout the scene before committing to a paid show.</w:t>
      </w:r>
      <w:r/>
    </w:p>
    <w:p>
      <w:pPr>
        <w:pStyle w:val="Heading2"/>
      </w:pPr>
      <w:r>
        <w:t>Unity Concert and Closing Concert: big names, big production</w:t>
      </w:r>
      <w:r/>
    </w:p>
    <w:p>
      <w:r/>
      <w:r>
        <w:t>WorldPride has booked some recognisable performers for the proper show-stoppers. The Unity Concert kicks the slot week off with major vocal talent, while the Closing Concert wraps things up with contemporary pop and house favourites. Tickets are required for both, and they’ll sell fast for the headline sets.</w:t>
      </w:r>
      <w:r/>
    </w:p>
    <w:p>
      <w:r/>
      <w:r>
        <w:t>If you like your festival days to alternate between free discovery and curated evenings, this split works well: daytimes for roaming and discovery, evenings for a seated or standing show with known artists. Think ahead about transport and meet-up points , crowds will be heavy on the way in and out of the Museumplein.</w:t>
      </w:r>
      <w:r/>
    </w:p>
    <w:p>
      <w:pPr>
        <w:pStyle w:val="Heading2"/>
      </w:pPr>
      <w:r>
        <w:t>Tropikali by Night and club culture: indoor heat at Paradiso</w:t>
      </w:r>
      <w:r/>
    </w:p>
    <w:p>
      <w:r/>
      <w:r>
        <w:t>Tropikali’s party energy is moving from the NDSM-werf into Paradiso for a night that promises Latin-American rhythms upstairs and Balkan and Middle Eastern flavours downstairs. The layout gives you two very different dance floors under one historic roof, and that contrast is part of the fun.</w:t>
      </w:r>
      <w:r/>
    </w:p>
    <w:p>
      <w:r/>
      <w:r>
        <w:t>Tickets are modestly priced but not unlimited; buy early if you want to avoid disappointment. Paradiso’s acoustics and intimate spaces mean the night will feel close and sweaty in the best way , bring comfy shoes and expect to emerge buzzing well after midnight.</w:t>
      </w:r>
      <w:r/>
    </w:p>
    <w:p>
      <w:pPr>
        <w:pStyle w:val="Heading2"/>
      </w:pPr>
      <w:r>
        <w:t>3xNYX and multi-room queer nights: diversity in sound</w:t>
      </w:r>
      <w:r/>
    </w:p>
    <w:p>
      <w:r/>
      <w:r>
        <w:t>NYX’s 3xNYX night spreads DJs across three rooms, which is ideal if you want to sample different genres without hopping between venues. It’s the kind of queer clubbing that rewards roaming, so pace yourself and meet friends at a set time to compare discoveries.</w:t>
      </w:r>
      <w:r/>
    </w:p>
    <w:p>
      <w:r/>
      <w:r>
        <w:t>Club nights like this are a reminder that WorldPride isn’t just about big stages; it thrives in basements and bars where community culture is loud and immediate. If you prefer to plan, check the line-up and room assignments ahead of time , and wear something you can dance in all night.</w:t>
      </w:r>
      <w:r/>
    </w:p>
    <w:p>
      <w:pPr>
        <w:pStyle w:val="Heading2"/>
      </w:pPr>
      <w:r>
        <w:t>Exhibitions to slow down and reflect: history, love and visibility</w:t>
      </w:r>
      <w:r/>
    </w:p>
    <w:p>
      <w:r/>
      <w:r>
        <w:t>Amsterdam’s museums have leaned in with smart, thoughtful exhibitions that map the long arc of queer life here. De Nieuwe Kerk’s show takes you through cultural and political history, the Grachtenmuseum unpacks 30 years of the Canal Parade as a symbol of visibility, and De Hallen celebrates a quarter-century of marriage equality through intimate portraits.</w:t>
      </w:r>
      <w:r/>
    </w:p>
    <w:p>
      <w:r/>
      <w:r>
        <w:t>These quieter visits balance the party-heavy schedule and give context to the week’s pageantry. They’re ideal for mornings or rainy afternoons; museums can be booked or timed-entry, so reserve spots if a particular show is high on your list.</w:t>
      </w:r>
      <w:r/>
    </w:p>
    <w:p>
      <w:pPr>
        <w:pStyle w:val="Heading2"/>
      </w:pPr>
      <w:r>
        <w:t>WorldPride March: protest, pride and international voices</w:t>
      </w:r>
      <w:r/>
    </w:p>
    <w:p>
      <w:r/>
      <w:r>
        <w:t>The closing Pride March is designed to give international visitors , many of whom arrive in the final week , a chance to participate in a peaceful, political demonstration. It’s both celebratory and serious: a reminder that visibility still intersects with advocacy.</w:t>
      </w:r>
      <w:r/>
    </w:p>
    <w:p>
      <w:r/>
      <w:r>
        <w:t>Organisers frame the march as accessible and safe, but if you’re joining, wear comfortable shoes, carry water and agree on meeting points with your group. The march is a powerful communal moment and a must-see if you want to feel the political heartbeat behind the festival’s glitter.</w:t>
      </w:r>
      <w:r/>
    </w:p>
    <w:p>
      <w:r/>
      <w:r>
        <w:t>It's a small change to your trip planning that makes every day of WorldPride richer , pick a few favourites, leave space to wander, and enjoy the mix of music, politics and 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1">
        <w:r>
          <w:rPr>
            <w:color w:val="0000EE"/>
            <w:u w:val="single"/>
          </w:rPr>
          <w:t>[3]</w:t>
        </w:r>
      </w:hyperlink>
      <w:r>
        <w:t xml:space="preserve">- Paragraph 6: </w:t>
      </w:r>
      <w:hyperlink r:id="rId14">
        <w:r>
          <w:rPr>
            <w:color w:val="0000EE"/>
            <w:u w:val="single"/>
          </w:rPr>
          <w:t>[5]</w:t>
        </w:r>
      </w:hyperlink>
      <w:r>
        <w:t xml:space="preserve">, </w:t>
      </w:r>
      <w:hyperlink r:id="rId15">
        <w:r>
          <w:rPr>
            <w:color w:val="0000EE"/>
            <w:u w:val="single"/>
          </w:rPr>
          <w:t>[7]</w:t>
        </w:r>
      </w:hyperlink>
      <w:r>
        <w:t xml:space="preserve">- Paragraph 7: </w:t>
      </w:r>
      <w:hyperlink r:id="rId11">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https://www.parool.nl/worldpride-amsterdam-2026/feesten-exposities-en-een-pride-march-dit-is-er-te-doen-in-de-slotweek-van-worldpride~bf42995ee/</w:t>
        </w:r>
      </w:hyperlink>
      <w:r>
        <w:t xml:space="preserve"> - Please view link - unable to able to access data</w:t>
      </w:r>
      <w:r/>
    </w:p>
    <w:p>
      <w:pPr>
        <w:pStyle w:val="ListNumber"/>
        <w:spacing w:line="240" w:lineRule="auto"/>
        <w:ind w:left="720"/>
      </w:pPr>
      <w:r/>
      <w:hyperlink r:id="rId10">
        <w:r>
          <w:rPr>
            <w:color w:val="0000EE"/>
            <w:u w:val="single"/>
          </w:rPr>
          <w:t>https://pride.amsterdam/en/event/unity-concert/?direct=true</w:t>
        </w:r>
      </w:hyperlink>
      <w:r>
        <w:t xml:space="preserve"> - The UNITY Concert is the opening event of WorldPride Amsterdam 2026, scheduled for Tuesday, 4 August, from 17:30 to 23:00 at Museumplein. The concert features a diverse lineup of artists, including Beth Ditto, Billy Porter, and Joss Stone, performing alongside the New Amsterdam Orchestra. The event aims to celebrate the strength and unity of the LGBTQ+ community, with tickets available for purchase. The concert is hosted by renowned figures Envy Peru and Conchita Wurst, promising an evening of music, connection, and celebration.</w:t>
      </w:r>
      <w:r/>
    </w:p>
    <w:p>
      <w:pPr>
        <w:pStyle w:val="ListNumber"/>
        <w:spacing w:line="240" w:lineRule="auto"/>
        <w:ind w:left="720"/>
      </w:pPr>
      <w:r/>
      <w:hyperlink r:id="rId11">
        <w:r>
          <w:rPr>
            <w:color w:val="0000EE"/>
            <w:u w:val="single"/>
          </w:rPr>
          <w:t>https://pride.amsterdam/en/event/worldpride-village/</w:t>
        </w:r>
      </w:hyperlink>
      <w:r>
        <w:t xml:space="preserve"> - WorldPride Village serves as the central hub during the second week of WorldPride Amsterdam 2026, taking place from 4 to 8 August at Museumplein. The village is surrounded by iconic landmarks such as the Rijksmuseum, Van Gogh Museum, and the Concertgebouw. The event offers a variety of activities, including concerts, cultural programs, and workshops, with both free and ticketed events. Notable performances include the UNITY Concert on 4 August, Wedding Party XXL on 6 August, and the Closing Concert on 8 August. The village provides a platform for LGBTQ+ organizations and culture, fostering inclusivity and celebration.</w:t>
      </w:r>
      <w:r/>
    </w:p>
    <w:p>
      <w:pPr>
        <w:pStyle w:val="ListNumber"/>
        <w:spacing w:line="240" w:lineRule="auto"/>
        <w:ind w:left="720"/>
      </w:pPr>
      <w:r/>
      <w:hyperlink r:id="rId12">
        <w:r>
          <w:rPr>
            <w:color w:val="0000EE"/>
            <w:u w:val="single"/>
          </w:rPr>
          <w:t>https://pride.amsterdam/en/event/tropikali-by-night-worldpride/</w:t>
        </w:r>
      </w:hyperlink>
      <w:r>
        <w:t xml:space="preserve"> - Tropikali by Night is a special WorldPride event held on Saturday, 8 August, from 23:30 to 05:00 at Paradiso, a renowned music venue in Amsterdam. The event features two distinct musical experiences: ROSARIO in the main hall, offering Latin house and electronic music, and KALINICHTA in the basement, presenting Balkan and SWANA pop mixed with Arabic house. The night promises international DJs, dancers, and the vibrant Tropikali energy, celebrating the diversity and unity of the LGBTQ+ community. Tickets are available for purchase, with the event welcoming attendees from all backgrounds.</w:t>
      </w:r>
      <w:r/>
    </w:p>
    <w:p>
      <w:pPr>
        <w:pStyle w:val="ListNumber"/>
        <w:spacing w:line="240" w:lineRule="auto"/>
        <w:ind w:left="720"/>
      </w:pPr>
      <w:r/>
      <w:hyperlink r:id="rId14">
        <w:r>
          <w:rPr>
            <w:color w:val="0000EE"/>
            <w:u w:val="single"/>
          </w:rPr>
          <w:t>https://grachten.museum/en/programma/love-on-the-canals-30-years-of-canal-parade/</w:t>
        </w:r>
      </w:hyperlink>
      <w:r>
        <w:t xml:space="preserve"> - The Grachtenmuseum in Amsterdam presents the exhibition 'Love on the Canals – 30 Years of Canal Parade,' running from 3 July to 27 September 2026. The exhibition showcases unique photography, personal stories, and artworks that highlight the evolution of the Canal Parade from its inception in 1996 to its status as a global symbol of LGBTQ+ visibility and inclusion. It offers visitors an in-depth look at the history, significance, and future of the iconic boat parade, emphasizing its role as a celebration, protest, and cultural heritage.</w:t>
      </w:r>
      <w:r/>
    </w:p>
    <w:p>
      <w:pPr>
        <w:pStyle w:val="ListNumber"/>
        <w:spacing w:line="240" w:lineRule="auto"/>
        <w:ind w:left="720"/>
      </w:pPr>
      <w:r/>
      <w:hyperlink r:id="rId13">
        <w:r>
          <w:rPr>
            <w:color w:val="0000EE"/>
            <w:u w:val="single"/>
          </w:rPr>
          <w:t>https://www.paradiso.nl/nl/programma/tropikali-by-night/2836676</w:t>
        </w:r>
      </w:hyperlink>
      <w:r>
        <w:t xml:space="preserve"> - Tropikali by Night is an LGBTQIA+ event celebrating WorldPride, taking place on Saturday, 8 August, at Paradiso in Amsterdam. The event features two distinct musical experiences: ROSARIO in the main hall, offering Latin house and electronic music, and KALINICHTA in the basement, presenting Balkan and SWANA pop mixed with Arabic house. The night promises international DJs, dancers, and the vibrant Tropikali energy, celebrating the diversity and unity of the LGBTQ+ community. Tickets are available for purchase, with the event welcoming attendees from all backgrounds.</w:t>
      </w:r>
      <w:r/>
    </w:p>
    <w:p>
      <w:pPr>
        <w:pStyle w:val="ListNumber"/>
        <w:spacing w:line="240" w:lineRule="auto"/>
        <w:ind w:left="720"/>
      </w:pPr>
      <w:r/>
      <w:hyperlink r:id="rId15">
        <w:r>
          <w:rPr>
            <w:color w:val="0000EE"/>
            <w:u w:val="single"/>
          </w:rPr>
          <w:t>https://www.mocomuseum.com/news/amsterdam/worldpride-amsterdam-museumplein-2026/</w:t>
        </w:r>
      </w:hyperlink>
      <w:r>
        <w:t xml:space="preserve"> - Moco Museum Amsterdam, located on Museumplein, offers visitors the opportunity to explore contemporary art during WorldPride Amsterdam 2026. The museum presents modern masters, street art, digital works, and immersive experiences inside the historic Villa Alsberg. A visit to Moco Museum provides a cultural stop between WorldPride Village events, allowing attendees to appreciate Amsterdam's modern and contemporary art scene. The museum's collection complements the vibrant atmosphere of WorldPride, offering a diverse cultural experience for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feesten-exposities-en-een-pride-march-dit-is-er-te-doen-in-de-slotweek-van-worldpride~bf42995ee/" TargetMode="External"/><Relationship Id="rId10" Type="http://schemas.openxmlformats.org/officeDocument/2006/relationships/hyperlink" Target="https://pride.amsterdam/en/event/unity-concert/?direct=true" TargetMode="External"/><Relationship Id="rId11" Type="http://schemas.openxmlformats.org/officeDocument/2006/relationships/hyperlink" Target="https://pride.amsterdam/en/event/worldpride-village/" TargetMode="External"/><Relationship Id="rId12" Type="http://schemas.openxmlformats.org/officeDocument/2006/relationships/hyperlink" Target="https://pride.amsterdam/en/event/tropikali-by-night-worldpride/" TargetMode="External"/><Relationship Id="rId13" Type="http://schemas.openxmlformats.org/officeDocument/2006/relationships/hyperlink" Target="https://www.paradiso.nl/nl/programma/tropikali-by-night/2836676" TargetMode="External"/><Relationship Id="rId14" Type="http://schemas.openxmlformats.org/officeDocument/2006/relationships/hyperlink" Target="https://grachten.museum/en/programma/love-on-the-canals-30-years-of-canal-parade/" TargetMode="External"/><Relationship Id="rId15" Type="http://schemas.openxmlformats.org/officeDocument/2006/relationships/hyperlink" Target="https://www.mocomuseum.com/news/amsterdam/worldpride-amsterdam-museumplei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