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Watch Parties for TV Fans: Why Group Viewing Is Back and Better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flocking back to shared screens , from Rotterdam living rooms to fields in Delfgauw , because watching TV together has become a low-effort, high-joy social ritual. Who’s meeting, what they watch and why it matters reveal how TV still brings people closer.</w:t>
      </w:r>
      <w:r/>
    </w:p>
    <w:p>
      <w:r/>
      <w:r>
        <w:t>Essential Takeaways</w:t>
      </w:r>
      <w:r/>
      <w:r/>
    </w:p>
    <w:p>
      <w:pPr>
        <w:pStyle w:val="ListBullet"/>
        <w:spacing w:line="240" w:lineRule="auto"/>
        <w:ind w:left="720"/>
      </w:pPr>
      <w:r/>
      <w:r>
        <w:rPr>
          <w:b/>
        </w:rPr>
        <w:t>Communal comfort:</w:t>
      </w:r>
      <w:r>
        <w:t xml:space="preserve"> Watch parties make TV feel like a communal fireplace , easy company and casual chat while the show runs.</w:t>
      </w:r>
      <w:r/>
    </w:p>
    <w:p>
      <w:pPr>
        <w:pStyle w:val="ListBullet"/>
        <w:spacing w:line="240" w:lineRule="auto"/>
        <w:ind w:left="720"/>
      </w:pPr>
      <w:r/>
      <w:r>
        <w:rPr>
          <w:b/>
        </w:rPr>
        <w:t>Reality TV draws a crowd:</w:t>
      </w:r>
      <w:r>
        <w:t xml:space="preserve"> Shows like B&amp;B Vol Liefde spark friendly gossip, strong reactions and repeat meet-ups.</w:t>
      </w:r>
      <w:r/>
    </w:p>
    <w:p>
      <w:pPr>
        <w:pStyle w:val="ListBullet"/>
        <w:spacing w:line="240" w:lineRule="auto"/>
        <w:ind w:left="720"/>
      </w:pPr>
      <w:r/>
      <w:r>
        <w:rPr>
          <w:b/>
        </w:rPr>
        <w:t>Low effort, high reward:</w:t>
      </w:r>
      <w:r>
        <w:t xml:space="preserve"> Hosts don’t need to entertain; guests chip in with snacks and banter, which keeps gatherings relaxed and affordable.</w:t>
      </w:r>
      <w:r/>
    </w:p>
    <w:p>
      <w:pPr>
        <w:pStyle w:val="ListBullet"/>
        <w:spacing w:line="240" w:lineRule="auto"/>
        <w:ind w:left="720"/>
      </w:pPr>
      <w:r/>
      <w:r>
        <w:rPr>
          <w:b/>
        </w:rPr>
        <w:t>Flexible formats:</w:t>
      </w:r>
      <w:r>
        <w:t xml:space="preserve"> From living rooms to outdoor set-ups, people adapt watch parties to space and weather , and digital ties can extend the group.</w:t>
      </w:r>
      <w:r/>
    </w:p>
    <w:p>
      <w:pPr>
        <w:pStyle w:val="ListBullet"/>
        <w:spacing w:line="240" w:lineRule="auto"/>
        <w:ind w:left="720"/>
      </w:pPr>
      <w:r/>
      <w:r>
        <w:rPr>
          <w:b/>
        </w:rPr>
        <w:t>Social glue for newcomers:</w:t>
      </w:r>
      <w:r>
        <w:t xml:space="preserve"> For people new to a place or language, the extras , laughter, snacks, company , matter more than following every plot point.</w:t>
      </w:r>
      <w:r/>
      <w:r/>
    </w:p>
    <w:p>
      <w:pPr>
        <w:pStyle w:val="Heading2"/>
      </w:pPr>
      <w:r>
        <w:t>A living-room howl says it all: TV as a social hearth</w:t>
      </w:r>
      <w:r/>
    </w:p>
    <w:p>
      <w:r/>
      <w:r>
        <w:t>There’s loud laughter and a collective “Ieeeuw” in a Rotterdam flat as fourteen friends sprawl across sofas and rugs to watch B&amp;B Vol Liefde, and that noise is the point. According to accounts of the group, the show’s gooey lasagne and the contestants’ confessions produce instant, vocal reactions that keep everyone connected. The atmosphere is less about silent attention and more like a cosy party where TV supplies the beats and people supply the commentary.</w:t>
      </w:r>
      <w:r/>
    </w:p>
    <w:p>
      <w:r/>
      <w:r>
        <w:t>Watch parties aren’t a new invention, as television historians note: big national moments have always pulled people together, from moon landings to cup finals. What’s different now is the deliberate social framing , invite lists, rotating venues and messaging groups , that turns casual viewing into a recurring social event. If you want easy company, this is about as low-maintenance as it gets.</w:t>
      </w:r>
      <w:r/>
    </w:p>
    <w:p>
      <w:pPr>
        <w:pStyle w:val="Heading2"/>
      </w:pPr>
      <w:r>
        <w:t>Why reality shows make the best shared viewing</w:t>
      </w:r>
      <w:r/>
    </w:p>
    <w:p>
      <w:r/>
      <w:r>
        <w:t>Reality series such as B&amp;B Vol Liefde excel at communal watching because contestants feel familiar fast. Viewers form quick opinions, pick favourites and argue over choices, so every reveal triggers discussion. The mix of predictable formats and genuine surprises , breakups, sudden confrontations, unexpected exits , gives watch parties a steady supply of conversational fuel.</w:t>
      </w:r>
      <w:r/>
    </w:p>
    <w:p>
      <w:r/>
      <w:r>
        <w:t>Brands and platforms have noticed that social viewing can increase engagement and even push subscriptions, with organised watch events sometimes linked to premium sales. For viewers, the practical takeaway is simple: pick shows with emotional peaks and clear characters if you want a lively gathering.</w:t>
      </w:r>
      <w:r/>
    </w:p>
    <w:p>
      <w:pPr>
        <w:pStyle w:val="Heading2"/>
      </w:pPr>
      <w:r>
        <w:t>From Signal groups to shared ovens: how people organise gatherings</w:t>
      </w:r>
      <w:r/>
    </w:p>
    <w:p>
      <w:r/>
      <w:r>
        <w:t>The Rotterdam group uses a Signal chat to plan meet-ups, share jokes and post follow-ups about cast members, and that kind of digital scaffolding makes in-person parties tick. Rotating homes keeps hosting duties light, and potluck-style snacks ensure that nobody bears the load alone. One memorable meet-up even took a telly and extension cord into a field, proving that a little ingenuity goes a long way.</w:t>
      </w:r>
      <w:r/>
    </w:p>
    <w:p>
      <w:r/>
      <w:r>
        <w:t>If you’re thinking of starting your own watch party, try a rotating-host model and a small planning chat so people know who’s bringing what. Think about comfort , cushions, blankets, simple snacks , and expect that some guests will talk more than they watch. That’s part of the appeal.</w:t>
      </w:r>
      <w:r/>
    </w:p>
    <w:p>
      <w:pPr>
        <w:pStyle w:val="Heading2"/>
      </w:pPr>
      <w:r>
        <w:t>The pandemic’s echo: digital watch parties and post-lockdown rebound</w:t>
      </w:r>
      <w:r/>
    </w:p>
    <w:p>
      <w:r/>
      <w:r>
        <w:t>The lockdown years normalised remote co-watching, with friends synchronising streams and chatting on WhatsApp or Zoom. As restrictions eased, many groups simply shifted back to real rooms but kept the same social energy. Researchers and industry commentators suggest that the longing for shared rituals after isolation helped revive and reshape watch parties.</w:t>
      </w:r>
      <w:r/>
    </w:p>
    <w:p>
      <w:r/>
      <w:r>
        <w:t>Platforms and services now support social viewing in various forms, from co-watching features to business guides for hosting events. Whether you go digital or face-to-face, the behaviour is the same: people are seeking low-pressure ways to be together.</w:t>
      </w:r>
      <w:r/>
    </w:p>
    <w:p>
      <w:pPr>
        <w:pStyle w:val="Heading2"/>
      </w:pPr>
      <w:r>
        <w:t>Community beyond the plot: belonging and new friendships</w:t>
      </w:r>
      <w:r/>
    </w:p>
    <w:p>
      <w:r/>
      <w:r>
        <w:t>For some attendees, like newcomers and people who’ve moved countries, these gatherings do more than entertain: they build community. A member who moved from the US to the Netherlands said she didn’t catch every line in Dutch, and that didn’t matter. She came for the warmth, the laughter and the chance to belong, which is probably the most valuable part of any watch party.</w:t>
      </w:r>
      <w:r/>
    </w:p>
    <w:p>
      <w:r/>
      <w:r>
        <w:t>If you’re shy about joining, give yourself permission to enjoy the social hum rather than the storyline. It’s often the side conversations and shared snacks that create lasting connections, not the plot twists.</w:t>
      </w:r>
      <w:r/>
    </w:p>
    <w:p>
      <w:r/>
      <w:r>
        <w:t>It's a small change that can make evenings feel sociable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https://www.trouw.nl/cultuur-media/met-zijn-veertienen-naar-b-b-vol-liefde-kijken-de-tv-is-vooral-een-excuus-om-samen-te-zijn-als-een-open-haard~b81933e4/</w:t>
        </w:r>
      </w:hyperlink>
      <w:r>
        <w:t xml:space="preserve"> - Please view link - unable to able to access data</w:t>
      </w:r>
      <w:r/>
    </w:p>
    <w:p>
      <w:pPr>
        <w:pStyle w:val="ListNumber"/>
        <w:spacing w:line="240" w:lineRule="auto"/>
        <w:ind w:left="720"/>
      </w:pPr>
      <w:r/>
      <w:hyperlink r:id="rId10">
        <w:r>
          <w:rPr>
            <w:color w:val="0000EE"/>
            <w:u w:val="single"/>
          </w:rPr>
          <w:t>https://www.cepro.com/news/watch-party-social-viewing-experience-driving-premium-tv-sales/627293/</w:t>
        </w:r>
      </w:hyperlink>
      <w:r>
        <w:t xml:space="preserve"> - This article discusses how watch parties are contributing to increased sales of premium TVs. It highlights that as more people turn watching movies, shows, and sports into home social events, the desire for high-quality home entertainment systems is driving purchasing decisions. The trend is particularly strong among younger generations, such as Millennials and Gen Z, who are more likely to host watch parties and invest in premium TVs to enhance their viewing experiences.</w:t>
      </w:r>
      <w:r/>
    </w:p>
    <w:p>
      <w:pPr>
        <w:pStyle w:val="ListNumber"/>
        <w:spacing w:line="240" w:lineRule="auto"/>
        <w:ind w:left="720"/>
      </w:pPr>
      <w:r/>
      <w:hyperlink r:id="rId13">
        <w:r>
          <w:rPr>
            <w:color w:val="0000EE"/>
            <w:u w:val="single"/>
          </w:rPr>
          <w:t>https://www.betaseries.com/en/show/bb-vol-liefde</w:t>
        </w:r>
      </w:hyperlink>
      <w:r>
        <w:t xml:space="preserve"> - BetaSeries provides detailed information about 'B&amp;B Vol Liefde', a Dutch reality TV show that premiered on July 12, 2021. The series follows six single B&amp;B owners across Europe as they search for love. The page includes information about the show's cast, episodes, and related content, offering viewers insights into the program's structure and participants.</w:t>
      </w:r>
      <w:r/>
    </w:p>
    <w:p>
      <w:pPr>
        <w:pStyle w:val="ListNumber"/>
        <w:spacing w:line="240" w:lineRule="auto"/>
        <w:ind w:left="720"/>
      </w:pPr>
      <w:r/>
      <w:hyperlink r:id="rId11">
        <w:r>
          <w:rPr>
            <w:color w:val="0000EE"/>
            <w:u w:val="single"/>
          </w:rPr>
          <w:t>https://www.videoland.com/nl/b-b-vol-liefde/</w:t>
        </w:r>
      </w:hyperlink>
      <w:r>
        <w:t xml:space="preserve"> - Videoland offers streaming access to 'B&amp;B Vol Liefde', including the latest season that began on July 20, 2026. The platform provides options to watch episodes live on RTL 4 or stream them on-demand. Subscribers can access episodes up to seven days in advance, with the first five episodes available immediately upon release. The page also features trailers and details about the show's format and participants.</w:t>
      </w:r>
      <w:r/>
    </w:p>
    <w:p>
      <w:pPr>
        <w:pStyle w:val="ListNumber"/>
        <w:spacing w:line="240" w:lineRule="auto"/>
        <w:ind w:left="720"/>
      </w:pPr>
      <w:r/>
      <w:hyperlink r:id="rId12">
        <w:r>
          <w:rPr>
            <w:color w:val="0000EE"/>
            <w:u w:val="single"/>
          </w:rPr>
          <w:t>https://www.directv.com/insider/directv-for-business/host-watch-parties/</w:t>
        </w:r>
      </w:hyperlink>
      <w:r>
        <w:t xml:space="preserve"> - This article from DIRECTV Insider explores the benefits of hosting watch parties at bars or restaurants. It explains how such events can transform typically slow nights into lively social gatherings, attracting diverse audiences and increasing customer engagement. The piece provides strategies for businesses to host successful watch parties, including selecting appropriate content and creating an inviting atmosphere to enhance the dining experience.</w:t>
      </w:r>
      <w:r/>
    </w:p>
    <w:p>
      <w:pPr>
        <w:pStyle w:val="ListNumber"/>
        <w:spacing w:line="240" w:lineRule="auto"/>
        <w:ind w:left="720"/>
      </w:pPr>
      <w:r/>
      <w:hyperlink r:id="rId14">
        <w:r>
          <w:rPr>
            <w:color w:val="0000EE"/>
            <w:u w:val="single"/>
          </w:rPr>
          <w:t>https://www.thetvdb.com/series/bb-vol-liefde</w:t>
        </w:r>
      </w:hyperlink>
      <w:r>
        <w:t xml:space="preserve"> - TheTVDB provides comprehensive information about 'B&amp;B Vol Liefde', a reality TV series that premiered on July 12, 2021. The show features six single B&amp;B owners across Europe seeking love. The page includes details about the series' status, airing schedule, and a brief description of the program's premise, offering viewers insights into the show's format and participants.</w:t>
      </w:r>
      <w:r/>
    </w:p>
    <w:p>
      <w:pPr>
        <w:pStyle w:val="ListNumber"/>
        <w:spacing w:line="240" w:lineRule="auto"/>
        <w:ind w:left="720"/>
      </w:pPr>
      <w:r/>
      <w:hyperlink r:id="rId15">
        <w:r>
          <w:rPr>
            <w:color w:val="0000EE"/>
            <w:u w:val="single"/>
          </w:rPr>
          <w:t>https://www.tvgids.nl/amusement/b-b-vol-liefde/lineair/216609712</w:t>
        </w:r>
      </w:hyperlink>
      <w:r>
        <w:t xml:space="preserve"> - TVgids.nl provides information about the airing schedule of 'B&amp;B Vol Liefde' on RTL 4. The page details the program's broadcast times, including specific episodes and dates, allowing viewers to plan their viewing accordingly. It also offers a brief overview of the show's content, highlighting the romantic and reality aspects that define the series.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cultuur-media/met-zijn-veertienen-naar-b-b-vol-liefde-kijken-de-tv-is-vooral-een-excuus-om-samen-te-zijn-als-een-open-haard~b81933e4/" TargetMode="External"/><Relationship Id="rId10" Type="http://schemas.openxmlformats.org/officeDocument/2006/relationships/hyperlink" Target="https://www.cepro.com/news/watch-party-social-viewing-experience-driving-premium-tv-sales/627293/" TargetMode="External"/><Relationship Id="rId11" Type="http://schemas.openxmlformats.org/officeDocument/2006/relationships/hyperlink" Target="https://www.videoland.com/nl/b-b-vol-liefde/" TargetMode="External"/><Relationship Id="rId12" Type="http://schemas.openxmlformats.org/officeDocument/2006/relationships/hyperlink" Target="https://www.directv.com/insider/directv-for-business/host-watch-parties/" TargetMode="External"/><Relationship Id="rId13" Type="http://schemas.openxmlformats.org/officeDocument/2006/relationships/hyperlink" Target="https://www.betaseries.com/en/show/bb-vol-liefde" TargetMode="External"/><Relationship Id="rId14" Type="http://schemas.openxmlformats.org/officeDocument/2006/relationships/hyperlink" Target="https://www.thetvdb.com/series/bb-vol-liefde" TargetMode="External"/><Relationship Id="rId15" Type="http://schemas.openxmlformats.org/officeDocument/2006/relationships/hyperlink" Target="https://www.tvgids.nl/amusement/b-b-vol-liefde/lineair/2166097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