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Viral Moment from Lollapalooza 2026: The Impromptu Lesbian Mud Wrestling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spectacle and festival-goers alike watched as rain turned Grant Park into a sticky playground, and attendees turned soggy chaos into an impromptu lesbian mud wrestling event that lit up social feeds on day three of Lollapalooza 2026, funny, rowdy, and surprisingly celebratory.</w:t>
      </w:r>
      <w:r/>
    </w:p>
    <w:p>
      <w:r/>
      <w:r>
        <w:t>Essential Takeaways</w:t>
      </w:r>
      <w:r/>
      <w:r/>
    </w:p>
    <w:p>
      <w:pPr>
        <w:pStyle w:val="ListBullet"/>
        <w:spacing w:line="240" w:lineRule="auto"/>
        <w:ind w:left="720"/>
      </w:pPr>
      <w:r/>
      <w:r>
        <w:rPr>
          <w:b/>
        </w:rPr>
        <w:t>Unexpected headline:</w:t>
      </w:r>
      <w:r>
        <w:t xml:space="preserve"> Heavy rain left main stages muddy, prompting creative onsite entertainment.</w:t>
      </w:r>
      <w:r/>
    </w:p>
    <w:p>
      <w:pPr>
        <w:pStyle w:val="ListBullet"/>
        <w:spacing w:line="240" w:lineRule="auto"/>
        <w:ind w:left="720"/>
      </w:pPr>
      <w:r/>
      <w:r>
        <w:rPr>
          <w:b/>
        </w:rPr>
        <w:t>Grassroots organiser:</w:t>
      </w:r>
      <w:r>
        <w:t xml:space="preserve"> An attendee’s semi-joking Instagram post sparked the gathering and drew a crowd.</w:t>
      </w:r>
      <w:r/>
    </w:p>
    <w:p>
      <w:pPr>
        <w:pStyle w:val="ListBullet"/>
        <w:spacing w:line="240" w:lineRule="auto"/>
        <w:ind w:left="720"/>
      </w:pPr>
      <w:r/>
      <w:r>
        <w:rPr>
          <w:b/>
        </w:rPr>
        <w:t>Playful atmosphere:</w:t>
      </w:r>
      <w:r>
        <w:t xml:space="preserve"> Early hesitation gave way to cheering, playful competition and dramatic slams.</w:t>
      </w:r>
      <w:r/>
    </w:p>
    <w:p>
      <w:pPr>
        <w:pStyle w:val="ListBullet"/>
        <w:spacing w:line="240" w:lineRule="auto"/>
        <w:ind w:left="720"/>
      </w:pPr>
      <w:r/>
      <w:r>
        <w:rPr>
          <w:b/>
        </w:rPr>
        <w:t>Safety note:</w:t>
      </w:r>
      <w:r>
        <w:t xml:space="preserve"> The festival has weather and accessibility policies in place, but spontaneous moments still happen.</w:t>
      </w:r>
      <w:r/>
    </w:p>
    <w:p>
      <w:pPr>
        <w:pStyle w:val="ListBullet"/>
        <w:spacing w:line="240" w:lineRule="auto"/>
        <w:ind w:left="720"/>
      </w:pPr>
      <w:r/>
      <w:r>
        <w:rPr>
          <w:b/>
        </w:rPr>
        <w:t>Social buzz:</w:t>
      </w:r>
      <w:r>
        <w:t xml:space="preserve"> Clips circulated widely, turning a soggy afternoon into one of the festival’s most shared moments.</w:t>
      </w:r>
      <w:r/>
      <w:r/>
    </w:p>
    <w:p>
      <w:pPr>
        <w:pStyle w:val="Heading2"/>
      </w:pPr>
      <w:r>
        <w:t>Mud, music and mischief: the hook everyone’s talking about</w:t>
      </w:r>
      <w:r/>
    </w:p>
    <w:p>
      <w:r/>
      <w:r>
        <w:t>Rain delayed gates and left Grant Park looking more like a slip‑n‑slide than a festival field, and people noticed the texture of the day almost immediately. Attendees described the mud as thick and clingy, which is exactly the kind of sensory detail that turns a gloomy delay into an anecdote you’ll tell for years. According to reports, one participant’s Instagram post , half a joke, half a dare , nudged the crowd from mild frustration into full-on amusement.</w:t>
      </w:r>
      <w:r/>
    </w:p>
    <w:p>
      <w:pPr>
        <w:pStyle w:val="Heading2"/>
      </w:pPr>
      <w:r>
        <w:t>How a semi-viral post turned into live programming</w:t>
      </w:r>
      <w:r/>
    </w:p>
    <w:p>
      <w:r/>
      <w:r>
        <w:t>The backstory is embarrassingly low-tech: a spontaneous idea, some laughter, and a handful of brave volunteers. Organisers on the ground weren’t behind it, but the moment illustrates how festival culture can be self‑directing. People gathered hesitantly at first, then warmed to the idea as cheers grew. It’s not uncommon for large gatherings to invent their own entertainment when schedules slip, and this was a perfect example , messy, improvisational and unpolished in the best way.</w:t>
      </w:r>
      <w:r/>
    </w:p>
    <w:p>
      <w:pPr>
        <w:pStyle w:val="Heading2"/>
      </w:pPr>
      <w:r>
        <w:t>Culture and consent: why the crowd responded the way it did</w:t>
      </w:r>
      <w:r/>
    </w:p>
    <w:p>
      <w:r/>
      <w:r>
        <w:t>There’s a performative joy to communal silliness when it’s consensual and inclusive, and that’s what people seemed to pick up on. The vibe reportedly stayed playful rather than exploitative, with participants and spectators largely sharing laughs and encouragement. Moments like this can quickly polarise online, but many attendees framed it as a cheeky way to reclaim a damp day rather than a stunt designed for shock value.</w:t>
      </w:r>
      <w:r/>
    </w:p>
    <w:p>
      <w:pPr>
        <w:pStyle w:val="Heading2"/>
      </w:pPr>
      <w:r>
        <w:t>Practical bits for future festivalgoers: what to pack and expect</w:t>
      </w:r>
      <w:r/>
    </w:p>
    <w:p>
      <w:r/>
      <w:r>
        <w:t>If you’re heading to outdoor festivals, take this as a practical reminder: pack for mud. Waterproof boots, a lightweight poncho, and a towel go a long way, and bring a small first‑aid kit for slips and scratches. Festivals have weather policies and accessibility resources, and it helps to know where those services are on the map. But also be ready for the unexpected , sometimes the best memories are the ones you didn’t plan.</w:t>
      </w:r>
      <w:r/>
    </w:p>
    <w:p>
      <w:pPr>
        <w:pStyle w:val="Heading2"/>
      </w:pPr>
      <w:r>
        <w:t>What this says about festival life going forward</w:t>
      </w:r>
      <w:r/>
    </w:p>
    <w:p>
      <w:r/>
      <w:r>
        <w:t>Lollapalooza’s lineup and logistics run deep, but the human element still produces the headline moments. A soggy field, a phone and a sense of humour combined to create something that festivals marketers can’t buy: organic, sharable joy. Whether you loved the mud wrestling clip or winced at the idea, it’s one more anecdote in the long, gloriously unpredictable life of live music.</w:t>
      </w:r>
      <w:r/>
    </w:p>
    <w:p>
      <w:r/>
      <w:r>
        <w:t>It's a small, messy reminder that when the weather goes sideways, people will make the most of it.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9">
        <w:r>
          <w:rPr>
            <w:color w:val="0000EE"/>
            <w:u w:val="single"/>
          </w:rPr>
          <w:t>[1]</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11">
        <w:r>
          <w:rPr>
            <w:color w:val="0000EE"/>
            <w:u w:val="single"/>
          </w:rPr>
          <w:t>[7]</w:t>
        </w:r>
      </w:hyperlink>
      <w:r>
        <w:t xml:space="preserve">, </w:t>
      </w:r>
      <w:hyperlink r:id="rId14">
        <w:r>
          <w:rPr>
            <w:color w:val="0000EE"/>
            <w:u w:val="single"/>
          </w:rPr>
          <w:t>[4]</w:t>
        </w:r>
      </w:hyperlink>
      <w:r>
        <w:t xml:space="preserve">- Paragraph 5: </w:t>
      </w:r>
      <w:hyperlink r:id="rId12">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https://consequence.net/2026/08/lesbian-mud-wrestling-breaks-out-at-lollapalooza-2026/</w:t>
        </w:r>
      </w:hyperlink>
      <w:r>
        <w:t xml:space="preserve"> - Please view link - unable to able to access data</w:t>
      </w:r>
      <w:r/>
    </w:p>
    <w:p>
      <w:pPr>
        <w:pStyle w:val="ListNumber"/>
        <w:spacing w:line="240" w:lineRule="auto"/>
        <w:ind w:left="720"/>
      </w:pPr>
      <w:r/>
      <w:hyperlink r:id="rId10">
        <w:r>
          <w:rPr>
            <w:color w:val="0000EE"/>
            <w:u w:val="single"/>
          </w:rPr>
          <w:t>https://www.lollapalooza.com/schedule</w:t>
        </w:r>
      </w:hyperlink>
      <w:r>
        <w:t xml:space="preserve"> - The official Lollapalooza 2026 schedule provides detailed information on performance times and stages for each day of the festival, helping attendees plan their visit effectively.</w:t>
      </w:r>
      <w:r/>
    </w:p>
    <w:p>
      <w:pPr>
        <w:pStyle w:val="ListNumber"/>
        <w:spacing w:line="240" w:lineRule="auto"/>
        <w:ind w:left="720"/>
      </w:pPr>
      <w:r/>
      <w:hyperlink r:id="rId12">
        <w:r>
          <w:rPr>
            <w:color w:val="0000EE"/>
            <w:u w:val="single"/>
          </w:rPr>
          <w:t>https://www.lollapalooza.com/lineup</w:t>
        </w:r>
      </w:hyperlink>
      <w:r>
        <w:t xml:space="preserve"> - The Lollapalooza 2026 lineup showcases a diverse array of artists, including headliners like Charli XCX, Lorde, and The Smashing Pumpkins, offering a mix of genres for festival-goers.</w:t>
      </w:r>
      <w:r/>
    </w:p>
    <w:p>
      <w:pPr>
        <w:pStyle w:val="ListNumber"/>
        <w:spacing w:line="240" w:lineRule="auto"/>
        <w:ind w:left="720"/>
      </w:pPr>
      <w:r/>
      <w:hyperlink r:id="rId14">
        <w:r>
          <w:rPr>
            <w:color w:val="0000EE"/>
            <w:u w:val="single"/>
          </w:rPr>
          <w:t>https://www.lollapalooza.com/festival-map</w:t>
        </w:r>
      </w:hyperlink>
      <w:r>
        <w:t xml:space="preserve"> - The Lollapalooza 2026 festival map outlines the layout of Grant Park, highlighting stages, food vendors, and amenities to assist attendees in navigating the event.</w:t>
      </w:r>
      <w:r/>
    </w:p>
    <w:p>
      <w:pPr>
        <w:pStyle w:val="ListNumber"/>
        <w:spacing w:line="240" w:lineRule="auto"/>
        <w:ind w:left="720"/>
      </w:pPr>
      <w:r/>
      <w:hyperlink r:id="rId13">
        <w:r>
          <w:rPr>
            <w:color w:val="0000EE"/>
            <w:u w:val="single"/>
          </w:rPr>
          <w:t>https://www.lollapalooza.com/general-info</w:t>
        </w:r>
      </w:hyperlink>
      <w:r>
        <w:t xml:space="preserve"> - The general information page for Lollapalooza 2026 provides essential details on ticketing, entry policies, and other logistical aspects to ensure a smooth festival experience.</w:t>
      </w:r>
      <w:r/>
    </w:p>
    <w:p>
      <w:pPr>
        <w:pStyle w:val="ListNumber"/>
        <w:spacing w:line="240" w:lineRule="auto"/>
        <w:ind w:left="720"/>
      </w:pPr>
      <w:r/>
      <w:hyperlink r:id="rId15">
        <w:r>
          <w:rPr>
            <w:color w:val="0000EE"/>
            <w:u w:val="single"/>
          </w:rPr>
          <w:t>https://www.lollapalooza.com/ada-accessibility</w:t>
        </w:r>
      </w:hyperlink>
      <w:r>
        <w:t xml:space="preserve"> - Lollapalooza 2026's ADA and accessibility accommodations page outlines services available for guests with disabilities, including accessible entrances and viewing areas.</w:t>
      </w:r>
      <w:r/>
    </w:p>
    <w:p>
      <w:pPr>
        <w:pStyle w:val="ListNumber"/>
        <w:spacing w:line="240" w:lineRule="auto"/>
        <w:ind w:left="720"/>
      </w:pPr>
      <w:r/>
      <w:hyperlink r:id="rId11">
        <w:r>
          <w:rPr>
            <w:color w:val="0000EE"/>
            <w:u w:val="single"/>
          </w:rPr>
          <w:t>https://www.lollapalooza.com/weather-policy</w:t>
        </w:r>
      </w:hyperlink>
      <w:r>
        <w:t xml:space="preserve"> - The weather policy page for Lollapalooza 2026 details the festival's procedures in case of adverse weather conditions, ensuring attendee safety and event continuity.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onsequence.net/2026/08/lesbian-mud-wrestling-breaks-out-at-lollapalooza-2026/" TargetMode="External"/><Relationship Id="rId10" Type="http://schemas.openxmlformats.org/officeDocument/2006/relationships/hyperlink" Target="https://www.lollapalooza.com/schedule" TargetMode="External"/><Relationship Id="rId11" Type="http://schemas.openxmlformats.org/officeDocument/2006/relationships/hyperlink" Target="https://www.lollapalooza.com/weather-policy" TargetMode="External"/><Relationship Id="rId12" Type="http://schemas.openxmlformats.org/officeDocument/2006/relationships/hyperlink" Target="https://www.lollapalooza.com/lineup" TargetMode="External"/><Relationship Id="rId13" Type="http://schemas.openxmlformats.org/officeDocument/2006/relationships/hyperlink" Target="https://www.lollapalooza.com/general-info" TargetMode="External"/><Relationship Id="rId14" Type="http://schemas.openxmlformats.org/officeDocument/2006/relationships/hyperlink" Target="https://www.lollapalooza.com/festival-map" TargetMode="External"/><Relationship Id="rId15" Type="http://schemas.openxmlformats.org/officeDocument/2006/relationships/hyperlink" Target="https://www.lollapalooza.com/ada-accessibil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