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Swindon Pride 2026 Guide: Free Events, March Details and How to Join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families and partygoers are getting ready for Swindon Pride , a packed two-week countdown of free, low-cost and ticketed events across the town that build to a big, accessible celebration at GWR Park on 15 August. Here’s what’s on, why it matters, and how to make the most of the festivities.</w:t>
      </w:r>
      <w:r/>
    </w:p>
    <w:p>
      <w:r/>
      <w:r>
        <w:t>Essential Takeaways</w:t>
      </w:r>
      <w:r/>
      <w:r/>
    </w:p>
    <w:p>
      <w:pPr>
        <w:pStyle w:val="ListBullet"/>
        <w:spacing w:line="240" w:lineRule="auto"/>
        <w:ind w:left="720"/>
      </w:pPr>
      <w:r/>
      <w:r>
        <w:rPr>
          <w:b/>
        </w:rPr>
        <w:t>Free but ticketed:</w:t>
      </w:r>
      <w:r>
        <w:t xml:space="preserve"> The main Pride March, GWR Park celebration and 18+ after-party are all free entry but require tickets; donations are encouraged to keep Pride accessible. </w:t>
      </w:r>
      <w:r/>
    </w:p>
    <w:p>
      <w:pPr>
        <w:pStyle w:val="ListBullet"/>
        <w:spacing w:line="240" w:lineRule="auto"/>
        <w:ind w:left="720"/>
      </w:pPr>
      <w:r/>
      <w:r>
        <w:rPr>
          <w:b/>
        </w:rPr>
        <w:t>Two-week warm-up:</w:t>
      </w:r>
      <w:r>
        <w:t xml:space="preserve"> Crafting sessions, pottery, film night, board games and quiz nights offer creative, educational and quieter options for everyone. </w:t>
      </w:r>
      <w:r/>
    </w:p>
    <w:p>
      <w:pPr>
        <w:pStyle w:val="ListBullet"/>
        <w:spacing w:line="240" w:lineRule="auto"/>
        <w:ind w:left="720"/>
      </w:pPr>
      <w:r/>
      <w:r>
        <w:rPr>
          <w:b/>
        </w:rPr>
        <w:t>Family-friendly options:</w:t>
      </w:r>
      <w:r>
        <w:t xml:space="preserve"> Daytime activities at the Pride Hub and the march are suitable for all ages; some evening events are 12+ or 18+. </w:t>
      </w:r>
      <w:r/>
    </w:p>
    <w:p>
      <w:pPr>
        <w:pStyle w:val="ListBullet"/>
        <w:spacing w:line="240" w:lineRule="auto"/>
        <w:ind w:left="720"/>
      </w:pPr>
      <w:r/>
      <w:r>
        <w:rPr>
          <w:b/>
        </w:rPr>
        <w:t>Accessible venues:</w:t>
      </w:r>
      <w:r>
        <w:t xml:space="preserve"> Events are being held across central locations , Brunel Centre Pride Hub, Create Studios, Hollywood Bowl and GWR Park , with a focus on inclusivity. </w:t>
      </w:r>
      <w:r/>
    </w:p>
    <w:p>
      <w:pPr>
        <w:pStyle w:val="ListBullet"/>
        <w:spacing w:line="240" w:lineRule="auto"/>
        <w:ind w:left="720"/>
      </w:pPr>
      <w:r/>
      <w:r>
        <w:rPr>
          <w:b/>
        </w:rPr>
        <w:t>Supportive fundraising:</w:t>
      </w:r>
      <w:r>
        <w:t xml:space="preserve"> Ticket sales for some fringe events and quiz nights help fund the main free festival and community work.</w:t>
      </w:r>
      <w:r/>
      <w:r/>
    </w:p>
    <w:p>
      <w:pPr>
        <w:pStyle w:val="Heading2"/>
      </w:pPr>
      <w:r>
        <w:t>What’s happening and when , quick tour of the calendar</w:t>
      </w:r>
      <w:r/>
    </w:p>
    <w:p>
      <w:r/>
      <w:r>
        <w:t>If you want something sociable and low-key, the Pride countdown starts with meet-ups and daytime drop-ins. The Queens Tap kicked things off and the Pride Hub in the Brunel Centre runs crafting sessions, badge making and sign painting that are perfect if you want a feel-good, family-friendly hour in a bright, accessible space. There’s pottery evening workshops, a film night for teens and board games for quieter social time. Organisers have deliberately spread events around central Swindon so there’s something for every pace and preference.</w:t>
      </w:r>
      <w:r/>
    </w:p>
    <w:p>
      <w:r/>
      <w:r>
        <w:t>According to the official schedule, the big day is Saturday 15 August: the march leaves Regent Street in the late morning and the park party at GWR Park runs through the afternoon into early evening, followed by an 18+ after-party at The Steam Railway. Tickets are free for the park and march but ticketed, so book ahead and consider donating if you can to help keep things free next year.</w:t>
      </w:r>
      <w:r/>
    </w:p>
    <w:p>
      <w:pPr>
        <w:pStyle w:val="Heading2"/>
      </w:pPr>
      <w:r>
        <w:t>Family-friendly and accessible choices , why they matter</w:t>
      </w:r>
      <w:r/>
    </w:p>
    <w:p>
      <w:r/>
      <w:r>
        <w:t>Crafting with Pride at the Brunel Centre and the Pride Hub’s daytime sessions are explicitly billed as accessible and family-friendly, offering a gentle, creative space for kids and carers. Local groups are keen to make Pride welcoming beyond the party crowd, and these quieter, hands-on events give families a chance to join in without the noise and crowds. For parents or guardians, these sessions are handy if you want to introduce Pride culture through crafts or stories.</w:t>
      </w:r>
      <w:r/>
    </w:p>
    <w:p>
      <w:r/>
      <w:r>
        <w:t>If accessibility is a priority, check individual event pages for venue access details. The mix of daytime and evening events also means you can pick activities that suit sensory preferences or mobility needs.</w:t>
      </w:r>
      <w:r/>
    </w:p>
    <w:p>
      <w:pPr>
        <w:pStyle w:val="Heading2"/>
      </w:pPr>
      <w:r>
        <w:t>Evening events and fundraisers , join in and contribute</w:t>
      </w:r>
      <w:r/>
    </w:p>
    <w:p>
      <w:r/>
      <w:r>
        <w:t>There’s a film night at Create Studios (12+), Pride Bowling at Hollywood Bowl and a Pride Quiz Night that doubles as a fundraiser. Ticket income from some of these fringe events supports the charity work behind the free park celebration. So, buying a ticket to the film or bringing a team to the quiz is a way to enjoy the schedule and give back at the same time.</w:t>
      </w:r>
      <w:r/>
    </w:p>
    <w:p>
      <w:r/>
      <w:r>
        <w:t>For anyone nervous about big crowds, the board game social and pottery evening are great alternatives , they’re relaxed, social and let you connect without a stage or loud music.</w:t>
      </w:r>
      <w:r/>
    </w:p>
    <w:p>
      <w:pPr>
        <w:pStyle w:val="Heading2"/>
      </w:pPr>
      <w:r>
        <w:t>The march and main park party , tips for attendees</w:t>
      </w:r>
      <w:r/>
    </w:p>
    <w:p>
      <w:r/>
      <w:r>
        <w:t>The march starts between 11am and noon from Regent Street, so arrive with time to spare if you want a good spot. The GWR Park event runs to around 8pm; there’s a civic, community-focused feel by day and a party vibe by evening. Bring water, sun protection and portable seating if you want to rest; there are family areas and stalls but packing light will make your day more comfortable.</w:t>
      </w:r>
      <w:r/>
    </w:p>
    <w:p>
      <w:r/>
      <w:r>
        <w:t>Do book tickets for the march and park in advance , even free events can reach capacity , and consider donating a little when you register. That small gesture helps organisers put on next year’s accessible festival and funds community outreach.</w:t>
      </w:r>
      <w:r/>
    </w:p>
    <w:p>
      <w:pPr>
        <w:pStyle w:val="Heading2"/>
      </w:pPr>
      <w:r>
        <w:t>How to plan your Pride weekend , practical checklist</w:t>
      </w:r>
      <w:r/>
    </w:p>
    <w:p>
      <w:r/>
      <w:r>
        <w:t>Decide what matters most: marches and live music, workshops, or quieter socials. Book free tickets early, buy tickets for the fringe events that raise funds, and map your day so you can move between venues easily. If you’re travelling by car, check local parking options; public transport and walking are sensible choices for the town centre. Finally, pack for comfort , layers, water and a small bag for anything you pick up at stalls.</w:t>
      </w:r>
      <w:r/>
    </w:p>
    <w:p>
      <w:r/>
      <w:r>
        <w:t>Swindon Pride mixes education, fun and community spirit, and whether you want to march, craft, bowl or just watch, there’s something that fits. See the official site for full listings and tickets.</w:t>
      </w:r>
      <w:r/>
    </w:p>
    <w:p>
      <w:r/>
      <w:r>
        <w:t>It's a small set of choices that can make Pride welcoming for everyone , pick what suits you and enjoy the weekend.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3">
        <w:r>
          <w:rPr>
            <w:color w:val="0000EE"/>
            <w:u w:val="single"/>
          </w:rPr>
          <w:t>[5]</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1">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https://www.swindonadvertiser.co.uk/news/26429113.countdown-swindon-pride-begins-two-weeks-activities/</w:t>
        </w:r>
      </w:hyperlink>
      <w:r>
        <w:t xml:space="preserve"> - Please view link - unable to able to access data</w:t>
      </w:r>
      <w:r/>
    </w:p>
    <w:p>
      <w:pPr>
        <w:pStyle w:val="ListNumber"/>
        <w:spacing w:line="240" w:lineRule="auto"/>
        <w:ind w:left="720"/>
      </w:pPr>
      <w:r/>
      <w:hyperlink r:id="rId10">
        <w:r>
          <w:rPr>
            <w:color w:val="0000EE"/>
            <w:u w:val="single"/>
          </w:rPr>
          <w:t>https://www.swindonwiltshirepride.org.uk/event-details/swindon-wiltshire-pride-2024</w:t>
        </w:r>
      </w:hyperlink>
      <w:r>
        <w:t xml:space="preserve"> - Swindon &amp; Wiltshire Pride 2024 is scheduled for Saturday, 10 August 2024, at GWR Park in Swindon. The event will commence at 11:00 and conclude at 20:00. Attendees are encouraged to register their attendance, with a £20 donation ticket option available to support the non-profit charity. The event is designed to be accessible, with no steps and provisions for those sensitive to noise. Dogs are permitted, but attendees should be aware of the potential noise levels and large crowds.</w:t>
      </w:r>
      <w:r/>
    </w:p>
    <w:p>
      <w:pPr>
        <w:pStyle w:val="ListNumber"/>
        <w:spacing w:line="240" w:lineRule="auto"/>
        <w:ind w:left="720"/>
      </w:pPr>
      <w:r/>
      <w:hyperlink r:id="rId12">
        <w:r>
          <w:rPr>
            <w:color w:val="0000EE"/>
            <w:u w:val="single"/>
          </w:rPr>
          <w:t>https://www.swindonwiltshirepride.org.uk/event-details/swindon-wiltshire-pride-march-2024</w:t>
        </w:r>
      </w:hyperlink>
      <w:r>
        <w:t xml:space="preserve"> - The Swindon &amp; Wiltshire Pride March 2024 is set for Saturday, 10 August 2024, starting at 11:00 outside Nationwide at 47 Regent Street, Swindon. The march will commence promptly at 11:30, proceeding through the town towards the Town Hall and then to GWR Park for the main event. The route is accessible, with no steps, though some uneven ground may be present. Attendees sensitive to noise are advised to bring ear defenders. Dogs are permitted, but attendees should consider the noise levels and large crowds.</w:t>
      </w:r>
      <w:r/>
    </w:p>
    <w:p>
      <w:pPr>
        <w:pStyle w:val="ListNumber"/>
        <w:spacing w:line="240" w:lineRule="auto"/>
        <w:ind w:left="720"/>
      </w:pPr>
      <w:r/>
      <w:hyperlink r:id="rId11">
        <w:r>
          <w:rPr>
            <w:color w:val="0000EE"/>
            <w:u w:val="single"/>
          </w:rPr>
          <w:t>https://swindonpost.co.uk/events/pride-in-swindon/guide</w:t>
        </w:r>
      </w:hyperlink>
      <w:r>
        <w:t xml:space="preserve"> - Swindon and Wiltshire Pride is an annual event held on a Saturday in August at GWR Park, Swindon. The event is free to attend and typically includes a Pride march through town, a main stage with performances, community stalls, and family-friendly activities. While the event is free, there may be charges for some stalls or refreshments. The event is run by volunteers and community groups, and attendees are encouraged to check the official website for the current year's date and programme.</w:t>
      </w:r>
      <w:r/>
    </w:p>
    <w:p>
      <w:pPr>
        <w:pStyle w:val="ListNumber"/>
        <w:spacing w:line="240" w:lineRule="auto"/>
        <w:ind w:left="720"/>
      </w:pPr>
      <w:r/>
      <w:hyperlink r:id="rId13">
        <w:r>
          <w:rPr>
            <w:color w:val="0000EE"/>
            <w:u w:val="single"/>
          </w:rPr>
          <w:t>https://www.swindonwiltshirepride.org.uk/pride-2026</w:t>
        </w:r>
      </w:hyperlink>
      <w:r>
        <w:t xml:space="preserve"> - Swindon &amp; Wiltshire Pride is returning to GWR Park on Saturday, 15 August 2026. The event will begin with the Pride March at 11:00 outside Nationwide at 47 Regent Street, proceeding through the town to GWR Park. The park will open at 11:00, with a quieter hour from 11:00 to 12:00 for those who prefer less noise. The main event will feature live music, local traders, food and drink vendors, and a fully licensed bar. An 18-plus after-party is also planned to conclude the celebrations.</w:t>
      </w:r>
      <w:r/>
    </w:p>
    <w:p>
      <w:pPr>
        <w:pStyle w:val="ListNumber"/>
        <w:spacing w:line="240" w:lineRule="auto"/>
        <w:ind w:left="720"/>
      </w:pPr>
      <w:r/>
      <w:hyperlink r:id="rId14">
        <w:r>
          <w:rPr>
            <w:color w:val="0000EE"/>
            <w:u w:val="single"/>
          </w:rPr>
          <w:t>https://swindonlink.com/news/pride-gwr/</w:t>
        </w:r>
      </w:hyperlink>
      <w:r>
        <w:t xml:space="preserve"> - Swindon &amp; Wiltshire Pride has announced GWR Park as its venue for 2024, following two successful years at Queens Park. The organisers believe GWR Park will provide the perfect setting for an unforgettable Pride experience on 10 August. Nationwide is returning as the headline sponsor. Chair Paul Stewart expressed excitement about the move, highlighting the park's central location and rich railway heritage as ideal for celebrating the diversity of the community.</w:t>
      </w:r>
      <w:r/>
    </w:p>
    <w:p>
      <w:pPr>
        <w:pStyle w:val="ListNumber"/>
        <w:spacing w:line="240" w:lineRule="auto"/>
        <w:ind w:left="720"/>
      </w:pPr>
      <w:r/>
      <w:hyperlink r:id="rId15">
        <w:r>
          <w:rPr>
            <w:color w:val="0000EE"/>
            <w:u w:val="single"/>
          </w:rPr>
          <w:t>https://swindonlink.com/news/pride-2024-success/</w:t>
        </w:r>
      </w:hyperlink>
      <w:r>
        <w:t xml:space="preserve"> - The organisers of Swindon &amp; Wiltshire Pride have hailed the 2024 event as a triumph. Festival-goers embraced the new venue, GWR Park, which has a history of public celebrations dating back to the 19th century. The event featured a vibrant Pride March, with 1,000 people singing and dancing their way from Regent Circus through the town centre to GWR Park for the main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windonadvertiser.co.uk/news/26429113.countdown-swindon-pride-begins-two-weeks-activities/" TargetMode="External"/><Relationship Id="rId10" Type="http://schemas.openxmlformats.org/officeDocument/2006/relationships/hyperlink" Target="https://www.swindonwiltshirepride.org.uk/event-details/swindon-wiltshire-pride-2024" TargetMode="External"/><Relationship Id="rId11" Type="http://schemas.openxmlformats.org/officeDocument/2006/relationships/hyperlink" Target="https://swindonpost.co.uk/events/pride-in-swindon/guide" TargetMode="External"/><Relationship Id="rId12" Type="http://schemas.openxmlformats.org/officeDocument/2006/relationships/hyperlink" Target="https://www.swindonwiltshirepride.org.uk/event-details/swindon-wiltshire-pride-march-2024" TargetMode="External"/><Relationship Id="rId13" Type="http://schemas.openxmlformats.org/officeDocument/2006/relationships/hyperlink" Target="https://www.swindonwiltshirepride.org.uk/pride-2026" TargetMode="External"/><Relationship Id="rId14" Type="http://schemas.openxmlformats.org/officeDocument/2006/relationships/hyperlink" Target="https://swindonlink.com/news/pride-gwr/" TargetMode="External"/><Relationship Id="rId15" Type="http://schemas.openxmlformats.org/officeDocument/2006/relationships/hyperlink" Target="https://swindonlink.com/news/pride-2024-su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