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Surprise Duet: Madonna and Kylie Make WorldPride Amsterdam Unforgettable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Watchers gasped as Madonna and Kylie Minogue turned a routine club set into a historic queer-pop moment at WorldPride Amsterdam, giving fans a decades-in-the-making duet that mattered , for culture, visibility and joy. The surprise performance of a new “Love Sensation” remix closed AFAS Live with thousands cheering, hugging and dancing.</w:t>
      </w:r>
      <w:r/>
    </w:p>
    <w:p>
      <w:r/>
      <w:r>
        <w:t>Essential Takeaways</w:t>
      </w:r>
      <w:r/>
      <w:r/>
    </w:p>
    <w:p>
      <w:pPr>
        <w:pStyle w:val="ListBullet"/>
        <w:spacing w:line="240" w:lineRule="auto"/>
        <w:ind w:left="720"/>
      </w:pPr>
      <w:r/>
      <w:r>
        <w:rPr>
          <w:b/>
        </w:rPr>
        <w:t>Instant pop-history:</w:t>
      </w:r>
      <w:r>
        <w:t xml:space="preserve"> Madonna and Kylie shared the stage during WorldPride Amsterdam, performing a fresh remix that felt celebratory and intimate.</w:t>
      </w:r>
      <w:r/>
    </w:p>
    <w:p>
      <w:pPr>
        <w:pStyle w:val="ListBullet"/>
        <w:spacing w:line="240" w:lineRule="auto"/>
        <w:ind w:left="720"/>
      </w:pPr>
      <w:r/>
      <w:r>
        <w:rPr>
          <w:b/>
        </w:rPr>
        <w:t>Electric crowd reaction:</w:t>
      </w:r>
      <w:r>
        <w:t xml:space="preserve"> Videos show a packed AFAS Live erupting , cheering, confetti and a warm embrace to close the number.</w:t>
      </w:r>
      <w:r/>
    </w:p>
    <w:p>
      <w:pPr>
        <w:pStyle w:val="ListBullet"/>
        <w:spacing w:line="240" w:lineRule="auto"/>
        <w:ind w:left="720"/>
      </w:pPr>
      <w:r/>
      <w:r>
        <w:rPr>
          <w:b/>
        </w:rPr>
        <w:t>Part of a bigger programme:</w:t>
      </w:r>
      <w:r>
        <w:t xml:space="preserve"> The duet happened inside Club Confessions powered by MISTR, an event tied to HIV-prevention messaging and queer culture.</w:t>
      </w:r>
      <w:r/>
    </w:p>
    <w:p>
      <w:pPr>
        <w:pStyle w:val="ListBullet"/>
        <w:spacing w:line="240" w:lineRule="auto"/>
        <w:ind w:left="720"/>
      </w:pPr>
      <w:r/>
      <w:r>
        <w:rPr>
          <w:b/>
        </w:rPr>
        <w:t>Festival momentum:</w:t>
      </w:r>
      <w:r>
        <w:t xml:space="preserve"> The WorldPride Music Festival lineup also included big names and even a Guinness World Record moment for most confetti released in one minute.</w:t>
      </w:r>
      <w:r/>
    </w:p>
    <w:p>
      <w:pPr>
        <w:pStyle w:val="ListBullet"/>
        <w:spacing w:line="240" w:lineRule="auto"/>
        <w:ind w:left="720"/>
      </w:pPr>
      <w:r/>
      <w:r>
        <w:rPr>
          <w:b/>
        </w:rPr>
        <w:t>Meaning beyond music:</w:t>
      </w:r>
      <w:r>
        <w:t xml:space="preserve"> Amsterdam’s WorldPride marked the city’s first time hosting and coincided with 25 years since the Netherlands legalised same-sex marriage.</w:t>
      </w:r>
      <w:r/>
      <w:r/>
    </w:p>
    <w:p>
      <w:pPr>
        <w:pStyle w:val="Heading2"/>
      </w:pPr>
      <w:r>
        <w:t>A duet nobody saw coming , and it landed with a hug</w:t>
      </w:r>
      <w:r/>
    </w:p>
    <w:p>
      <w:r/>
      <w:r>
        <w:t>Madonna opened her set with theatrical energy, declaring “Mother is here,” and the tone shifted from club night to cultural moment the second Kylie appeared. The sound was crisp, the lights hot, and the crowd’s scream was audible in every clip that circulated. It felt less like a planned collaboration and more like the fulfilment of a wish fans had been quietly nursing for years.</w:t>
      </w:r>
      <w:r/>
    </w:p>
    <w:p>
      <w:r/>
      <w:r>
        <w:t>According to reports, the pair performed a new remix of “Love Sensation,” and they finished the song in a close embrace. For many attendees the visual , two iconically queer-friendly pop stars smiling and holding each other , was as meaningful as the music itself. It was a reminder that surprise moments can become the festival memories fans recount for years.</w:t>
      </w:r>
      <w:r/>
    </w:p>
    <w:p>
      <w:pPr>
        <w:pStyle w:val="Heading2"/>
      </w:pPr>
      <w:r>
        <w:t>Club Confessions: nightlife with a purpose</w:t>
      </w:r>
      <w:r/>
    </w:p>
    <w:p>
      <w:r/>
      <w:r>
        <w:t>Club Confessions powered by MISTR framed the night as more than entertainment. The series blends dance music with conversations about sexual health and HIV prevention, with MISTR partnering to expand access to testing and care. Madonna has long spoken about her support for HIV and AIDS causes, and this appearance plugged culture into activism in a way that felt organic rather than performative.</w:t>
      </w:r>
      <w:r/>
    </w:p>
    <w:p>
      <w:r/>
      <w:r>
        <w:t>Bringing the concept to WorldPride meant the message reached one of the largest international LGBTQ+ audiences of the year. If you went expecting just a party, you left with a little more information and a reminder that nightlife can carry public-health heft without losing its sparkle.</w:t>
      </w:r>
      <w:r/>
    </w:p>
    <w:p>
      <w:pPr>
        <w:pStyle w:val="Heading2"/>
      </w:pPr>
      <w:r>
        <w:t>WorldPride’s big weekend: confetti, records and star-studded lineups</w:t>
      </w:r>
      <w:r/>
    </w:p>
    <w:p>
      <w:r/>
      <w:r>
        <w:t>The duet came on one of the festival’s busiest nights, following Amsterdam’s Canal Parade and a packed two-night WorldPride Music Festival produced by Jake Resnicow with Insomniac. The bill featured Paris Hilton, Bebe Rexha, Purple Disco Machine and Honey Dijon, and organisers even earned a Guinness World Records title for a one-minute confetti blast , which, yes, made everything look even more cinematic.</w:t>
      </w:r>
      <w:r/>
    </w:p>
    <w:p>
      <w:r/>
      <w:r>
        <w:t>Organisers framed the festival as an act of defiance and joy. In an era when queer visibility is repeatedly challenged, gathering publicly felt intentionally political: a reminder that celebration and resistance often go hand in hand. If you weren’t at AFAS Live, the clips hitting social feeds did a fine job of transmitting the noise, colour and communal thrill.</w:t>
      </w:r>
      <w:r/>
    </w:p>
    <w:p>
      <w:pPr>
        <w:pStyle w:val="Heading2"/>
      </w:pPr>
      <w:r>
        <w:t>Why this duet matters beyond fan service</w:t>
      </w:r>
      <w:r/>
    </w:p>
    <w:p>
      <w:r/>
      <w:r>
        <w:t>Madonna and Kylie have crossed paths throughout their careers, yet public performances together are rare. That rarity is part of the appeal: it transforms a single night into a cultural bookmark. For LGBTQ+ communities who’ve followed both artists for decades, seeing them together on a WorldPride stage stitched pop history to a living, breathing celebration of identity.</w:t>
      </w:r>
      <w:r/>
    </w:p>
    <w:p>
      <w:r/>
      <w:r>
        <w:t>There’s also a practical takeaway for festival bookers and promoters: surprise guest moments still carry enormous emotional weight. They boost ticket chatter, social coverage and, crucially, the sense of being part of something unrepeatable. Expect more curated surprises at future Pride festivals.</w:t>
      </w:r>
      <w:r/>
    </w:p>
    <w:p>
      <w:pPr>
        <w:pStyle w:val="Heading2"/>
      </w:pPr>
      <w:r>
        <w:t>How to choose the moments that stick at Pride events</w:t>
      </w:r>
      <w:r/>
    </w:p>
    <w:p>
      <w:r/>
      <w:r>
        <w:t>If you organise or attend Pride programming, think about balance. Pair headline music with clear messages: information tables, accessible testing options and respectful partnerships with health providers amplify impact. Keep surprises authentic , artists joining to support causes they genuinely care about land better than one-off publicity stunts.</w:t>
      </w:r>
      <w:r/>
    </w:p>
    <w:p>
      <w:r/>
      <w:r>
        <w:t>And for punters, pack earplugs and a phone with extra storage. You’ll want to dance and you’ll want the footage, but sometimes the memory of hugging your friends in that sea of confetti is worth more than a viral clip.</w:t>
      </w:r>
      <w:r/>
    </w:p>
    <w:p>
      <w:r/>
      <w:r>
        <w:t>It's a small change that can make every performance feel like part of a larger celebration.</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[3]</w:t>
        </w:r>
      </w:hyperlink>
      <w:r>
        <w:t xml:space="preserve">- Paragraph 2: </w:t>
      </w:r>
      <w:hyperlink r:id="rId10">
        <w:r>
          <w:rPr>
            <w:color w:val="0000EE"/>
            <w:u w:val="single"/>
          </w:rPr>
          <w:t>[2]</w:t>
        </w:r>
      </w:hyperlink>
      <w:r>
        <w:t xml:space="preserve">, </w:t>
      </w:r>
      <w:hyperlink r:id="rId11">
        <w:r>
          <w:rPr>
            <w:color w:val="0000EE"/>
            <w:u w:val="single"/>
          </w:rPr>
          <w:t>[3]</w:t>
        </w:r>
      </w:hyperlink>
      <w:r>
        <w:t xml:space="preserve">- Paragraph 3: </w:t>
      </w:r>
      <w:hyperlink r:id="rId12">
        <w:r>
          <w:rPr>
            <w:color w:val="0000EE"/>
            <w:u w:val="single"/>
          </w:rPr>
          <w:t>[6]</w:t>
        </w:r>
      </w:hyperlink>
      <w:r>
        <w:t xml:space="preserve">, </w:t>
      </w:r>
      <w:hyperlink r:id="rId13">
        <w:r>
          <w:rPr>
            <w:color w:val="0000EE"/>
            <w:u w:val="single"/>
          </w:rPr>
          <w:t>[5]</w:t>
        </w:r>
      </w:hyperlink>
      <w:r>
        <w:t xml:space="preserve">- Paragraph 4: </w:t>
      </w:r>
      <w:hyperlink r:id="rId12">
        <w:r>
          <w:rPr>
            <w:color w:val="0000EE"/>
            <w:u w:val="single"/>
          </w:rPr>
          <w:t>[6]</w:t>
        </w:r>
      </w:hyperlink>
      <w:r>
        <w:t xml:space="preserve">, </w:t>
      </w:r>
      <w:hyperlink r:id="rId14">
        <w:r>
          <w:rPr>
            <w:color w:val="0000EE"/>
            <w:u w:val="single"/>
          </w:rPr>
          <w:t>[4]</w:t>
        </w:r>
      </w:hyperlink>
      <w:r>
        <w:t xml:space="preserve">- Paragraph 5: </w:t>
      </w:r>
      <w:hyperlink r:id="rId13">
        <w:r>
          <w:rPr>
            <w:color w:val="0000EE"/>
            <w:u w:val="single"/>
          </w:rPr>
          <w:t>[5]</w:t>
        </w:r>
      </w:hyperlink>
      <w:r>
        <w:t xml:space="preserve">, </w:t>
      </w:r>
      <w:hyperlink r:id="rId12">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https://gayety.com/madonna-kylie-worldpride-amsterdam-duet</w:t>
        </w:r>
      </w:hyperlink>
      <w:r>
        <w:t xml:space="preserve"> - Please view link - unable to able to access data</w:t>
      </w:r>
      <w:r/>
    </w:p>
    <w:p>
      <w:pPr>
        <w:pStyle w:val="ListNumber"/>
        <w:spacing w:line="240" w:lineRule="auto"/>
        <w:ind w:left="720"/>
      </w:pPr>
      <w:r/>
      <w:hyperlink r:id="rId10">
        <w:r>
          <w:rPr>
            <w:color w:val="0000EE"/>
            <w:u w:val="single"/>
          </w:rPr>
          <w:t>https://elpais.com/cultura/2026-08-02/madonna-actua-con-kylie-minogue-en-el-world-pride-de-amsterdam.html</w:t>
        </w:r>
      </w:hyperlink>
      <w:r>
        <w:t xml:space="preserve"> - On August 1, 2026, during the World Pride celebrations in Amsterdam, Madonna surprised the audience at AFAS Live by performing alongside Australian singer Kylie Minogue. The duo delivered a 30-minute set featuring songs from Madonna's latest album, 'Confessions on a Dancefloor II', including hits like 'Sorry' and 'Hung Up'. At 67, Madonna reaffirmed her longstanding commitment to the LGBTQ+ community. The event was held amid heightened security measures following a recent attack in Berlin. (</w:t>
      </w:r>
      <w:hyperlink r:id="rId15">
        <w:r>
          <w:rPr>
            <w:color w:val="0000EE"/>
            <w:u w:val="single"/>
          </w:rPr>
          <w:t>elpais.com</w:t>
        </w:r>
      </w:hyperlink>
      <w:r>
        <w:t>)</w:t>
      </w:r>
      <w:r/>
    </w:p>
    <w:p>
      <w:pPr>
        <w:pStyle w:val="ListNumber"/>
        <w:spacing w:line="240" w:lineRule="auto"/>
        <w:ind w:left="720"/>
      </w:pPr>
      <w:r/>
      <w:hyperlink r:id="rId11">
        <w:r>
          <w:rPr>
            <w:color w:val="0000EE"/>
            <w:u w:val="single"/>
          </w:rPr>
          <w:t>https://los40.com/2026/08/03/kylie-minogue-la-colaboracion-mas-esperada-de-madonna-se-sube-a-su-escenario-del-worldpride-de-amsterdam/</w:t>
        </w:r>
      </w:hyperlink>
      <w:r>
        <w:t xml:space="preserve"> - During World Pride Amsterdam 2026, Madonna surprised the audience by bringing Kylie Minogue on stage for the second time. The event, part of Madonna's 'Club Confessions' show promoting her new album 'Confessions II', took place at AFAS Live on August 1. The two pop icons performed 'Love Sensation', generating excitement among fans who have long awaited a formal musical collaboration. They also sang 'Sorry' and 'Hung Up', creating a memorable moment for pop enthusiasts. (</w:t>
      </w:r>
      <w:hyperlink r:id="rId16">
        <w:r>
          <w:rPr>
            <w:color w:val="0000EE"/>
            <w:u w:val="single"/>
          </w:rPr>
          <w:t>los40.com</w:t>
        </w:r>
      </w:hyperlink>
      <w:r>
        <w:t>)</w:t>
      </w:r>
      <w:r/>
    </w:p>
    <w:p>
      <w:pPr>
        <w:pStyle w:val="ListNumber"/>
        <w:spacing w:line="240" w:lineRule="auto"/>
        <w:ind w:left="720"/>
      </w:pPr>
      <w:r/>
      <w:hyperlink r:id="rId14">
        <w:r>
          <w:rPr>
            <w:color w:val="0000EE"/>
            <w:u w:val="single"/>
          </w:rPr>
          <w:t>https://pride.amsterdam/en/event/unity-concert/</w:t>
        </w:r>
      </w:hyperlink>
      <w:r>
        <w:t xml:space="preserve"> - The UNITY Concert is a prominent event during WorldPride Amsterdam 2026, scheduled for August 4, 2026, at Museumplein. The concert aims to celebrate the strength and unity of the LGBTQ+ community, featuring world-class artists, local heroes, and queer performers. The lineup includes April Darby, Benji James, Berget Lewis, Beth Ditto, Billy Porter, and others. Hosted by Conchita Wurst and Envy Peru, the event emphasizes visibility and honours those who have fought for LGBTQ+ rights. (</w:t>
      </w:r>
      <w:hyperlink r:id="rId17">
        <w:r>
          <w:rPr>
            <w:color w:val="0000EE"/>
            <w:u w:val="single"/>
          </w:rPr>
          <w:t>pride.amsterdam</w:t>
        </w:r>
      </w:hyperlink>
      <w:r>
        <w:t>)</w:t>
      </w:r>
      <w:r/>
    </w:p>
    <w:p>
      <w:pPr>
        <w:pStyle w:val="ListNumber"/>
        <w:spacing w:line="240" w:lineRule="auto"/>
        <w:ind w:left="720"/>
      </w:pPr>
      <w:r/>
      <w:hyperlink r:id="rId13">
        <w:r>
          <w:rPr>
            <w:color w:val="0000EE"/>
            <w:u w:val="single"/>
          </w:rPr>
          <w:t>https://gayjustice.org/worldpride/</w:t>
        </w:r>
      </w:hyperlink>
      <w:r>
        <w:t xml:space="preserve"> - WorldPride Amsterdam 2026 is a global event promoting visibility and awareness of LGBTQIA+ issues, taking place from July 25 to August 8, 2026. This marks the first time Amsterdam hosts WorldPride, coinciding with the 25th anniversary of the Netherlands legalizing same-sex marriage. The event features a variety of activities, including street theatre, surprise acts, and cultural programming, aiming to highlight LGBTQIA+ rights and combat discrimination. (</w:t>
      </w:r>
      <w:hyperlink r:id="rId18">
        <w:r>
          <w:rPr>
            <w:color w:val="0000EE"/>
            <w:u w:val="single"/>
          </w:rPr>
          <w:t>gayjustice.org</w:t>
        </w:r>
      </w:hyperlink>
      <w:r>
        <w:t>)</w:t>
      </w:r>
      <w:r/>
    </w:p>
    <w:p>
      <w:pPr>
        <w:pStyle w:val="ListNumber"/>
        <w:spacing w:line="240" w:lineRule="auto"/>
        <w:ind w:left="720"/>
      </w:pPr>
      <w:r/>
      <w:hyperlink r:id="rId12">
        <w:r>
          <w:rPr>
            <w:color w:val="0000EE"/>
            <w:u w:val="single"/>
          </w:rPr>
          <w:t>https://www.jambase.com/festival/world-pride-music-festival-2026</w:t>
        </w:r>
      </w:hyperlink>
      <w:r>
        <w:t xml:space="preserve"> - The World Pride Music Festival 2026 is a two-day event held in Amsterdam, Netherlands, on July 31 and August 1, 2026. The festival features performances from artists such as Paris Hilton, Bebe Rexha, Purple Disco Machine, Oliver Heldens, and Honey Dijon. The event is part of the broader WorldPride Amsterdam 2026 celebrations, aiming to promote LGBTQ+ visibility and community. (</w:t>
      </w:r>
      <w:hyperlink r:id="rId19">
        <w:r>
          <w:rPr>
            <w:color w:val="0000EE"/>
            <w:u w:val="single"/>
          </w:rPr>
          <w:t>jambase.com</w:t>
        </w:r>
      </w:hyperlink>
      <w:r>
        <w:t>)</w:t>
      </w:r>
      <w:r/>
    </w:p>
    <w:p>
      <w:pPr>
        <w:pStyle w:val="ListNumber"/>
        <w:spacing w:line="240" w:lineRule="auto"/>
        <w:ind w:left="720"/>
      </w:pPr>
      <w:r/>
      <w:hyperlink r:id="rId20">
        <w:r>
          <w:rPr>
            <w:color w:val="0000EE"/>
            <w:u w:val="single"/>
          </w:rPr>
          <w:t>https://www.melkweg.nl/nl/agenda/we-are-them-02-08-2026/</w:t>
        </w:r>
      </w:hyperlink>
      <w:r>
        <w:t xml:space="preserve"> - 'We Are Them' is a global drag extravaganza held at Melkweg Amsterdam on August 2, 2026, as part of WorldPride Amsterdam 2026. The event features an international cast of drag superstars, including Alaska Thunderf***, Brooke Lynn Hytes, Envy Peru, Janey Jacké, Keta Minaj, Miz Cracker, and others. The show aims to celebrate drag culture without borders, offering an unforgettable night of performances. (</w:t>
      </w:r>
      <w:hyperlink r:id="rId21">
        <w:r>
          <w:rPr>
            <w:color w:val="0000EE"/>
            <w:u w:val="single"/>
          </w:rPr>
          <w:t>melkweg.nl</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gayety.com/madonna-kylie-worldpride-amsterdam-duet" TargetMode="External"/><Relationship Id="rId10" Type="http://schemas.openxmlformats.org/officeDocument/2006/relationships/hyperlink" Target="https://elpais.com/cultura/2026-08-02/madonna-actua-con-kylie-minogue-en-el-world-pride-de-amsterdam.html" TargetMode="External"/><Relationship Id="rId11" Type="http://schemas.openxmlformats.org/officeDocument/2006/relationships/hyperlink" Target="https://los40.com/2026/08/03/kylie-minogue-la-colaboracion-mas-esperada-de-madonna-se-sube-a-su-escenario-del-worldpride-de-amsterdam/" TargetMode="External"/><Relationship Id="rId12" Type="http://schemas.openxmlformats.org/officeDocument/2006/relationships/hyperlink" Target="https://www.jambase.com/festival/world-pride-music-festival-2026" TargetMode="External"/><Relationship Id="rId13" Type="http://schemas.openxmlformats.org/officeDocument/2006/relationships/hyperlink" Target="https://gayjustice.org/worldpride/" TargetMode="External"/><Relationship Id="rId14" Type="http://schemas.openxmlformats.org/officeDocument/2006/relationships/hyperlink" Target="https://pride.amsterdam/en/event/unity-concert/" TargetMode="External"/><Relationship Id="rId15" Type="http://schemas.openxmlformats.org/officeDocument/2006/relationships/hyperlink" Target="https://elpais.com/cultura/2026-08-02/madonna-actua-con-kylie-minogue-en-el-world-pride-de-amsterdam.html?utm_source=openai" TargetMode="External"/><Relationship Id="rId16" Type="http://schemas.openxmlformats.org/officeDocument/2006/relationships/hyperlink" Target="https://los40.com/2026/08/03/kylie-minogue-la-colaboracion-mas-esperada-de-madonna-se-sube-a-su-escenario-del-worldpride-de-amsterdam/?utm_source=openai" TargetMode="External"/><Relationship Id="rId17" Type="http://schemas.openxmlformats.org/officeDocument/2006/relationships/hyperlink" Target="https://pride.amsterdam/en/event/unity-concert/?utm_source=openai" TargetMode="External"/><Relationship Id="rId18" Type="http://schemas.openxmlformats.org/officeDocument/2006/relationships/hyperlink" Target="https://gayjustice.org/worldpride/?utm_source=openai" TargetMode="External"/><Relationship Id="rId19" Type="http://schemas.openxmlformats.org/officeDocument/2006/relationships/hyperlink" Target="https://www.jambase.com/festival/world-pride-music-festival-2026?utm_source=openai" TargetMode="External"/><Relationship Id="rId20" Type="http://schemas.openxmlformats.org/officeDocument/2006/relationships/hyperlink" Target="https://www.melkweg.nl/nl/agenda/we-are-them-02-08-2026/" TargetMode="External"/><Relationship Id="rId21" Type="http://schemas.openxmlformats.org/officeDocument/2006/relationships/hyperlink" Target="https://www.melkweg.nl/nl/agenda/we-are-them-02-08-2026/?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