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Spider-Man: Brand New Day Moments That Signal Real LGBTQ+ Inclusion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Shout out to the fans: Spider-Man: Brand New Day slipped a few cheeky gay jokes into its 145‑minute run, and they matter. Fans in cinemas noticed subtle lines, sight gags and casting choices that quietly normalise queer presence in the MCU , small beats that make a big cultural difference.</w:t>
      </w:r>
      <w:r/>
    </w:p>
    <w:p>
      <w:r/>
      <w:r>
        <w:t>Essential Takeaways</w:t>
      </w:r>
      <w:r/>
      <w:r/>
    </w:p>
    <w:p>
      <w:pPr>
        <w:pStyle w:val="ListBullet"/>
        <w:spacing w:line="240" w:lineRule="auto"/>
        <w:ind w:left="720"/>
      </w:pPr>
      <w:r/>
      <w:r>
        <w:rPr>
          <w:b/>
        </w:rPr>
        <w:t>Subtle, not satirical:</w:t>
      </w:r>
      <w:r>
        <w:t xml:space="preserve"> Dialogue about Spider‑Man’s sexuality is delivered as a light joke, not an insult.</w:t>
      </w:r>
      <w:r/>
    </w:p>
    <w:p>
      <w:pPr>
        <w:pStyle w:val="ListBullet"/>
        <w:spacing w:line="240" w:lineRule="auto"/>
        <w:ind w:left="720"/>
      </w:pPr>
      <w:r/>
      <w:r>
        <w:rPr>
          <w:b/>
        </w:rPr>
        <w:t>Character pull:</w:t>
      </w:r>
      <w:r>
        <w:t xml:space="preserve"> Yelena’s bathhouse scene brings humour and a relaxed attitude toward queer possibility.</w:t>
      </w:r>
      <w:r/>
    </w:p>
    <w:p>
      <w:pPr>
        <w:pStyle w:val="ListBullet"/>
        <w:spacing w:line="240" w:lineRule="auto"/>
        <w:ind w:left="720"/>
      </w:pPr>
      <w:r/>
      <w:r>
        <w:rPr>
          <w:b/>
        </w:rPr>
        <w:t>Visual gag:</w:t>
      </w:r>
      <w:r>
        <w:t xml:space="preserve"> A laundry‑room outfit mix‑up (crop top and “juicy” pants) reads like playful, queer‑adjacent costume humour.</w:t>
      </w:r>
      <w:r/>
    </w:p>
    <w:p>
      <w:pPr>
        <w:pStyle w:val="ListBullet"/>
        <w:spacing w:line="240" w:lineRule="auto"/>
        <w:ind w:left="720"/>
      </w:pPr>
      <w:r/>
      <w:r>
        <w:rPr>
          <w:b/>
        </w:rPr>
        <w:t>Broader context:</w:t>
      </w:r>
      <w:r>
        <w:t xml:space="preserve"> The MCU has a growing track record of queer representation, from cameos to openly gay characters.</w:t>
      </w:r>
      <w:r/>
    </w:p>
    <w:p>
      <w:pPr>
        <w:pStyle w:val="ListBullet"/>
        <w:spacing w:line="240" w:lineRule="auto"/>
        <w:ind w:left="720"/>
      </w:pPr>
      <w:r/>
      <w:r>
        <w:rPr>
          <w:b/>
        </w:rPr>
        <w:t>Viewer feel:</w:t>
      </w:r>
      <w:r>
        <w:t xml:space="preserve"> These moments feel casual and positive, leaving LGBTQ+ fans smiling rather than singled out.</w:t>
      </w:r>
      <w:r/>
      <w:r/>
    </w:p>
    <w:p>
      <w:pPr>
        <w:pStyle w:val="Heading2"/>
      </w:pPr>
      <w:r>
        <w:t>Why one throwaway line felt louder than it looked</w:t>
      </w:r>
      <w:r/>
    </w:p>
    <w:p>
      <w:r/>
      <w:r>
        <w:t>The movie drops a quick exchange in Yelena’s bathhouse that stops the audience and makes you grin; it’s a line that riffs on Peter’s masked anonymity and whether he keeps his identity on even around partners. The gag lands because it’s unexpected, but more importantly it’s not wielded as a put‑down. According to CinemaBlend, that relaxed delivery is what made queer viewers cheer quietly , it treats queerness as part of the world, not a punchline.</w:t>
      </w:r>
      <w:r/>
    </w:p>
    <w:p>
      <w:pPr>
        <w:pStyle w:val="Heading2"/>
      </w:pPr>
      <w:r>
        <w:t>Yelena: comic timing and an easy‑going queer awareness</w:t>
      </w:r>
      <w:r/>
    </w:p>
    <w:p>
      <w:r/>
      <w:r>
        <w:t>Florence Pugh’s Yelena continues to be a scene‑stealer, and this film uses her humour to normalise an offhand suggestion that Spider‑Man might be gay. Fans have praised how she pokes fun without nastiness; it’s the kind of humour that says, “Yep, anyone could be any orientation” and then moves on. That approach feels fresher than exaggerated, gag‑centric attempts at representation.</w:t>
      </w:r>
      <w:r/>
    </w:p>
    <w:p>
      <w:pPr>
        <w:pStyle w:val="Heading2"/>
      </w:pPr>
      <w:r>
        <w:t>Costume comedy that does more than make you laugh</w:t>
      </w:r>
      <w:r/>
    </w:p>
    <w:p>
      <w:r/>
      <w:r>
        <w:t>There’s a moment when Peter, embarrassed after a fall, raids the laundry room and grabs a crop top and pants with “juicy” on the back. It’s a visual gag, but placed right after the bathhouse exchange it reads as more than wardrobe slapstick , it subtly teases fluidity and performance. The joke lands because it’s affectionate and silly, not mocking.</w:t>
      </w:r>
      <w:r/>
    </w:p>
    <w:p>
      <w:pPr>
        <w:pStyle w:val="Heading2"/>
      </w:pPr>
      <w:r>
        <w:t>This fits into a slow but steady MCU trend</w:t>
      </w:r>
      <w:r/>
    </w:p>
    <w:p>
      <w:r/>
      <w:r>
        <w:t>The Marvel universe has been adding queer beats for a while, from cameos to overt characters with queer family setups. CinemaBlend and other outlets point to multiple examples across recent entries. These Brand New Day moments aren’t the headline representation many activists want, but they’re part of an accumulation: casual, on‑screen inclusions that normalise LGBTQ+ people rather than spotlighting them as “other.”</w:t>
      </w:r>
      <w:r/>
    </w:p>
    <w:p>
      <w:pPr>
        <w:pStyle w:val="Heading2"/>
      </w:pPr>
      <w:r>
        <w:t>How to read these moments as a viewer or buyer of pop culture</w:t>
      </w:r>
      <w:r/>
    </w:p>
    <w:p>
      <w:r/>
      <w:r>
        <w:t>If you’re watching for representation, look for tone, not just presence. Small, natural lines that aren’t framed as jokes at someone’s expense are a good sign. For parents or viewers wondering whether the film respects queer people, these beats are reassuring: they’re playful, not derogatory. And if you’re buying merch or hosting a watch party, these are the moments that spark conversation and make the film feel more inclusive.</w:t>
      </w:r>
      <w:r/>
    </w:p>
    <w:p>
      <w:r/>
      <w:r>
        <w:t>It's a small change that can make every scene feel a bit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https://www.cinemablend.com/movies/spider-man-brand-new-days-gay-jokes-off-guard-i-love-that-yelena</w:t>
        </w:r>
      </w:hyperlink>
      <w:r>
        <w:t xml:space="preserve"> - Please view link - unable to able to access data</w:t>
      </w:r>
      <w:r/>
    </w:p>
    <w:p>
      <w:pPr>
        <w:pStyle w:val="ListNumber"/>
        <w:spacing w:line="240" w:lineRule="auto"/>
        <w:ind w:left="720"/>
      </w:pPr>
      <w:r/>
      <w:hyperlink r:id="rId9">
        <w:r>
          <w:rPr>
            <w:color w:val="0000EE"/>
            <w:u w:val="single"/>
          </w:rPr>
          <w:t>https://www.cinemablend.com/movies/spider-man-brand-new-days-gay-jokes-off-guard-i-love-that-yelena</w:t>
        </w:r>
      </w:hyperlink>
      <w:r>
        <w:t xml:space="preserve"> - In 'Spider-Man: Brand New Day', the film introduces subtle LGBTQ+ humour, notably through Yelena's playful remarks to Peter Parker about his anonymity and potential romantic interests. This inclusion is praised for its lightheartedness and positive representation, avoiding mockery of queer individuals. The article highlights Yelena's role in bringing humour to the MCU's post-Endgame phases, referencing her appearances in 'Hawkeye' and 'Thunderbolts'. As a queer Marvel fan, the author appreciates the film's approach to LGBTQ+ themes, noting that Peter's response to Yelena's comments is refreshingly unoffended, marking a significant shift in media portrayals of queerness.</w:t>
      </w:r>
      <w:r/>
    </w:p>
    <w:p>
      <w:pPr>
        <w:pStyle w:val="ListNumber"/>
        <w:spacing w:line="240" w:lineRule="auto"/>
        <w:ind w:left="720"/>
      </w:pPr>
      <w:r/>
      <w:hyperlink r:id="rId11">
        <w:r>
          <w:rPr>
            <w:color w:val="0000EE"/>
            <w:u w:val="single"/>
          </w:rPr>
          <w:t>https://www.gamesradar.com/entertainment/marvel-movies/spider-man-brand-new-day-review/</w:t>
        </w:r>
      </w:hyperlink>
      <w:r>
        <w:t xml:space="preserve"> - GamesRadar's review of 'Spider-Man: Brand New Day' praises the film as Marvel Studios' most compelling standalone outing since 'Avengers: Endgame'. Directed by Destin Daniel Cretton, the movie offers a grounded, emotionally resonant narrative that returns Peter Parker to his roots. Set four years after 'No Way Home', the film explores Peter's solitude after the world forgets who he is, including loved ones MJ and Ned. The story seamlessly blends street-level crime fighting with broader MCU elements, bolstered by appearances from Jon Bernthal’s Punisher and Mark Ruffalo’s Hulk. The review highlights the film's strong character focus, unique direction, and visceral web-slinging sequences, making it a standout Marvel entry with enduring impact. The film hits UK theaters on July 29 and the US on July 31, 2026.</w:t>
      </w:r>
      <w:r/>
    </w:p>
    <w:p>
      <w:pPr>
        <w:pStyle w:val="ListNumber"/>
        <w:spacing w:line="240" w:lineRule="auto"/>
        <w:ind w:left="720"/>
      </w:pPr>
      <w:r/>
      <w:hyperlink r:id="rId13">
        <w:r>
          <w:rPr>
            <w:color w:val="0000EE"/>
            <w:u w:val="single"/>
          </w:rPr>
          <w:t>https://www.techradar.com/streaming/entertainment/spider-man-brand-new-day-review</w:t>
        </w:r>
      </w:hyperlink>
      <w:r>
        <w:t xml:space="preserve"> - TechRadar's review of 'Spider-Man: Brand New Day' explores the film’s attempt to refresh the Spider-Man narrative following the events of 'No Way Home'. With Tom Holland reprising his role, the movie shows Peter Parker four years post-spell, living in self-imposed isolation while contending with enhanced powers and a mysterious new threat. Directed by Destin Daniel Cretton, it earns praise for its imaginative, action-heavy sequences, especially Spider-Man's battles with The Hand and Hulk. Despite these highlights, the reviewer feels the emotional weight of Peter's loneliness and the film’s broader themes are underdeveloped. While Sadie Sink delivers a standout performance and her dynamic with Holland is compelling, the narrative shifts too much focus to setting up future storylines, diluting Spider-Man’s central role. The inclusion of other hero cameos, like Jon Bernthal’s Punisher, adds flavor but also contributes to an overcrowded roster. The film is described as fun and familiar, yet it ultimately struggles to be the fresh start promised by its title, leaning too heavily on legacy characters and MCU connectivity instead of forging a truly new path for Spider-Man.</w:t>
      </w:r>
      <w:r/>
    </w:p>
    <w:p>
      <w:pPr>
        <w:pStyle w:val="ListNumber"/>
        <w:spacing w:line="240" w:lineRule="auto"/>
        <w:ind w:left="720"/>
      </w:pPr>
      <w:r/>
      <w:hyperlink r:id="rId12">
        <w:r>
          <w:rPr>
            <w:color w:val="0000EE"/>
            <w:u w:val="single"/>
          </w:rPr>
          <w:t>https://www.thedailybeast.com/obsessed/spider-man-brand-new-day-the-superheros-latest-is-his-best-mcu-adventure-yet/</w:t>
        </w:r>
      </w:hyperlink>
      <w:r>
        <w:t xml:space="preserve"> - The Daily Beast's review of 'Spider-Man: Brand New Day' hails it as the best Spider-Man movie to date, rivaled only by 2004’s 'Spider-Man 2'. Directed by Destin Daniel Cretton, the fourth installment in the current series stars Tom Holland and follows Peter Parker after the events of 'No Way Home', now living anonymously and patrolling New York solo. The film mixes dynamic action with deep character-driven drama, exploring Peter’s loneliness, psychological struggles, and physical transformations due to his powers. He teams up with NYPD detective Jean DeWolff and clashes with Jon Bernthal’s The Punisher, whose aggressive methods starkly contrast Peter’s heroic principles. The film introduces new secrets, including pivotal roles for characters played by Sadie Sink and Mark Ruffalo's Bruce Banner, contributing to a darker, more mature narrative. Written by Chris McKenna and Erik Sommers, the movie captures both the comic book energy and emotional core of Spider-Man, reflecting on grief, identity, and the pain of lost relationships. Stylistically, it evokes classic comics while advancing Spider-Man’s cinematic journey. Despite laying groundwork for the MCU’s future, 'Brand New Day' stands firmly on its own, signaling a promising direction for Marvel’s web-slinger.</w:t>
      </w:r>
      <w:r/>
    </w:p>
    <w:p>
      <w:pPr>
        <w:pStyle w:val="ListNumber"/>
        <w:spacing w:line="240" w:lineRule="auto"/>
        <w:ind w:left="720"/>
      </w:pPr>
      <w:r/>
      <w:hyperlink r:id="rId10">
        <w:r>
          <w:rPr>
            <w:color w:val="0000EE"/>
            <w:u w:val="single"/>
          </w:rPr>
          <w:t>https://www.cinemablend.com/movies/sadie-sink-messing-around-one-word-scrunchie-best-spider-man-brand-new-day-moment</w:t>
        </w:r>
      </w:hyperlink>
      <w:r>
        <w:t xml:space="preserve"> - In advance of the highly anticipated release of 'Spider-Man: Brand New Day', Sadie Sink teased a single word—'scrunchie'—in an interview, claiming viewers would only understand it after watching the film. Many assumed this was just another misdirect, as Sink had been notoriously cryptic throughout the movie’s promotional campaign. However, the word turned out to be emotionally pivotal. In the film, Sink portrays Jean Grey, who is devastated after her sister Sara is taken and presumed dead. The moment Jean discovers her sister’s scrunchie in a secure room—signaling Sara’s fate and connecting to the mysterious clue 'v-max'—is a gut-wrenching turning point that shifts Jean’s motives and cements her as a sympathetic antagonist. The article praises Sink’s subtle spoiler and the emotional impact it had, drawing parallels to the secrecy and twists in previous Spider-Man films. 'Scrunchie' thus becomes a symbol of loss, sisterhood, and the emotional depth within the story.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inemablend.com/movies/spider-man-brand-new-days-gay-jokes-off-guard-i-love-that-yelena" TargetMode="External"/><Relationship Id="rId10" Type="http://schemas.openxmlformats.org/officeDocument/2006/relationships/hyperlink" Target="https://www.cinemablend.com/movies/sadie-sink-messing-around-one-word-scrunchie-best-spider-man-brand-new-day-moment" TargetMode="External"/><Relationship Id="rId11" Type="http://schemas.openxmlformats.org/officeDocument/2006/relationships/hyperlink" Target="https://www.gamesradar.com/entertainment/marvel-movies/spider-man-brand-new-day-review/" TargetMode="External"/><Relationship Id="rId12" Type="http://schemas.openxmlformats.org/officeDocument/2006/relationships/hyperlink" Target="https://www.thedailybeast.com/obsessed/spider-man-brand-new-day-the-superheros-latest-is-his-best-mcu-adventure-yet/" TargetMode="External"/><Relationship Id="rId13" Type="http://schemas.openxmlformats.org/officeDocument/2006/relationships/hyperlink" Target="https://www.techradar.com/streaming/entertainment/spider-man-brand-new-day-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