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Memoirs to Read Now: Patricia Grayhall’s Making the Rounds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turning to intimate memoirs that map queer lives; Patricia Grayhall’s Making the Rounds offers a vivid, salt‑air memoir of love, secrecy and survival in 1960s–70s America, and why it still matters as rights and recognition wobble today.</w:t>
      </w:r>
      <w:r/>
    </w:p>
    <w:p>
      <w:r/>
      <w:r>
        <w:t>Essential Takeaways</w:t>
      </w:r>
      <w:r/>
      <w:r/>
    </w:p>
    <w:p>
      <w:pPr>
        <w:pStyle w:val="ListBullet"/>
        <w:spacing w:line="240" w:lineRule="auto"/>
        <w:ind w:left="720"/>
      </w:pPr>
      <w:r/>
      <w:r>
        <w:rPr>
          <w:b/>
        </w:rPr>
        <w:t>Author background:</w:t>
      </w:r>
      <w:r>
        <w:t xml:space="preserve"> Patricia Grayhall is a memoirist and novelist who lived and worked as a medical professional in Salt Lake City during the late 1960s and 1970s.</w:t>
      </w:r>
      <w:r/>
    </w:p>
    <w:p>
      <w:pPr>
        <w:pStyle w:val="ListBullet"/>
        <w:spacing w:line="240" w:lineRule="auto"/>
        <w:ind w:left="720"/>
      </w:pPr>
      <w:r/>
      <w:r>
        <w:rPr>
          <w:b/>
        </w:rPr>
        <w:t>Tone and sensory detail:</w:t>
      </w:r>
      <w:r>
        <w:t xml:space="preserve"> The book mixes medical corridors and personal longing, with scenes that feel immediate and tactile , think clinical corridors, smoky bars, and quiet Vancouver Island reflections.</w:t>
      </w:r>
      <w:r/>
    </w:p>
    <w:p>
      <w:pPr>
        <w:pStyle w:val="ListBullet"/>
        <w:spacing w:line="240" w:lineRule="auto"/>
        <w:ind w:left="720"/>
      </w:pPr>
      <w:r/>
      <w:r>
        <w:rPr>
          <w:b/>
        </w:rPr>
        <w:t>Themes:</w:t>
      </w:r>
      <w:r>
        <w:t xml:space="preserve"> Secrecy, resilience and the cost of hiding one’s identity; also sexual experimentation and the search for lasting relationships.</w:t>
      </w:r>
      <w:r/>
    </w:p>
    <w:p>
      <w:pPr>
        <w:pStyle w:val="ListBullet"/>
        <w:spacing w:line="240" w:lineRule="auto"/>
        <w:ind w:left="720"/>
      </w:pPr>
      <w:r/>
      <w:r>
        <w:rPr>
          <w:b/>
        </w:rPr>
        <w:t>Readability:</w:t>
      </w:r>
      <w:r>
        <w:t xml:space="preserve"> Short, candid chapters born from journals and recollections, with an audiobook edition available for listeners.</w:t>
      </w:r>
      <w:r/>
    </w:p>
    <w:p>
      <w:pPr>
        <w:pStyle w:val="ListBullet"/>
        <w:spacing w:line="240" w:lineRule="auto"/>
        <w:ind w:left="720"/>
      </w:pPr>
      <w:r/>
      <w:r>
        <w:rPr>
          <w:b/>
        </w:rPr>
        <w:t>Why it matters:</w:t>
      </w:r>
      <w:r>
        <w:t xml:space="preserve"> Grayhall wrote the memoir partly in response to contemporary political backlashes, aiming to offer solace and a blueprint for resistance.</w:t>
      </w:r>
      <w:r/>
      <w:r/>
    </w:p>
    <w:p>
      <w:pPr>
        <w:pStyle w:val="Heading2"/>
      </w:pPr>
      <w:r>
        <w:t>A raw portrait of queerness in an unforgiving era</w:t>
      </w:r>
      <w:r/>
    </w:p>
    <w:p>
      <w:r/>
      <w:r>
        <w:t>Grayhall opens the memoir in the hush of hospital corridors where being visibly lesbian could cost you your career. That contrast , clinical precision versus private risk , gives the book a quietly tense rhythm. According to the author’s notes, she had to conceal her identity to survive in medicine, and that coded life colours many scenes. Readers get a sense of what it felt like to be constantly performing normality, which makes the moments of intimacy and freedom all the more powerful.</w:t>
      </w:r>
      <w:r/>
    </w:p>
    <w:p>
      <w:pPr>
        <w:pStyle w:val="Heading2"/>
      </w:pPr>
      <w:r>
        <w:t>Why she wrote it: memory, journals and a political jolt</w:t>
      </w:r>
      <w:r/>
    </w:p>
    <w:p>
      <w:r/>
      <w:r>
        <w:t>The genesis of Making the Rounds came when Grayhall was downsizing and rediscovered old journals, she says, and then felt compelled to respond to present threats to LGBTQ+ rights. This memoir doubles as a personal archive and a political statement, and she frames it as a way to give courage to readers facing a renewed backlash. It’s both a private reckoning and a public call-to-arms, so you read it with one eye on the past and the other on today’s headlines.</w:t>
      </w:r>
      <w:r/>
    </w:p>
    <w:p>
      <w:pPr>
        <w:pStyle w:val="Heading2"/>
      </w:pPr>
      <w:r>
        <w:t>Love, secrecy and the mechanics of survival</w:t>
      </w:r>
      <w:r/>
    </w:p>
    <w:p>
      <w:r/>
      <w:r>
        <w:t>Finding love in the book looks nothing like a rom‑com date scene; it’s a complex dance of hints and hard‑won trust. Grayhall describes the extra labour lesbians had to invest to maintain relationships when visibility could mean exile. That tension is central: everyday choices , whom to tell, when to retreat , become charged and consequential. For anyone trying to understand how queer partnerships were sustained in hostile times, the memoir offers granular, often tender insight.</w:t>
      </w:r>
      <w:r/>
    </w:p>
    <w:p>
      <w:pPr>
        <w:pStyle w:val="Heading2"/>
      </w:pPr>
      <w:r>
        <w:t>Style and structure: memoir grounded in clinical detail</w:t>
      </w:r>
      <w:r/>
    </w:p>
    <w:p>
      <w:r/>
      <w:r>
        <w:t>Expect a voice that shifts between affectionate nostalgia and sharp, forensic recall. Grayhall moved from being a “pantser” to a “plotter” in her wider writing life, and Making the Rounds benefits from both impulses: lively episodic stories framed by deliberate structure. If you enjoy audiobooks, there’s an audio edition too, which suits the book’s conversational cadence and immediate scenes. That variety makes the memoir an easy pick for book groups or solo reading.</w:t>
      </w:r>
      <w:r/>
    </w:p>
    <w:p>
      <w:pPr>
        <w:pStyle w:val="Heading2"/>
      </w:pPr>
      <w:r>
        <w:t>Practical reading tips and who will love this book</w:t>
      </w:r>
      <w:r/>
    </w:p>
    <w:p>
      <w:r/>
      <w:r>
        <w:t>If you want historical context, pair Making the Rounds with recent polling that shows a dramatic rise in Gen Z identifying as LGBTQ; it helps you see how different generations inhabit identity. The memoir is a good match for readers of sapphic memoir and women’s life writing, and anyone curious about medicine’s social history. For book clubs, focus discussion on secrecy, the ethics of disclosure, and how political climates shape personal lives.</w:t>
      </w:r>
      <w:r/>
    </w:p>
    <w:p>
      <w:r/>
      <w:r>
        <w:t>It's a small, brave book that reminds us why stories of resilience still matter.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https://iheartsapphfic.com/2026/08/03/author-interview-patricia-grayhall-chats-about-making-the-rounds-2/</w:t>
        </w:r>
      </w:hyperlink>
      <w:r>
        <w:t xml:space="preserve"> - Please view link - unable to able to access data</w:t>
      </w:r>
      <w:r/>
    </w:p>
    <w:p>
      <w:pPr>
        <w:pStyle w:val="ListNumber"/>
        <w:spacing w:line="240" w:lineRule="auto"/>
        <w:ind w:left="720"/>
      </w:pPr>
      <w:r/>
      <w:hyperlink r:id="rId10">
        <w:r>
          <w:rPr>
            <w:color w:val="0000EE"/>
            <w:u w:val="single"/>
          </w:rPr>
          <w:t>https://www.patriciagrayhall.com/making-the-rounds</w:t>
        </w:r>
      </w:hyperlink>
      <w:r>
        <w:t xml:space="preserve"> - Patricia Grayhall's official website provides comprehensive information about her memoir, 'Making the Rounds: Defying Norms in Love and Medicine.' The site includes details about the book's themes, accolades, and where to purchase it. The memoir chronicles Grayhall's journey as a lesbian medical student in the 1960s and 1970s, highlighting the challenges she faced in a male-dominated profession and a largely homophobic society. The book has received critical acclaim, including a starred review from Kirkus Reviews and recognition as one of Kirkus' Best 100 Indie Books of 2022. It has also won multiple awards, such as the 2024 National Indie Excellence Award for LGBTQIA Non-fiction and Memoir, and the 2023 Best Indie Book Award for LGBTQ Memoir. The website also features praise from notable figures like Katherine V. Forrest, author of 'Curious Wine,' and Robin Tyler, producer and activist. Additionally, the site offers information on where to buy the book, including Simon &amp; Schuster, Amazon, Barnes &amp; Noble, Bookshop.Org, Chirp, and Google Play.</w:t>
      </w:r>
      <w:r/>
    </w:p>
    <w:p>
      <w:pPr>
        <w:pStyle w:val="ListNumber"/>
        <w:spacing w:line="240" w:lineRule="auto"/>
        <w:ind w:left="720"/>
      </w:pPr>
      <w:r/>
      <w:hyperlink r:id="rId12">
        <w:r>
          <w:rPr>
            <w:color w:val="0000EE"/>
            <w:u w:val="single"/>
          </w:rPr>
          <w:t>https://tunein.com/podcasts/Biography--Autobiography/Making-the-Rounds-p3668694/</w:t>
        </w:r>
      </w:hyperlink>
      <w:r>
        <w:t xml:space="preserve"> - This is the audiobook version of Patricia Grayhall's memoir, 'Making the Rounds,' available on TuneIn. The audiobook is narrated by Alex Picard and has a duration of 9 hours and 29 minutes. It provides an in-depth look into Grayhall's experiences as a lesbian medical student in the late 1960s and early 1970s, offering insights into the challenges she faced in a male-dominated profession and a largely homophobic society. The memoir has been praised for its inspiring and heartfelt narrative, with the Seattle Book Review describing it as 'an uplifting journey of coming out that reads like a fast-paced medical drama.'</w:t>
      </w:r>
      <w:r/>
    </w:p>
    <w:p>
      <w:pPr>
        <w:pStyle w:val="ListNumber"/>
        <w:spacing w:line="240" w:lineRule="auto"/>
        <w:ind w:left="720"/>
      </w:pPr>
      <w:r/>
      <w:hyperlink r:id="rId11">
        <w:r>
          <w:rPr>
            <w:color w:val="0000EE"/>
            <w:u w:val="single"/>
          </w:rPr>
          <w:t>https://www.audible.com/es_US/pd/Making-the-Rounds-Audiolibro/B0BHTTZKP9</w:t>
        </w:r>
      </w:hyperlink>
      <w:r>
        <w:t xml:space="preserve"> - This is the Spanish-language audiobook version of Patricia Grayhall's memoir, 'Making the Rounds,' available on Audible. The audiobook is narrated by Alex Picard and offers listeners a chance to experience Grayhall's journey as a lesbian medical student in the 1960s and 1970s. The memoir has been praised for its inspiring and heartfelt narrative, with the Seattle Book Review describing it as 'an uplifting journey of coming out that reads like a fast-paced medical drama.'</w:t>
      </w:r>
      <w:r/>
    </w:p>
    <w:p>
      <w:pPr>
        <w:pStyle w:val="ListNumber"/>
        <w:spacing w:line="240" w:lineRule="auto"/>
        <w:ind w:left="720"/>
      </w:pPr>
      <w:r/>
      <w:hyperlink r:id="rId13">
        <w:r>
          <w:rPr>
            <w:color w:val="0000EE"/>
            <w:u w:val="single"/>
          </w:rPr>
          <w:t>https://www.goodreads.com/giveaway/show/429302-framed-a-thriller</w:t>
        </w:r>
      </w:hyperlink>
      <w:r>
        <w:t xml:space="preserve"> - This Goodreads giveaway page offers readers a chance to win a copy of Patricia Grayhall's upcoming thriller, 'Framed: A Thriller.' The giveaway ran from December 21 to January 15, 2026, with five copies available and 3,911 people requesting. The page provides information about Patricia Grayhall, including her background as a retired medical doctor and her previous works, such as the memoir 'Making the Rounds: Defying Norms in Love and Medicine,' which garnered a starred review in Kirkus Reviews and was among Kirkus' Best 100 Indie Books of 2022. The page also highlights Grayhall's other awards and recognitions, including the 2024 National Indie Excellence Award for LGBTQIA Non-fiction and Memoir, and the 2023 Best Indie Book Award for LGBTQ Memoir.</w:t>
      </w:r>
      <w:r/>
    </w:p>
    <w:p>
      <w:pPr>
        <w:pStyle w:val="ListNumber"/>
        <w:spacing w:line="240" w:lineRule="auto"/>
        <w:ind w:left="720"/>
      </w:pPr>
      <w:r/>
      <w:hyperlink r:id="rId14">
        <w:r>
          <w:rPr>
            <w:color w:val="0000EE"/>
            <w:u w:val="single"/>
          </w:rPr>
          <w:t>https://books.google.com/books/about/Framed.html?id=vPi40QEACAAJ</w:t>
        </w:r>
      </w:hyperlink>
      <w:r>
        <w:t xml:space="preserve"> - This Google Books page provides information about Patricia Grayhall's upcoming thriller, 'Framed: A Thriller.' The book is scheduled for release in 2026 and is published by Rain City Press. The page includes bibliographic information, such as the publisher, ISBN, and length of the book. It also provides a brief description of the book, highlighting its genre as LGBTQ+ fiction and thrillers/suspense. The page notes that Grayhall is a retired physician turned acclaimed author, whose memoir 'Making the Rounds: Defying Norms in Love and Medicine' earned a starred Kirkus Review and recognition as one of Kirkus Reviews' Best 100 Indie Books of 2022.</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heartsapphfic.com/2026/08/03/author-interview-patricia-grayhall-chats-about-making-the-rounds-2/" TargetMode="External"/><Relationship Id="rId10" Type="http://schemas.openxmlformats.org/officeDocument/2006/relationships/hyperlink" Target="https://www.patriciagrayhall.com/making-the-rounds" TargetMode="External"/><Relationship Id="rId11" Type="http://schemas.openxmlformats.org/officeDocument/2006/relationships/hyperlink" Target="https://www.audible.com/es_US/pd/Making-the-Rounds-Audiolibro/B0BHTTZKP9" TargetMode="External"/><Relationship Id="rId12" Type="http://schemas.openxmlformats.org/officeDocument/2006/relationships/hyperlink" Target="https://tunein.com/podcasts/Biography--Autobiography/Making-the-Rounds-p3668694/" TargetMode="External"/><Relationship Id="rId13" Type="http://schemas.openxmlformats.org/officeDocument/2006/relationships/hyperlink" Target="https://www.goodreads.com/giveaway/show/429302-framed-a-thriller" TargetMode="External"/><Relationship Id="rId14" Type="http://schemas.openxmlformats.org/officeDocument/2006/relationships/hyperlink" Target="https://books.google.com/books/about/Framed.html?id=vPi40QEACAA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