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RuPaul Brighton Pride DJ Set: What We Loved and What Happened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festival-goers were treated to a high-energy hour when RuPaul made a debut DJ appearance at Brighton and Hove Pride’s Pride on the Park stage, delivering a string of dance anthems, crowd-pleasing moments and a healthy dose of runway charisma that reminded everyone why Pride is as much about joy as it is about protest.</w:t>
      </w:r>
      <w:r/>
    </w:p>
    <w:p>
      <w:r/>
      <w:r>
        <w:t>Essential Takeaways</w:t>
      </w:r>
      <w:r/>
      <w:r/>
    </w:p>
    <w:p>
      <w:pPr>
        <w:pStyle w:val="ListBullet"/>
        <w:spacing w:line="240" w:lineRule="auto"/>
        <w:ind w:left="720"/>
      </w:pPr>
      <w:r/>
      <w:r>
        <w:rPr>
          <w:b/>
        </w:rPr>
        <w:t>High-energy opening:</w:t>
      </w:r>
      <w:r>
        <w:t xml:space="preserve"> RuPaul kicked off with "Cover Girl" and kept a steady stream of well-known dance tracks that had the crowd singing along. </w:t>
      </w:r>
      <w:r/>
    </w:p>
    <w:p>
      <w:pPr>
        <w:pStyle w:val="ListBullet"/>
        <w:spacing w:line="240" w:lineRule="auto"/>
        <w:ind w:left="720"/>
      </w:pPr>
      <w:r/>
      <w:r>
        <w:rPr>
          <w:b/>
        </w:rPr>
        <w:t>Familiar anthems:</w:t>
      </w:r>
      <w:r>
        <w:t xml:space="preserve"> Songs ranged from Whitney Houston remixes to contemporary club hits, creating a nostalgic, party feel. </w:t>
      </w:r>
      <w:r/>
    </w:p>
    <w:p>
      <w:pPr>
        <w:pStyle w:val="ListBullet"/>
        <w:spacing w:line="240" w:lineRule="auto"/>
        <w:ind w:left="720"/>
      </w:pPr>
      <w:r/>
      <w:r>
        <w:rPr>
          <w:b/>
        </w:rPr>
        <w:t>Stage presence:</w:t>
      </w:r>
      <w:r>
        <w:t xml:space="preserve"> RuPaul moved beyond the decks, dancing and strutting across the stage with runway flair. </w:t>
      </w:r>
      <w:r/>
    </w:p>
    <w:p>
      <w:pPr>
        <w:pStyle w:val="ListBullet"/>
        <w:spacing w:line="240" w:lineRule="auto"/>
        <w:ind w:left="720"/>
      </w:pPr>
      <w:r/>
      <w:r>
        <w:rPr>
          <w:b/>
        </w:rPr>
        <w:t>Brief speech moments:</w:t>
      </w:r>
      <w:r>
        <w:t xml:space="preserve"> Only a few recognisable lines were spoken, including the signature self-love mantra. </w:t>
      </w:r>
      <w:r/>
    </w:p>
    <w:p>
      <w:pPr>
        <w:pStyle w:val="ListBullet"/>
        <w:spacing w:line="240" w:lineRule="auto"/>
        <w:ind w:left="720"/>
      </w:pPr>
      <w:r/>
      <w:r>
        <w:rPr>
          <w:b/>
        </w:rPr>
        <w:t>Festive atmosphere:</w:t>
      </w:r>
      <w:r>
        <w:t xml:space="preserve"> The set was exuberant, camp and exactly the kind of celebratory moment Pride crowds come for.</w:t>
      </w:r>
      <w:r/>
      <w:r/>
    </w:p>
    <w:p>
      <w:pPr>
        <w:pStyle w:val="Heading2"/>
      </w:pPr>
      <w:r>
        <w:t>A crowd-pleaser that opened with a wink</w:t>
      </w:r>
      <w:r/>
    </w:p>
    <w:p>
      <w:r/>
      <w:r>
        <w:t>RuPaul chose a recognisable note to begin , their own "Cover Girl" , and that opening set the tone: upbeat, familiar and instantly singable. The mix of classics and club-ready tracks made the first wave of the set feel like a friends’ playlist turned festival-sized. According to local coverage, the selection got people moving and singing along, which is precisely what you want when a headline act is there to stoke the party mood.</w:t>
      </w:r>
      <w:r/>
    </w:p>
    <w:p>
      <w:pPr>
        <w:pStyle w:val="Heading2"/>
      </w:pPr>
      <w:r>
        <w:t>Mixing versus performance: what the crowd saw</w:t>
      </w:r>
      <w:r/>
    </w:p>
    <w:p>
      <w:r/>
      <w:r>
        <w:t>There was some debate about how much live mixing was happening behind the decks, but frankly, the energy mattered more than technical wizardry. Reports described RuPaul moving out from behind the equipment to show off dance moves and poses, which is an old showbiz trick , performers can lean on charisma when the setlist is strong. For festival-goers, the visual of the star strutting across the stage added theatre to the tunes.</w:t>
      </w:r>
      <w:r/>
    </w:p>
    <w:p>
      <w:pPr>
        <w:pStyle w:val="Heading2"/>
      </w:pPr>
      <w:r>
        <w:t>A handful of words, a lot of feeling</w:t>
      </w:r>
      <w:r/>
    </w:p>
    <w:p>
      <w:r/>
      <w:r>
        <w:t>RuPaul kept spoken moments minimal, but made them count. The trademark line about self-love landed as a gentle reminder amid the revelry, and that balance , song-driven celebration punctuated by a touch of message , felt in keeping with Pride’s mix of performance and politics. It’s a useful template if you’re planning a short, impactful appearance at a busy festival: say less, but mean it.</w:t>
      </w:r>
      <w:r/>
    </w:p>
    <w:p>
      <w:pPr>
        <w:pStyle w:val="Heading2"/>
      </w:pPr>
      <w:r>
        <w:t>The setlist: nostalgic, camp and built to sing along</w:t>
      </w:r>
      <w:r/>
    </w:p>
    <w:p>
      <w:r/>
      <w:r>
        <w:t>From soulful remixes to modern dance cuts, the choices leaned on recognisability. The finale , a remix of a Whitney Houston anthem , closed the hour on an emotional, communal note, the kind of moment that sends crowds off smiling. If you’re choosing festival tracks for maximum sing-along bang, prioritise hooks everyone knows and a finale that gives people a clear cue to cheer.</w:t>
      </w:r>
      <w:r/>
    </w:p>
    <w:p>
      <w:pPr>
        <w:pStyle w:val="Heading2"/>
      </w:pPr>
      <w:r>
        <w:t>Why this mattered for Brighton Pride</w:t>
      </w:r>
      <w:r/>
    </w:p>
    <w:p>
      <w:r/>
      <w:r>
        <w:t>Brighton and Hove Pride is as much a local ritual as a major event, and having an international drag icon take the icons slot felt symbolic. It brought mainstream attention while keeping the atmosphere celebratory and inclusive. For organisers and attendees alike, acts that deliver both showmanship and an accessible playlist help Pride remain both a safe space and a big-town party.</w:t>
      </w:r>
      <w:r/>
    </w:p>
    <w:p>
      <w:r/>
      <w:r>
        <w:t>It's a small, joyful reminder that at Pride the music and the message can go hand in hand.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1">
        <w:r>
          <w:rPr>
            <w:color w:val="0000EE"/>
            <w:u w:val="single"/>
          </w:rPr>
          <w:t>[7]</w:t>
        </w:r>
      </w:hyperlink>
      <w:r>
        <w:t xml:space="preserve">- Paragraph 3: </w:t>
      </w:r>
      <w:hyperlink r:id="rId9">
        <w:r>
          <w:rPr>
            <w:color w:val="0000EE"/>
            <w:u w:val="single"/>
          </w:rPr>
          <w:t>[1]</w:t>
        </w:r>
      </w:hyperlink>
      <w:r>
        <w:t xml:space="preserve">, </w:t>
      </w:r>
      <w:hyperlink r:id="rId11">
        <w:r>
          <w:rPr>
            <w:color w:val="0000EE"/>
            <w:u w:val="single"/>
          </w:rPr>
          <w:t>[7]</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13">
        <w:r>
          <w:rPr>
            <w:color w:val="0000EE"/>
            <w:u w:val="single"/>
          </w:rPr>
          <w:t>[6]</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https://www.theargus.co.uk/news/26429135.review-rupauls-dj-set-brighton-pride-park/?ref=rss</w:t>
        </w:r>
      </w:hyperlink>
      <w:r>
        <w:t xml:space="preserve"> - Please view link - unable to able to access data</w:t>
      </w:r>
      <w:r/>
    </w:p>
    <w:p>
      <w:pPr>
        <w:pStyle w:val="ListNumber"/>
        <w:spacing w:line="240" w:lineRule="auto"/>
        <w:ind w:left="720"/>
      </w:pPr>
      <w:r/>
      <w:hyperlink r:id="rId10">
        <w:r>
          <w:rPr>
            <w:color w:val="0000EE"/>
            <w:u w:val="single"/>
          </w:rPr>
          <w:t>https://www.itv.com/news/meridian/2023-08-06/black-eyed-peas-set-comes-to-abrupt-end-at-brighton-pride</w:t>
        </w:r>
      </w:hyperlink>
      <w:r>
        <w:t xml:space="preserve"> - The Black Eyed Peas' headline performance at Brighton Pride was unexpectedly halted due to a sound failure, leaving the band on stage without audio. Despite the interruption, the crowd continued singing along to their hit 'I Gotta Feeling'. The band dedicated their penultimate song, 'Where Is The Love?', to those facing global injustices, sharing that the inspiration for the 2003 track came from a sermon in a Scottish church. Will.i.am praised the UK as a 'special place' and the band's 'first place to find success'. (</w:t>
      </w:r>
      <w:hyperlink r:id="rId15">
        <w:r>
          <w:rPr>
            <w:color w:val="0000EE"/>
            <w:u w:val="single"/>
          </w:rPr>
          <w:t>itv.com</w:t>
        </w:r>
      </w:hyperlink>
      <w:r>
        <w:t>)</w:t>
      </w:r>
      <w:r/>
    </w:p>
    <w:p>
      <w:pPr>
        <w:pStyle w:val="ListNumber"/>
        <w:spacing w:line="240" w:lineRule="auto"/>
        <w:ind w:left="720"/>
      </w:pPr>
      <w:r/>
      <w:hyperlink r:id="rId14">
        <w:r>
          <w:rPr>
            <w:color w:val="0000EE"/>
            <w:u w:val="single"/>
          </w:rPr>
          <w:t>https://www.planomato.com/en/brighton/p/rupaul-brighton-hove-pride-2026</w:t>
        </w:r>
      </w:hyperlink>
      <w:r>
        <w:t xml:space="preserve"> - RuPaul is scheduled to perform a DJ set during the Brighton and Hove Pride 2026 festival at Preston Park. The event, marking the 35th anniversary of LGBTQ+ pride in the city, is set for the weekend of 1st and 2nd August 2026. The theme for this edition is 'The Power of Love', reflecting the community's ongoing solidarity. The musical lineup includes artists such as Paris Hilton, Jessie J, Five, and Diana Ross. (</w:t>
      </w:r>
      <w:hyperlink r:id="rId16">
        <w:r>
          <w:rPr>
            <w:color w:val="0000EE"/>
            <w:u w:val="single"/>
          </w:rPr>
          <w:t>planomato.com</w:t>
        </w:r>
      </w:hyperlink>
      <w:r>
        <w:t>)</w:t>
      </w:r>
      <w:r/>
    </w:p>
    <w:p>
      <w:pPr>
        <w:pStyle w:val="ListNumber"/>
        <w:spacing w:line="240" w:lineRule="auto"/>
        <w:ind w:left="720"/>
      </w:pPr>
      <w:r/>
      <w:hyperlink r:id="rId12">
        <w:r>
          <w:rPr>
            <w:color w:val="0000EE"/>
            <w:u w:val="single"/>
          </w:rPr>
          <w:t>https://readdork.com/news/brighton-hove-pride-2026-performers</w:t>
        </w:r>
      </w:hyperlink>
      <w:r>
        <w:t xml:space="preserve"> - Brighton &amp; Hove Pride has announced the first wave of artists for this year's Pride on the Park. On Saturday 1st August, RuPaul will make their debut at Brighton Pride with an exclusive DJ set, alongside Jessie J and Self Esteem. Sunday 2nd August will feature the return of Five. This follows the news that RAYE and Diana Ross will headline the event on the same dates. Further artist announcements are expected in the coming weeks. (</w:t>
      </w:r>
      <w:hyperlink r:id="rId17">
        <w:r>
          <w:rPr>
            <w:color w:val="0000EE"/>
            <w:u w:val="single"/>
          </w:rPr>
          <w:t>readdork.com</w:t>
        </w:r>
      </w:hyperlink>
      <w:r>
        <w:t>)</w:t>
      </w:r>
      <w:r/>
    </w:p>
    <w:p>
      <w:pPr>
        <w:pStyle w:val="ListNumber"/>
        <w:spacing w:line="240" w:lineRule="auto"/>
        <w:ind w:left="720"/>
      </w:pPr>
      <w:r/>
      <w:hyperlink r:id="rId18">
        <w:r>
          <w:rPr>
            <w:color w:val="0000EE"/>
            <w:u w:val="single"/>
          </w:rPr>
          <w:t>https://www.musictimes.com/articles/90731/20230228/brighton-pride-2023-lineup-black-eyed-peas-zara-larsson-steps.htm</w:t>
        </w:r>
      </w:hyperlink>
      <w:r>
        <w:t xml:space="preserve"> - Brighton Pride 2023 is set to feature an impressive lineup, including the Black Eyed Peas on Saturday 6th August and Steps on Sunday 7th August. Other performers include Zara Larsson, Melanie C, Jax Jones, B*Witched, and more. The event follows last year's 30th anniversary, which featured Christina Aguilera and Paloma Faith. Brighton Pride has been a significant event since 1972, promoting equality and diversity in the city. (</w:t>
      </w:r>
      <w:hyperlink r:id="rId19">
        <w:r>
          <w:rPr>
            <w:color w:val="0000EE"/>
            <w:u w:val="single"/>
          </w:rPr>
          <w:t>musictimes.com</w:t>
        </w:r>
      </w:hyperlink>
      <w:r>
        <w:t>)</w:t>
      </w:r>
      <w:r/>
    </w:p>
    <w:p>
      <w:pPr>
        <w:pStyle w:val="ListNumber"/>
        <w:spacing w:line="240" w:lineRule="auto"/>
        <w:ind w:left="720"/>
      </w:pPr>
      <w:r/>
      <w:hyperlink r:id="rId13">
        <w:r>
          <w:rPr>
            <w:color w:val="0000EE"/>
            <w:u w:val="single"/>
          </w:rPr>
          <w:t>https://www.visitbrighton.com/whats-on/brighton-and-hove-pride-p2571021</w:t>
        </w:r>
      </w:hyperlink>
      <w:r>
        <w:t xml:space="preserve"> - Pride on the Park 2026 brings two days of music to Preston Park on Saturday 1 and Sunday 2 August for Brighton &amp; Hove Pride’s 35th anniversary. Saturday is headlined by RAYE, with main stage performances from Jessie J, Self Esteem, Leigh-Anne, G FLIP, and Moonchild Sanelly, plus RuPaul (DJ Set), Purple Disco Machine, Bimini, Daniel Avery, Oxylion &amp; Danger, and Patrick Mason across the weekend stages. Sunday is headlined by the legendary Diana Ross, joined by FIVE, Holly Johnson, Mel C (DJ Set), and Paris Hilton (Live), with weekend-stage sets from Armand Van Helden, The Blessed Madonna, Girls Don’t Sync, HAAi, Hannah Wants, and I. Jordan. VIP and Camping are limited — both sold out by mid-July last year. Pride on the Park is the official Brighton &amp; Hove Pride fundraiser for our local LGBTQ+ community groups. It is an inclusive community event that brings thousands of people together across the weekend for music, protest, and celebration. (</w:t>
      </w:r>
      <w:hyperlink r:id="rId20">
        <w:r>
          <w:rPr>
            <w:color w:val="0000EE"/>
            <w:u w:val="single"/>
          </w:rPr>
          <w:t>visitbrighton.com</w:t>
        </w:r>
      </w:hyperlink>
      <w:r>
        <w:t>)</w:t>
      </w:r>
      <w:r/>
    </w:p>
    <w:p>
      <w:pPr>
        <w:pStyle w:val="ListNumber"/>
        <w:spacing w:line="240" w:lineRule="auto"/>
        <w:ind w:left="720"/>
      </w:pPr>
      <w:r/>
      <w:hyperlink r:id="rId11">
        <w:r>
          <w:rPr>
            <w:color w:val="0000EE"/>
            <w:u w:val="single"/>
          </w:rPr>
          <w:t>https://www.attitude.co.uk/culture/rupaul-brighton-pride-debut-with-exclusive-dj-set-511968/</w:t>
        </w:r>
      </w:hyperlink>
      <w:r>
        <w:t xml:space="preserve"> - RuPaul is set to make his debut appearance at Brighton &amp; Hove Pride in 2026, joining the celebrations for the event’s 35th anniversary with an exclusive DJ set. The announcement was revealed via a video posted to Brighton Pride’s Instagram, with RuPaul himself confirming his appearance. RuPaul is scheduled to perform during the Icons slot on Saturday, August 1, at Preston Park, as part of the Pride on the Park fundraiser. Diana Ross and RAYE have also been confirmed as headline acts. (</w:t>
      </w:r>
      <w:hyperlink r:id="rId21">
        <w:r>
          <w:rPr>
            <w:color w:val="0000EE"/>
            <w:u w:val="single"/>
          </w:rPr>
          <w:t>attitude.co.uk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9135.review-rupauls-dj-set-brighton-pride-park/?ref=rss" TargetMode="External"/><Relationship Id="rId10" Type="http://schemas.openxmlformats.org/officeDocument/2006/relationships/hyperlink" Target="https://www.itv.com/news/meridian/2023-08-06/black-eyed-peas-set-comes-to-abrupt-end-at-brighton-pride" TargetMode="External"/><Relationship Id="rId11" Type="http://schemas.openxmlformats.org/officeDocument/2006/relationships/hyperlink" Target="https://www.attitude.co.uk/culture/rupaul-brighton-pride-debut-with-exclusive-dj-set-511968/" TargetMode="External"/><Relationship Id="rId12" Type="http://schemas.openxmlformats.org/officeDocument/2006/relationships/hyperlink" Target="https://readdork.com/news/brighton-hove-pride-2026-performers" TargetMode="External"/><Relationship Id="rId13" Type="http://schemas.openxmlformats.org/officeDocument/2006/relationships/hyperlink" Target="https://www.visitbrighton.com/whats-on/brighton-and-hove-pride-p2571021" TargetMode="External"/><Relationship Id="rId14" Type="http://schemas.openxmlformats.org/officeDocument/2006/relationships/hyperlink" Target="https://www.planomato.com/en/brighton/p/rupaul-brighton-hove-pride-2026" TargetMode="External"/><Relationship Id="rId15" Type="http://schemas.openxmlformats.org/officeDocument/2006/relationships/hyperlink" Target="https://www.itv.com/news/meridian/2023-08-06/black-eyed-peas-set-comes-to-abrupt-end-at-brighton-pride?utm_source=openai" TargetMode="External"/><Relationship Id="rId16" Type="http://schemas.openxmlformats.org/officeDocument/2006/relationships/hyperlink" Target="https://www.planomato.com/en/brighton/p/rupaul-brighton-hove-pride-2026?utm_source=openai" TargetMode="External"/><Relationship Id="rId17" Type="http://schemas.openxmlformats.org/officeDocument/2006/relationships/hyperlink" Target="https://readdork.com/news/brighton-hove-pride-2026-performers?utm_source=openai" TargetMode="External"/><Relationship Id="rId18" Type="http://schemas.openxmlformats.org/officeDocument/2006/relationships/hyperlink" Target="https://www.musictimes.com/articles/90731/20230228/brighton-pride-2023-lineup-black-eyed-peas-zara-larsson-steps.htm" TargetMode="External"/><Relationship Id="rId19" Type="http://schemas.openxmlformats.org/officeDocument/2006/relationships/hyperlink" Target="https://www.musictimes.com/articles/90731/20230228/brighton-pride-2023-lineup-black-eyed-peas-zara-larsson-steps.htm?utm_source=openai" TargetMode="External"/><Relationship Id="rId20" Type="http://schemas.openxmlformats.org/officeDocument/2006/relationships/hyperlink" Target="https://www.visitbrighton.com/whats-on/brighton-and-hove-pride-p2571021?utm_source=openai" TargetMode="External"/><Relationship Id="rId21" Type="http://schemas.openxmlformats.org/officeDocument/2006/relationships/hyperlink" Target="https://www.attitude.co.uk/culture/rupaul-brighton-pride-debut-with-exclusive-dj-set-511968/?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