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Picture Books for Young Readers and Families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reaching for picture books that reflect the many shapes of family life; these queer picture books help young readers see themselves, learn empathy, and spark calm conversations at home. From gentle everyday stories to nonfiction introductions, here’s a helpful roundup of why they matter and how to choose the right books for your child.</w:t>
      </w:r>
      <w:r/>
    </w:p>
    <w:p>
      <w:r/>
      <w:r>
        <w:t>Essential Takeaways</w:t>
      </w:r>
      <w:r/>
      <w:r/>
    </w:p>
    <w:p>
      <w:pPr>
        <w:pStyle w:val="ListBullet"/>
        <w:spacing w:line="240" w:lineRule="auto"/>
        <w:ind w:left="720"/>
      </w:pPr>
      <w:r/>
      <w:r>
        <w:rPr>
          <w:b/>
        </w:rPr>
        <w:t>Representation matters:</w:t>
      </w:r>
      <w:r>
        <w:t xml:space="preserve"> Books normalise queer families and identities, giving children mirrors and windows that feel warm and familiar.</w:t>
      </w:r>
      <w:r/>
    </w:p>
    <w:p>
      <w:pPr>
        <w:pStyle w:val="ListBullet"/>
        <w:spacing w:line="240" w:lineRule="auto"/>
        <w:ind w:left="720"/>
      </w:pPr>
      <w:r/>
      <w:r>
        <w:rPr>
          <w:b/>
        </w:rPr>
        <w:t>Everyday stories work:</w:t>
      </w:r>
      <w:r>
        <w:t xml:space="preserve"> Many strongest titles use queer-normative plots, two mums or two dads simply living life, so kids focus on play, school, or bedtime.</w:t>
      </w:r>
      <w:r/>
    </w:p>
    <w:p>
      <w:pPr>
        <w:pStyle w:val="ListBullet"/>
        <w:spacing w:line="240" w:lineRule="auto"/>
        <w:ind w:left="720"/>
      </w:pPr>
      <w:r/>
      <w:r>
        <w:rPr>
          <w:b/>
        </w:rPr>
        <w:t>Age-appropriate options:</w:t>
      </w:r>
      <w:r>
        <w:t xml:space="preserve"> You’ll find board books for toddlers, picture books for preschoolers, and gentle nonfiction for early school years.</w:t>
      </w:r>
      <w:r/>
    </w:p>
    <w:p>
      <w:pPr>
        <w:pStyle w:val="ListBullet"/>
        <w:spacing w:line="240" w:lineRule="auto"/>
        <w:ind w:left="720"/>
      </w:pPr>
      <w:r/>
      <w:r>
        <w:rPr>
          <w:b/>
        </w:rPr>
        <w:t>Conversation starters:</w:t>
      </w:r>
      <w:r>
        <w:t xml:space="preserve"> These books make big topics approachable, use them to ask, listen, and share simple facts.</w:t>
      </w:r>
      <w:r/>
    </w:p>
    <w:p>
      <w:pPr>
        <w:pStyle w:val="ListBullet"/>
        <w:spacing w:line="240" w:lineRule="auto"/>
        <w:ind w:left="720"/>
      </w:pPr>
      <w:r/>
      <w:r>
        <w:rPr>
          <w:b/>
        </w:rPr>
        <w:t>Choosing tips:</w:t>
      </w:r>
      <w:r>
        <w:t xml:space="preserve"> Look for inclusive language, affirming illustrations, and formats suited to your child’s attention span.</w:t>
      </w:r>
      <w:r/>
      <w:r/>
    </w:p>
    <w:p>
      <w:pPr>
        <w:pStyle w:val="Heading2"/>
      </w:pPr>
      <w:r>
        <w:t>Why queer picture books are becoming essential reading</w:t>
      </w:r>
      <w:r/>
    </w:p>
    <w:p>
      <w:r/>
      <w:r>
        <w:t>Kids notice family shapes early, and books are one of the easiest ways to show them diversity without drama. According to family reading guides, parents and educators are turning to queer picture books so children can see parents, caregivers, and friends who look and love differently. These titles provide quiet, everyday representation, think picnics, bedtime routines, and school plays, so being queer reads as normal rather than the plot twist. If you want your child to grow up curious and kind, having these stories on the shelf makes that work feel simple and ongoing.</w:t>
      </w:r>
      <w:r/>
    </w:p>
    <w:p>
      <w:pPr>
        <w:pStyle w:val="Heading2"/>
      </w:pPr>
      <w:r>
        <w:t>What to look for: tone, language and illustrations</w:t>
      </w:r>
      <w:r/>
    </w:p>
    <w:p>
      <w:r/>
      <w:r>
        <w:t>Not every queer picture book needs to be an “issue” book; many are queer-normative, where the identity is part of the scene rather than the whole story. Seek out warm, inclusive language and illustrations that feel lived-in, soft textures, joyful colours, and small details that invite another read. For toddlers, sturdy board books with a rhythmic text and clear images work best, while preschoolers enjoy plays on routine and identity. Nonfiction titles with simple facts can suit early readers who ask curious questions. Practical tip: leaf through for pronoun use, family dynamics, and whether the artwork includes diverse skin tones and body types.</w:t>
      </w:r>
      <w:r/>
    </w:p>
    <w:p>
      <w:pPr>
        <w:pStyle w:val="Heading2"/>
      </w:pPr>
      <w:r>
        <w:t>Picks that normalise everyday family life</w:t>
      </w:r>
      <w:r/>
    </w:p>
    <w:p>
      <w:r/>
      <w:r>
        <w:t>Books that show queer families doing ordinary things are often the most powerful. Parents and educators say these stories help children accept difference without needing long explanations. Look for titles where same-sex parents are getting breakfast, attending recitals, or tucking kids in, scenes that invite recognition. These books are especially useful in mixed classrooms or when a child’s own family looks different from the majority. They’re also great for gifting, because their warmth makes them easy to share and to read aloud.</w:t>
      </w:r>
      <w:r/>
    </w:p>
    <w:p>
      <w:pPr>
        <w:pStyle w:val="Heading2"/>
      </w:pPr>
      <w:r>
        <w:t>How to choose by age and reading moment</w:t>
      </w:r>
      <w:r/>
    </w:p>
    <w:p>
      <w:r/>
      <w:r>
        <w:t>Match the format to the moment. For lap time with a baby, go for high-contrast board books with brief lines and a reassuring rhythm. For preschoolers, pick picture books that balance a clear story arc with relatable scenes, these support conversation and role play afterwards. Early readers who want facts will appreciate gentle nonfiction with approachable language. If a child asks a specific question after the read, keep answers short and honest; the book gives you a neutral reference point. Libraries and community lists can help you preview titles before buying.</w:t>
      </w:r>
      <w:r/>
    </w:p>
    <w:p>
      <w:pPr>
        <w:pStyle w:val="Heading2"/>
      </w:pPr>
      <w:r>
        <w:t>Talking tips and classroom uses</w:t>
      </w:r>
      <w:r/>
    </w:p>
    <w:p>
      <w:r/>
      <w:r>
        <w:t>These books are excellent conversation starters. When a child asks, follow their curiosity: reflect their feelings, answer simply, and use the book’s images to explain. In classrooms, teachers can use queer picture books to normalise a range of family structures and to support inclusion lessons without making children feel singled out. For parents, reading these stories regularly, rather than once as a “lesson”, helps children absorb diversity as part of daily life. And remember: children’s attitudes shift more by example than lecture, so place the books where they can be browsed independently.</w:t>
      </w:r>
      <w:r/>
    </w:p>
    <w:p>
      <w:r/>
      <w:r>
        <w:t>It’s a small change that can make every read more welcoming and every child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1">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https://bookriot.com/best-queer-picture-books/</w:t>
        </w:r>
      </w:hyperlink>
      <w:r>
        <w:t xml:space="preserve"> - Please view link - unable to able to access data</w:t>
      </w:r>
      <w:r/>
    </w:p>
    <w:p>
      <w:pPr>
        <w:pStyle w:val="ListNumber"/>
        <w:spacing w:line="240" w:lineRule="auto"/>
        <w:ind w:left="720"/>
      </w:pPr>
      <w:r/>
      <w:hyperlink r:id="rId10">
        <w:r>
          <w:rPr>
            <w:color w:val="0000EE"/>
            <w:u w:val="single"/>
          </w:rPr>
          <w:t>https://www.parentmap.com/home-life/lgbtq-books-kid-family-friendly/</w:t>
        </w:r>
      </w:hyperlink>
      <w:r>
        <w:t xml:space="preserve"> - This article presents a curated list of 18 children's books featuring LGBTQ+ characters, aiming to provide young readers with diverse representations of gender and sexuality. The selection includes both fiction and non-fiction titles, each accompanied by a brief description highlighting its unique contribution to LGBTQ+ literature for children. The list serves as a resource for parents and educators seeking to introduce inclusive narratives to young audiences, fostering understanding and acceptance from an early age.</w:t>
      </w:r>
      <w:r/>
    </w:p>
    <w:p>
      <w:pPr>
        <w:pStyle w:val="ListNumber"/>
        <w:spacing w:line="240" w:lineRule="auto"/>
        <w:ind w:left="720"/>
      </w:pPr>
      <w:r/>
      <w:hyperlink r:id="rId13">
        <w:r>
          <w:rPr>
            <w:color w:val="0000EE"/>
            <w:u w:val="single"/>
          </w:rPr>
          <w:t>https://www.buzzfeed.com/isabeldaly/lgbtq-childrens-books</w:t>
        </w:r>
      </w:hyperlink>
      <w:r>
        <w:t xml:space="preserve"> - BuzzFeed's compilation features 16 LGBTQ+ picture books suitable for children, emphasizing the importance of early exposure to diverse family structures and identities. Each book is accompanied by a brief description, highlighting its themes and significance in promoting inclusivity. The list includes both classic and contemporary titles, offering a range of stories that reflect the varied experiences within the LGBTQ+ community, aiming to educate and inspire young readers.</w:t>
      </w:r>
      <w:r/>
    </w:p>
    <w:p>
      <w:pPr>
        <w:pStyle w:val="ListNumber"/>
        <w:spacing w:line="240" w:lineRule="auto"/>
        <w:ind w:left="720"/>
      </w:pPr>
      <w:r/>
      <w:hyperlink r:id="rId12">
        <w:r>
          <w:rPr>
            <w:color w:val="0000EE"/>
            <w:u w:val="single"/>
          </w:rPr>
          <w:t>https://www.sciencedirect.com/org/science/article/pii/S1933541525000225</w:t>
        </w:r>
      </w:hyperlink>
      <w:r>
        <w:t xml:space="preserve"> - This academic article examines the representation of LGBTQ+ individuals in children's literature, focusing on books that depict non-parental LGBTQ+ characters. By analyzing over 80 books honored by the American Library Association’s Rainbow Book List, the study highlights diverse portrayals of LGBTQ+ lives beyond the traditional family structure. The findings underscore the importance of providing children with a comprehensive understanding of the LGBTQ+ community through literature, promoting inclusivity and acceptance.</w:t>
      </w:r>
      <w:r/>
    </w:p>
    <w:p>
      <w:pPr>
        <w:pStyle w:val="ListNumber"/>
        <w:spacing w:line="240" w:lineRule="auto"/>
        <w:ind w:left="720"/>
      </w:pPr>
      <w:r/>
      <w:hyperlink r:id="rId11">
        <w:r>
          <w:rPr>
            <w:color w:val="0000EE"/>
            <w:u w:val="single"/>
          </w:rPr>
          <w:t>https://imaginewa.org/pride-picture-books-for-kids-of-all-ages/</w:t>
        </w:r>
      </w:hyperlink>
      <w:r>
        <w:t xml:space="preserve"> - The Imagine Institute's article offers a selection of LGBTQIA+-friendly picture books for children of all ages, aiming to celebrate diversity and inclusivity. The list includes both board books and picture books, each accompanied by a brief description and the book's cover image. The selection serves as a resource for parents and educators seeking to introduce children to stories that reflect a wide range of identities and experiences, fostering understanding and acceptance from an early age.</w:t>
      </w:r>
      <w:r/>
    </w:p>
    <w:p>
      <w:pPr>
        <w:pStyle w:val="ListNumber"/>
        <w:spacing w:line="240" w:lineRule="auto"/>
        <w:ind w:left="720"/>
      </w:pPr>
      <w:r/>
      <w:hyperlink r:id="rId14">
        <w:r>
          <w:rPr>
            <w:color w:val="0000EE"/>
            <w:u w:val="single"/>
          </w:rPr>
          <w:t>https://rabbitholelearning.org/2025/05/21/rabbit-hole-reads-pride-month-book-picks-for-picture-books/</w:t>
        </w:r>
      </w:hyperlink>
      <w:r>
        <w:t xml:space="preserve"> - Rabbit Hole Learning's article presents a curated list of picture books for Pride Month, focusing on themes of gender, identity, family, and LGBTQ+ history. Each book is accompanied by a brief description, highlighting its significance in promoting inclusivity and understanding. The selection aims to provide parents and educators with resources to introduce children to diverse narratives, fostering empathy and acceptance from an early age.</w:t>
      </w:r>
      <w:r/>
    </w:p>
    <w:p>
      <w:pPr>
        <w:pStyle w:val="ListNumber"/>
        <w:spacing w:line="240" w:lineRule="auto"/>
        <w:ind w:left="720"/>
      </w:pPr>
      <w:r/>
      <w:hyperlink r:id="rId15">
        <w:r>
          <w:rPr>
            <w:color w:val="0000EE"/>
            <w:u w:val="single"/>
          </w:rPr>
          <w:t>https://www.theatlantic.com/books/2025/10/essential-childrens-picture-books-goodnight-moon-snowy-day/684091/?utm_source=apple_news</w:t>
        </w:r>
      </w:hyperlink>
      <w:r>
        <w:t xml:space="preserve"> - The Atlantic's article, '65 Essential Children’s Books,' offers a curated list of standout picture books spanning nearly a century of children's literature. The list includes both classic and contemporary titles, each accompanied by a brief description highlighting its unique contribution to children's literature. The selection serves as a resource for parents and educators seeking to introduce children to a diverse range of stories, fostering a love for reading and an appreciation for varied narratives.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best-queer-picture-books/" TargetMode="External"/><Relationship Id="rId10" Type="http://schemas.openxmlformats.org/officeDocument/2006/relationships/hyperlink" Target="https://www.parentmap.com/home-life/lgbtq-books-kid-family-friendly/" TargetMode="External"/><Relationship Id="rId11" Type="http://schemas.openxmlformats.org/officeDocument/2006/relationships/hyperlink" Target="https://imaginewa.org/pride-picture-books-for-kids-of-all-ages/" TargetMode="External"/><Relationship Id="rId12" Type="http://schemas.openxmlformats.org/officeDocument/2006/relationships/hyperlink" Target="https://www.sciencedirect.com/org/science/article/pii/S1933541525000225" TargetMode="External"/><Relationship Id="rId13" Type="http://schemas.openxmlformats.org/officeDocument/2006/relationships/hyperlink" Target="https://www.buzzfeed.com/isabeldaly/lgbtq-childrens-books" TargetMode="External"/><Relationship Id="rId14" Type="http://schemas.openxmlformats.org/officeDocument/2006/relationships/hyperlink" Target="https://rabbitholelearning.org/2025/05/21/rabbit-hole-reads-pride-month-book-picks-for-picture-books/" TargetMode="External"/><Relationship Id="rId15" Type="http://schemas.openxmlformats.org/officeDocument/2006/relationships/hyperlink" Target="https://www.theatlantic.com/books/2025/10/essential-childrens-picture-books-goodnight-moon-snowy-day/684091/?utm_source=apple_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