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High School Shows to Watch Right Now for Heartfelt Coming‑of‑Age Drama</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nostalgic teen stories again , gay, bi and trans coming‑of‑age dramas set in high school that mix crushes, messy feelings and hopeful endings. These shows, from comforting rom‑coms to bold, raw dramas, matter because they let younger queer characters take centre stage and feel real.</w:t>
      </w:r>
      <w:r/>
    </w:p>
    <w:p>
      <w:r/>
      <w:r>
        <w:t>Essential Takeaways</w:t>
      </w:r>
      <w:r/>
      <w:r/>
    </w:p>
    <w:p>
      <w:pPr>
        <w:pStyle w:val="ListBullet"/>
        <w:spacing w:line="240" w:lineRule="auto"/>
        <w:ind w:left="720"/>
      </w:pPr>
      <w:r/>
      <w:r>
        <w:rPr>
          <w:b/>
        </w:rPr>
        <w:t>Wide range:</w:t>
      </w:r>
      <w:r>
        <w:t xml:space="preserve"> Shows run from sweet rom‑coms to gritty dramas, so there’s something gentle or intense depending on your mood.</w:t>
      </w:r>
      <w:r/>
    </w:p>
    <w:p>
      <w:pPr>
        <w:pStyle w:val="ListBullet"/>
        <w:spacing w:line="240" w:lineRule="auto"/>
        <w:ind w:left="720"/>
      </w:pPr>
      <w:r/>
      <w:r>
        <w:rPr>
          <w:b/>
        </w:rPr>
        <w:t>Strong representation:</w:t>
      </w:r>
      <w:r>
        <w:t xml:space="preserve"> Many series cast trans actors and centre authentic queer friendships, giving a lived‑in, honest feel.</w:t>
      </w:r>
      <w:r/>
    </w:p>
    <w:p>
      <w:pPr>
        <w:pStyle w:val="ListBullet"/>
        <w:spacing w:line="240" w:lineRule="auto"/>
        <w:ind w:left="720"/>
      </w:pPr>
      <w:r/>
      <w:r>
        <w:rPr>
          <w:b/>
        </w:rPr>
        <w:t>Emotional payoff:</w:t>
      </w:r>
      <w:r>
        <w:t xml:space="preserve"> Expect swoony chemistry, awkward firsts, and scenes that hit you in the chest.</w:t>
      </w:r>
      <w:r/>
    </w:p>
    <w:p>
      <w:pPr>
        <w:pStyle w:val="ListBullet"/>
        <w:spacing w:line="240" w:lineRule="auto"/>
        <w:ind w:left="720"/>
      </w:pPr>
      <w:r/>
      <w:r>
        <w:rPr>
          <w:b/>
        </w:rPr>
        <w:t>Where to watch:</w:t>
      </w:r>
      <w:r>
        <w:t xml:space="preserve"> Most are available on major streamers like Netflix, Hulu and HBO Max; check region availability.</w:t>
      </w:r>
      <w:r/>
    </w:p>
    <w:p>
      <w:pPr>
        <w:pStyle w:val="ListBullet"/>
        <w:spacing w:line="240" w:lineRule="auto"/>
        <w:ind w:left="720"/>
      </w:pPr>
      <w:r/>
      <w:r>
        <w:rPr>
          <w:b/>
        </w:rPr>
        <w:t>Viewing tip:</w:t>
      </w:r>
      <w:r>
        <w:t xml:space="preserve"> Start with a lighter option like Love, Victor or Heartstopper if you want hope, choose Euphoria for a darker, more sensory ride.</w:t>
      </w:r>
      <w:r/>
      <w:r/>
    </w:p>
    <w:p>
      <w:pPr>
        <w:pStyle w:val="Heading2"/>
      </w:pPr>
      <w:r>
        <w:t>Why teen years make the best queer TV , and why we keep coming back</w:t>
      </w:r>
      <w:r/>
    </w:p>
    <w:p>
      <w:r/>
      <w:r>
        <w:t>There’s something tactile about teen stories , the smell of a school corridor, the nervousness of a first kiss , and queer high school shows lean into that texture. According to the cultural conversation around these series, viewers appreciate seeing characters who are still figuring things out, not yet worn down by adult compromise. These shows often feel more hopeful while still delivering big drama, and that balance is why people rewatch them when they want comfort or catharsis. If you want to dip into representation that feels immediate and tender, start here.</w:t>
      </w:r>
      <w:r/>
    </w:p>
    <w:p>
      <w:pPr>
        <w:pStyle w:val="Heading2"/>
      </w:pPr>
      <w:r>
        <w:t>Sweet rom‑coms: Love, Victor and Heartstopper for warm fuzzies</w:t>
      </w:r>
      <w:r/>
    </w:p>
    <w:p>
      <w:r/>
      <w:r>
        <w:t>Love, Victor continues the film Love, Simon’s vibe with a new lead finding his way through crushes, coming out and family dynamics. It’s a rom‑com with bite , light on its feet but willing to tackle more serious moments , and it’s easy to binge when you want something comforting. Heartstopper, adapted from Alice Oseman’s graphic novels, doubles down on softness: the chemistry between Nick and Charlie and the quiet, joyful moments among friends make it a balm for anyone who likes slow‑burn love stories. Both shows are perfect starters if you want hopeful endings and a cosy, emotional watch.</w:t>
      </w:r>
      <w:r/>
    </w:p>
    <w:p>
      <w:pPr>
        <w:pStyle w:val="Heading2"/>
      </w:pPr>
      <w:r>
        <w:t>Queer, messy and generational: Euphoria’s unflinching portrait</w:t>
      </w:r>
      <w:r/>
    </w:p>
    <w:p>
      <w:r/>
      <w:r>
        <w:t>If you prefer your teen TV darker and more sensory, Euphoria is the counterpoint to cosy coming‑of‑age tales. It portrays a generation that’s fluid with identity, and the show’s aesthetics , neon, confessional voiceovers, intense close‑ups , make every emotional beat feel immediate. The series is praised and debated in equal measure for how it stages teenage sexuality and trauma; watch it if you want a vivid, often uncomfortable exploration rather than nostalgia. For parents or viewers new to the show, know that it’s raw and designed to provoke.</w:t>
      </w:r>
      <w:r/>
    </w:p>
    <w:p>
      <w:pPr>
        <w:pStyle w:val="Heading2"/>
      </w:pPr>
      <w:r>
        <w:t>Classic milestones: Dawson’s Creek and My So‑Called Life changed TV visibility</w:t>
      </w:r>
      <w:r/>
    </w:p>
    <w:p>
      <w:r/>
      <w:r>
        <w:t>Some entries deserve a history lesson. Dawson’s Creek helped normalise gay storylines on prime‑time network TV with one of the first male‑to‑male kisses, and My So‑Called Life’s depiction of Rickie gave audiences an openly gay teen in a way few shows had before. These moments mattered because they shifted what mainstream television considered narratable. If you’re tracing representation’s arc, revisit these shows to see how far casting, storytelling and public conversations have come.</w:t>
      </w:r>
      <w:r/>
    </w:p>
    <w:p>
      <w:pPr>
        <w:pStyle w:val="Heading2"/>
      </w:pPr>
      <w:r>
        <w:t>Ensemble diversity: Degrassi, Glee and long‑running casts that grow with viewers</w:t>
      </w:r>
      <w:r/>
    </w:p>
    <w:p>
      <w:r/>
      <w:r>
        <w:t>Series like Degrassi and Glee made LGBTQ+ characters part of the core fabric, not just one‑off storylines. Degrassi’s decades‑long franchise introduced multiple identities across generations of teens, while Glee put out gay and bi relationships as central plotlines and celebrated big musical moments. Those ensemble approaches mean you’ll find characters who evolve over time, friendships that feel real and a variety of coming‑out stories that reflect messy, everyday life. They’re ideal if you want breadth and recurring emotional payoffs.</w:t>
      </w:r>
      <w:r/>
    </w:p>
    <w:p>
      <w:pPr>
        <w:pStyle w:val="Heading2"/>
      </w:pPr>
      <w:r>
        <w:t>International flavour: Young Royals and why location changes the mood</w:t>
      </w:r>
      <w:r/>
    </w:p>
    <w:p>
      <w:r/>
      <w:r>
        <w:t>Settings matter: Young Royals, set in a Swedish boarding school, brings a restrained, elegant tone to the queer romance, letting yearning build slowly against a backdrop of privilege and protocol. International shows often use setting to shape pacing and mood, so if you want something less glossy and more introspective, continental and Nordic teen dramas deliver a different kind of intimacy. It’s a reminder that queer stories aren’t monolithic , they take on the colours of their place and culture.</w:t>
      </w:r>
      <w:r/>
    </w:p>
    <w:p>
      <w:r/>
      <w:r>
        <w:t>It's a small change that can make every coming‑of‑age story feel more visible and more yours.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[6]</w:t>
        </w:r>
      </w:hyperlink>
      <w:r>
        <w:t xml:space="preserve">- Paragraph 3: </w:t>
      </w:r>
      <w:hyperlink r:id="rId13">
        <w:r>
          <w:rPr>
            <w:color w:val="0000EE"/>
            <w:u w:val="single"/>
          </w:rPr>
          <w:t>[5]</w:t>
        </w:r>
      </w:hyperlink>
      <w:r>
        <w:t xml:space="preserve">- Paragraph 4: </w:t>
      </w:r>
      <w:hyperlink r:id="rId9">
        <w:r>
          <w:rPr>
            <w:color w:val="0000EE"/>
            <w:u w:val="single"/>
          </w:rPr>
          <w:t>[1]</w:t>
        </w:r>
      </w:hyperlink>
      <w:r>
        <w:t xml:space="preserve">- Paragraph 5: </w:t>
      </w:r>
      <w:hyperlink r:id="rId10">
        <w:r>
          <w:rPr>
            <w:color w:val="0000EE"/>
            <w:u w:val="single"/>
          </w:rPr>
          <w:t>[7]</w:t>
        </w:r>
      </w:hyperlink>
      <w:r>
        <w:t xml:space="preserve">- Paragraph 6: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https://www.out.com/gay-tv-shows/lgbtq-tv-shows-set-in-high-school</w:t>
        </w:r>
      </w:hyperlink>
      <w:r>
        <w:t xml:space="preserve"> - Please view link - unable to able to access data</w:t>
      </w:r>
      <w:r/>
    </w:p>
    <w:p>
      <w:pPr>
        <w:pStyle w:val="ListNumber"/>
        <w:spacing w:line="240" w:lineRule="auto"/>
        <w:ind w:left="720"/>
      </w:pPr>
      <w:r/>
      <w:hyperlink r:id="rId10">
        <w:r>
          <w:rPr>
            <w:color w:val="0000EE"/>
            <w:u w:val="single"/>
          </w:rPr>
          <w:t>https://www.hulu.com/series/love-victor-3cb4c446-d459-41a2-97d2-2ea9ed164ab7?entity_id=f90156cf-ed3e-40d2-8bd2-e9d8268a0b34</w:t>
        </w:r>
      </w:hyperlink>
      <w:r>
        <w:t xml:space="preserve"> - 'Love, Victor' is a Hulu Original series that follows Victor, a new student at Creekwood High School, on his journey of self-discovery. Facing challenges at home and adjusting to a new city, Victor struggles with his sexual orientation. He reaches out to Simon from the original film for guidance. The series stars Michael Cimino, Rachel Hilson, Anthony Turpel, Bebe Wood, and Mason Gooding. It premiered on June 17, 2020, and concluded on June 15, 2022, with 28 episodes over three seasons. (</w:t>
      </w:r>
      <w:hyperlink r:id="rId15">
        <w:r>
          <w:rPr>
            <w:color w:val="0000EE"/>
            <w:u w:val="single"/>
          </w:rPr>
          <w:t>hulu.com</w:t>
        </w:r>
      </w:hyperlink>
      <w:r>
        <w:t>)</w:t>
      </w:r>
      <w:r/>
    </w:p>
    <w:p>
      <w:pPr>
        <w:pStyle w:val="ListNumber"/>
        <w:spacing w:line="240" w:lineRule="auto"/>
        <w:ind w:left="720"/>
      </w:pPr>
      <w:r/>
      <w:hyperlink r:id="rId11">
        <w:r>
          <w:rPr>
            <w:color w:val="0000EE"/>
            <w:u w:val="single"/>
          </w:rPr>
          <w:t>https://www.netflix.com/title/81340922/</w:t>
        </w:r>
      </w:hyperlink>
      <w:r>
        <w:t xml:space="preserve"> - 'Heartbreak High' is a 1990s Australian drama series set in Sydney, focusing on the turbulence of being a teenager at Hartley High School. The show delves into the lives of students and teachers as they navigate teen romance, high school drama, racial tensions, and sexual awakenings. The original series aired in 1994, and all 210 episodes are available for streaming on Netflix. (</w:t>
      </w:r>
      <w:hyperlink r:id="rId16">
        <w:r>
          <w:rPr>
            <w:color w:val="0000EE"/>
            <w:u w:val="single"/>
          </w:rPr>
          <w:t>netflix.com</w:t>
        </w:r>
      </w:hyperlink>
      <w:r>
        <w:t>)</w:t>
      </w:r>
      <w:r/>
    </w:p>
    <w:p>
      <w:pPr>
        <w:pStyle w:val="ListNumber"/>
        <w:spacing w:line="240" w:lineRule="auto"/>
        <w:ind w:left="720"/>
      </w:pPr>
      <w:r/>
      <w:hyperlink r:id="rId14">
        <w:r>
          <w:rPr>
            <w:color w:val="0000EE"/>
            <w:u w:val="single"/>
          </w:rPr>
          <w:t>https://about.netflix.com/en/news/netflix-goes-back-to-school-for-reboot-of-iconic-aussie-series-heartbreak</w:t>
        </w:r>
      </w:hyperlink>
      <w:r>
        <w:t xml:space="preserve"> - Netflix has commissioned a reboot of the iconic Australian series 'Heartbreak High,' inspired by the original 1990s show. The new series is reimagined for a new generation and is set to make its global debut on Netflix in 2022. Fremantle Australia is producing the eight-episode series in Sydney, with Dutch production company NewBe. The original series, consisting of 210 episodes, is currently available for streaming on Netflix. (</w:t>
      </w:r>
      <w:hyperlink r:id="rId17">
        <w:r>
          <w:rPr>
            <w:color w:val="0000EE"/>
            <w:u w:val="single"/>
          </w:rPr>
          <w:t>about.netflix.com</w:t>
        </w:r>
      </w:hyperlink>
      <w:r>
        <w:t>)</w:t>
      </w:r>
      <w:r/>
    </w:p>
    <w:p>
      <w:pPr>
        <w:pStyle w:val="ListNumber"/>
        <w:spacing w:line="240" w:lineRule="auto"/>
        <w:ind w:left="720"/>
      </w:pPr>
      <w:r/>
      <w:hyperlink r:id="rId13">
        <w:r>
          <w:rPr>
            <w:color w:val="0000EE"/>
            <w:u w:val="single"/>
          </w:rPr>
          <w:t>https://www.hbo.com/euphoria</w:t>
        </w:r>
      </w:hyperlink>
      <w:r>
        <w:t xml:space="preserve"> - 'Euphoria' is an HBO series that explores the lives of a group of high school students as they navigate love, identity, and trauma. The show is noted for its LGBTQ+ representation, highlighting the fluidity of sexuality and gender identity among Gen Z. It centers on Rue, a queer woman in a complex relationship with Jules, a transgender character. The series has been praised for its raw portrayal of contemporary adolescence.</w:t>
      </w:r>
      <w:r/>
    </w:p>
    <w:p>
      <w:pPr>
        <w:pStyle w:val="ListNumber"/>
        <w:spacing w:line="240" w:lineRule="auto"/>
        <w:ind w:left="720"/>
      </w:pPr>
      <w:r/>
      <w:hyperlink r:id="rId12">
        <w:r>
          <w:rPr>
            <w:color w:val="0000EE"/>
            <w:u w:val="single"/>
          </w:rPr>
          <w:t>https://www.netflix.com/title/81342553</w:t>
        </w:r>
      </w:hyperlink>
      <w:r>
        <w:t xml:space="preserve"> - 'Heartbreak High' is a 2022 Australian drama series that follows Amerie, a student at Hartley High School, who becomes an outcast after a scandalous mural exposes her classmates' secret hookups. The show delves into the messy fallout and the challenges Amerie faces as she navigates high school life. The series has been praised for its portrayal of contemporary teen issues and is available for streaming on Netflix.</w:t>
      </w:r>
      <w:r/>
    </w:p>
    <w:p>
      <w:pPr>
        <w:pStyle w:val="ListNumber"/>
        <w:spacing w:line="240" w:lineRule="auto"/>
        <w:ind w:left="720"/>
      </w:pPr>
      <w:r/>
      <w:hyperlink r:id="rId10">
        <w:r>
          <w:rPr>
            <w:color w:val="0000EE"/>
            <w:u w:val="single"/>
          </w:rPr>
          <w:t>https://www.hulu.com/series/love-victor-3cb4c446-d459-41a2-97d2-2ea9ed164ab7?entity_id=f90156cf-ed3e-40d2-8bd2-e9d8268a0b34</w:t>
        </w:r>
      </w:hyperlink>
      <w:r>
        <w:t xml:space="preserve"> - 'Love, Victor' is a Hulu Original series that follows Victor, a new student at Creekwood High School, on his journey of self-discovery. Facing challenges at home and adjusting to a new city, Victor struggles with his sexual orientation. He reaches out to Simon from the original film for guidance. The series stars Michael Cimino, Rachel Hilson, Anthony Turpel, Bebe Wood, and Mason Gooding. It premiered on June 17, 2020, and concluded on June 15, 2022, with 28 episodes over three seasons. (</w:t>
      </w:r>
      <w:hyperlink r:id="rId15">
        <w:r>
          <w:rPr>
            <w:color w:val="0000EE"/>
            <w:u w:val="single"/>
          </w:rPr>
          <w:t>hulu.com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com/gay-tv-shows/lgbtq-tv-shows-set-in-high-school" TargetMode="External"/><Relationship Id="rId10" Type="http://schemas.openxmlformats.org/officeDocument/2006/relationships/hyperlink" Target="https://www.hulu.com/series/love-victor-3cb4c446-d459-41a2-97d2-2ea9ed164ab7?entity_id=f90156cf-ed3e-40d2-8bd2-e9d8268a0b34" TargetMode="External"/><Relationship Id="rId11" Type="http://schemas.openxmlformats.org/officeDocument/2006/relationships/hyperlink" Target="https://www.netflix.com/title/81340922/" TargetMode="External"/><Relationship Id="rId12" Type="http://schemas.openxmlformats.org/officeDocument/2006/relationships/hyperlink" Target="https://www.netflix.com/title/81342553" TargetMode="External"/><Relationship Id="rId13" Type="http://schemas.openxmlformats.org/officeDocument/2006/relationships/hyperlink" Target="https://www.hbo.com/euphoria" TargetMode="External"/><Relationship Id="rId14" Type="http://schemas.openxmlformats.org/officeDocument/2006/relationships/hyperlink" Target="https://about.netflix.com/en/news/netflix-goes-back-to-school-for-reboot-of-iconic-aussie-series-heartbreak" TargetMode="External"/><Relationship Id="rId15" Type="http://schemas.openxmlformats.org/officeDocument/2006/relationships/hyperlink" Target="https://www.hulu.com/series/love-victor-3cb4c446-d459-41a2-97d2-2ea9ed164ab7?entity_id=f90156cf-ed3e-40d2-8bd2-e9d8268a0b34&amp;utm_source=openai" TargetMode="External"/><Relationship Id="rId16" Type="http://schemas.openxmlformats.org/officeDocument/2006/relationships/hyperlink" Target="https://www.netflix.com/title/81340922/?utm_source=openai" TargetMode="External"/><Relationship Id="rId17" Type="http://schemas.openxmlformats.org/officeDocument/2006/relationships/hyperlink" Target="https://about.netflix.com/en/news/netflix-goes-back-to-school-for-reboot-of-iconic-aussie-series-heartbreak?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