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Visit Stories: How a Wensambulance Made One Last Dream Come True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have been moved by a simple, powerful moment: a Wensambulance carried 44-year-old Leeroy onto a Canal Parade boat in Amsterdam so he could celebrate WorldPride. It mattered because it mixed care, visibility and joy , and because Leeroy, a trans man living with terminal cancer, got to be seen as himself.</w:t>
      </w:r>
      <w:r/>
    </w:p>
    <w:p>
      <w:r/>
      <w:r>
        <w:t>Essential Takeaways</w:t>
      </w:r>
      <w:r/>
      <w:r/>
    </w:p>
    <w:p>
      <w:pPr>
        <w:pStyle w:val="ListBullet"/>
        <w:spacing w:line="240" w:lineRule="auto"/>
        <w:ind w:left="720"/>
      </w:pPr>
      <w:r/>
      <w:r>
        <w:rPr>
          <w:b/>
        </w:rPr>
        <w:t>Kind act:</w:t>
      </w:r>
      <w:r>
        <w:t xml:space="preserve"> A Wensambulance transported Leeroy on a brancard to the Canal Parade, making his wish to attend WorldPride happen.</w:t>
      </w:r>
      <w:r/>
    </w:p>
    <w:p>
      <w:pPr>
        <w:pStyle w:val="ListBullet"/>
        <w:spacing w:line="240" w:lineRule="auto"/>
        <w:ind w:left="720"/>
      </w:pPr>
      <w:r/>
      <w:r>
        <w:rPr>
          <w:b/>
        </w:rPr>
        <w:t>Emotional scene:</w:t>
      </w:r>
      <w:r>
        <w:t xml:space="preserve"> Leeroy enjoyed the boat, received air-kisses from ambassadors and spoke with public figures, feeling for a moment free from illness.</w:t>
      </w:r>
      <w:r/>
    </w:p>
    <w:p>
      <w:pPr>
        <w:pStyle w:val="ListBullet"/>
        <w:spacing w:line="240" w:lineRule="auto"/>
        <w:ind w:left="720"/>
      </w:pPr>
      <w:r/>
      <w:r>
        <w:rPr>
          <w:b/>
        </w:rPr>
        <w:t>Identity and activism:</w:t>
      </w:r>
      <w:r>
        <w:t xml:space="preserve"> As a trans man, Leeroy has faced discrimination and death threats, and he’s active with organisations like COC and Regenboog Belang.</w:t>
      </w:r>
      <w:r/>
    </w:p>
    <w:p>
      <w:pPr>
        <w:pStyle w:val="ListBullet"/>
        <w:spacing w:line="240" w:lineRule="auto"/>
        <w:ind w:left="720"/>
      </w:pPr>
      <w:r/>
      <w:r>
        <w:rPr>
          <w:b/>
        </w:rPr>
        <w:t>Passing the torch:</w:t>
      </w:r>
      <w:r>
        <w:t xml:space="preserve"> He’s looking for someone to continue his advocacy work locally while hoping for an end to hate.</w:t>
      </w:r>
      <w:r/>
    </w:p>
    <w:p>
      <w:pPr>
        <w:pStyle w:val="ListBullet"/>
        <w:spacing w:line="240" w:lineRule="auto"/>
        <w:ind w:left="720"/>
      </w:pPr>
      <w:r/>
      <w:r>
        <w:rPr>
          <w:b/>
        </w:rPr>
        <w:t>Care detail:</w:t>
      </w:r>
      <w:r>
        <w:t xml:space="preserve"> Leeroy is treated at UMCG and returned home when health permits, balancing treatments with time spent creating meaning.</w:t>
      </w:r>
      <w:r/>
      <w:r/>
    </w:p>
    <w:p>
      <w:pPr>
        <w:pStyle w:val="Heading2"/>
      </w:pPr>
      <w:r>
        <w:t>A wish fulfilled on the water , vivid, quiet, unforgettable</w:t>
      </w:r>
      <w:r/>
    </w:p>
    <w:p>
      <w:r/>
      <w:r>
        <w:t>There’s something cinematic about being wheeled from a white ambulance onto a colourful Canal Parade boat, the city’s reflections rippling by and the music loud enough to make even a hospital bed feel like a stage. According to local reports, that’s exactly how Leeroy’s morning unfolded, and he later said he could finally celebrate being himself without the constant shadow of illness.</w:t>
      </w:r>
      <w:r/>
    </w:p>
    <w:p>
      <w:r/>
      <w:r>
        <w:t>The story began with a straightforward wish: to experience Pride in person, and in Amsterdam this year that meant WorldPride, a magnet for queer people from across the globe. Organisations that grant final wishes, like the Wensambulance, specialise in turning logistical barriers into human moments, and this was one of those rare, tender successes.</w:t>
      </w:r>
      <w:r/>
    </w:p>
    <w:p>
      <w:pPr>
        <w:pStyle w:val="Heading2"/>
      </w:pPr>
      <w:r>
        <w:t>Why WorldPride made this extra special</w:t>
      </w:r>
      <w:r/>
    </w:p>
    <w:p>
      <w:r/>
      <w:r>
        <w:t>WorldPride brings an intensity that regular Pride weeks don’t always match, drawing international crowds and high-profile ambassadors. Leeroy, who is in trans‑transition and has faced discrimination and even threats because of his identity, said being on a boat during WorldPride was a dream.</w:t>
      </w:r>
      <w:r/>
    </w:p>
    <w:p>
      <w:r/>
      <w:r>
        <w:t>Being seen in that setting had real, practical weight. For someone whose life has been marked by cancer and loss , he lost his partner two years earlier , the parade was not just celebration but a brief, potent reminder of belonging.</w:t>
      </w:r>
      <w:r/>
    </w:p>
    <w:p>
      <w:pPr>
        <w:pStyle w:val="Heading2"/>
      </w:pPr>
      <w:r>
        <w:t>Familiar faces, small kindnesses that mean a lot</w:t>
      </w:r>
      <w:r/>
    </w:p>
    <w:p>
      <w:r/>
      <w:r>
        <w:t>On the boat he met notable Pride ambassadors and performers, and even received air-kisses from public figures, a small sensory detail that made the event feel playful and human. He also chatted with local leaders, including the mayor and a national politician, who asked him about his civic involvement.</w:t>
      </w:r>
      <w:r/>
    </w:p>
    <w:p>
      <w:r/>
      <w:r>
        <w:t>Those encounters underline how visibility at Pride can translate into connection. When politicians and community leaders show up, it signals that the struggles and celebrations of queer people are part of public life , and that matters to someone wanting to be acknowledged as themselves.</w:t>
      </w:r>
      <w:r/>
    </w:p>
    <w:p>
      <w:pPr>
        <w:pStyle w:val="Heading2"/>
      </w:pPr>
      <w:r>
        <w:t>From activism to succession , the work continues</w:t>
      </w:r>
      <w:r/>
    </w:p>
    <w:p>
      <w:r/>
      <w:r>
        <w:t>Leeroy isn’t only a guest at Pride; he’s an activist. He works with groups such as Regenboog Belang and has ties to COC and other anti-discrimination efforts. With his health in mind, he’s now looking to pass on the baton to someone who can continue the local organising he’s been part of.</w:t>
      </w:r>
      <w:r/>
    </w:p>
    <w:p>
      <w:r/>
      <w:r>
        <w:t>That task , finding a successor , is practical advice for anyone doing community work: document what you do, link your contacts, and mentor a volunteer now so the cause doesn’t stall if you can’t continue.</w:t>
      </w:r>
      <w:r/>
    </w:p>
    <w:p>
      <w:pPr>
        <w:pStyle w:val="Heading2"/>
      </w:pPr>
      <w:r>
        <w:t>Care, hope and the small miracles that matter</w:t>
      </w:r>
      <w:r/>
    </w:p>
    <w:p>
      <w:r/>
      <w:r>
        <w:t>Leeroy is under treatment at UMCG and hopes, as many people in similar situations do, for a miracle. But beyond medical hopes, he has also been given a day where illness wasn’t the headline, and that’s a different kind of relief.</w:t>
      </w:r>
      <w:r/>
    </w:p>
    <w:p>
      <w:r/>
      <w:r>
        <w:t>Organisations such as the Wensambulance specialise in these days; according to their mission, they aim to make last wishes possible by handling the logistics and care needs. For families and friends thinking about a similar request, start planning early, communicate medical needs clearly, and involve the treating hospital so the day is both safe and unforgettable.</w:t>
      </w:r>
      <w:r/>
    </w:p>
    <w:p>
      <w:r/>
      <w:r>
        <w:t>It's a small change that can make every celebration feel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https://www.dvhn.nl/regio/groningen/stad/leeroy-44-zijn-laatste-wens-was-om-de-pride-te-bezoeken.-dat-lukte-met-de-wensambulance/159529062.html</w:t>
        </w:r>
      </w:hyperlink>
      <w:r>
        <w:t xml:space="preserve"> - Please view link - unable to able to access data</w:t>
      </w:r>
      <w:r/>
    </w:p>
    <w:p>
      <w:pPr>
        <w:pStyle w:val="ListNumber"/>
        <w:spacing w:line="240" w:lineRule="auto"/>
        <w:ind w:left="720"/>
      </w:pPr>
      <w:r/>
      <w:hyperlink r:id="rId10">
        <w:r>
          <w:rPr>
            <w:color w:val="0000EE"/>
            <w:u w:val="single"/>
          </w:rPr>
          <w:t>https://www.ambulancewens.nl/en/over-ons/</w:t>
        </w:r>
      </w:hyperlink>
      <w:r>
        <w:t xml:space="preserve"> - The Ambulance Wish Foundation, established in 2007, grants final wishes to terminally ill patients across the Netherlands. With a team of over 300 volunteers, including drivers from police, fire departments, and military, as well as nurses and doctors, they fulfil approximately 2,000 wishes annually. Their services are free of charge, aiming to provide patients and their families with cherished memories during the final stages of life. The foundation operates nationwide, ensuring that patients can experience their last wishes, whether it's a visit to a loved one or a special event, with the support of dedicated volunteers.</w:t>
      </w:r>
      <w:r/>
    </w:p>
    <w:p>
      <w:pPr>
        <w:pStyle w:val="ListNumber"/>
        <w:spacing w:line="240" w:lineRule="auto"/>
        <w:ind w:left="720"/>
      </w:pPr>
      <w:r/>
      <w:hyperlink r:id="rId12">
        <w:r>
          <w:rPr>
            <w:color w:val="0000EE"/>
            <w:u w:val="single"/>
          </w:rPr>
          <w:t>https://pride.amsterdam/en/ambassadors/ellie-lust/</w:t>
        </w:r>
      </w:hyperlink>
      <w:r>
        <w:t xml:space="preserve"> - Ellie Lust, a former police officer and TV presenter, serves as an ambassador for Pride Amsterdam. Known for her role in the TV programme 'Opsporing Verzocht', she co-founded the police network 'Roze in Blauw' to combat violence targeting the LGBTQ+ community. After leaving the police in 2018, she became a freelance programme maker. Lust advocates for freedom and self-expression, encouraging individuals to embrace their true selves without limitations. She believes that life becomes more fulfilling when one accepts their identity and hopes to inspire others to do the same.</w:t>
      </w:r>
      <w:r/>
    </w:p>
    <w:p>
      <w:pPr>
        <w:pStyle w:val="ListNumber"/>
        <w:spacing w:line="240" w:lineRule="auto"/>
        <w:ind w:left="720"/>
      </w:pPr>
      <w:r/>
      <w:hyperlink r:id="rId14">
        <w:r>
          <w:rPr>
            <w:color w:val="0000EE"/>
            <w:u w:val="single"/>
          </w:rPr>
          <w:t>https://pride.amsterdam/en/ambassadors/sjors-van-der-panne/</w:t>
        </w:r>
      </w:hyperlink>
      <w:r>
        <w:t xml:space="preserve"> - Sjors van der Panne, a Dutch singer, is an ambassador for Pride Amsterdam. He gained wider recognition in 2014 after participating in 'The Voice of Holland', where he finished second. In the same year, he co-opened the 'Arts &amp; Culture Pride' at the Van Gogh Museum with Liesbeth List. Van der Panne emphasises the importance of connection and unity, stating that in current times, it's crucial to connect with others, especially within the LGBTQ+ community, but also with everyone one encounters. He believes that Pride Amsterdam represents freedom and self-expression.</w:t>
      </w:r>
      <w:r/>
    </w:p>
    <w:p>
      <w:pPr>
        <w:pStyle w:val="ListNumber"/>
        <w:spacing w:line="240" w:lineRule="auto"/>
        <w:ind w:left="720"/>
      </w:pPr>
      <w:r/>
      <w:hyperlink r:id="rId13">
        <w:r>
          <w:rPr>
            <w:color w:val="0000EE"/>
            <w:u w:val="single"/>
          </w:rPr>
          <w:t>https://pride.amsterdam/en/ambassadors/siep-de-haan/</w:t>
        </w:r>
      </w:hyperlink>
      <w:r>
        <w:t xml:space="preserve"> - Siep de Haan, organiser of the Amsterdam Gay Pride from 1996 to 2005, is an ambassador for Pride Amsterdam. He organised the first Amsterdam Canal Parade in 1996, which was broadcast by CNN worldwide. In March that year, he was awarded the Andreas Medal by the Mayor of Amsterdam for his contributions to the city's public profile and the gay rights movement. In 2014, a collaboration between the Andreas Culture Fund and the Amsterdam Gay Pride foundation began to strengthen the cultural programme and support young gay artists and creative projects.</w:t>
      </w:r>
      <w:r/>
    </w:p>
    <w:p>
      <w:pPr>
        <w:pStyle w:val="ListNumber"/>
        <w:spacing w:line="240" w:lineRule="auto"/>
        <w:ind w:left="720"/>
      </w:pPr>
      <w:r/>
      <w:hyperlink r:id="rId11">
        <w:r>
          <w:rPr>
            <w:color w:val="0000EE"/>
            <w:u w:val="single"/>
          </w:rPr>
          <w:t>https://walkofpride.amsterdam/en/</w:t>
        </w:r>
      </w:hyperlink>
      <w:r>
        <w:t xml:space="preserve"> - Walk of Pride Amsterdam is an initiative by IHLIA LGBTI Heritage, Homomonument, and Stichting GALA. The event aims to celebrate and promote LGBTQ+ rights and visibility in Amsterdam. It serves as a platform for the community to come together, share experiences, and advocate for equal rights. The Walk of Pride is part of the broader Pride Amsterdam festivities, contributing to the city's rich tradition of LGBTQ+ activism and celebration. The initiative underscores the importance of unity and visibility for the LGBTQ+ community in Amsterdam.</w:t>
      </w:r>
      <w:r/>
    </w:p>
    <w:p>
      <w:pPr>
        <w:pStyle w:val="ListNumber"/>
        <w:spacing w:line="240" w:lineRule="auto"/>
        <w:ind w:left="720"/>
      </w:pPr>
      <w:r/>
      <w:hyperlink r:id="rId15">
        <w:r>
          <w:rPr>
            <w:color w:val="0000EE"/>
            <w:u w:val="single"/>
          </w:rPr>
          <w:t>https://various-voices.be/choir/manoeuvre-gay-mens-chorus-amsterdam/</w:t>
        </w:r>
      </w:hyperlink>
      <w:r>
        <w:t xml:space="preserve"> - Manoeuvre, Gay Men's Chorus Amsterdam, is a vibrant presence in the city's choral scene and the global LGBTQ+ community. Founded in 1992, the choir brings joy, pride, and harmony with 60 male voices strong. They perform at Pride and Queer events throughout the Netherlands and at international festivals, including appearances in Munich, Dublin, Cologne, Paris, and Milan. At home in Amsterdam, they've graced iconic stages like Paradiso, Carré, and the Concertgebouw, singing with pride, passion, and flair. Their repertoire spans classical, pop, musical, and seasonal songs in many languages.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vhn.nl/regio/groningen/stad/leeroy-44-zijn-laatste-wens-was-om-de-pride-te-bezoeken.-dat-lukte-met-de-wensambulance/159529062.html" TargetMode="External"/><Relationship Id="rId10" Type="http://schemas.openxmlformats.org/officeDocument/2006/relationships/hyperlink" Target="https://www.ambulancewens.nl/en/over-ons/" TargetMode="External"/><Relationship Id="rId11" Type="http://schemas.openxmlformats.org/officeDocument/2006/relationships/hyperlink" Target="https://walkofpride.amsterdam/en/" TargetMode="External"/><Relationship Id="rId12" Type="http://schemas.openxmlformats.org/officeDocument/2006/relationships/hyperlink" Target="https://pride.amsterdam/en/ambassadors/ellie-lust/" TargetMode="External"/><Relationship Id="rId13" Type="http://schemas.openxmlformats.org/officeDocument/2006/relationships/hyperlink" Target="https://pride.amsterdam/en/ambassadors/siep-de-haan/" TargetMode="External"/><Relationship Id="rId14" Type="http://schemas.openxmlformats.org/officeDocument/2006/relationships/hyperlink" Target="https://pride.amsterdam/en/ambassadors/sjors-van-der-panne/" TargetMode="External"/><Relationship Id="rId15" Type="http://schemas.openxmlformats.org/officeDocument/2006/relationships/hyperlink" Target="https://various-voices.be/choir/manoeuvre-gay-mens-chorus-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