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2026 Guide: What to Expect, Stay Safe, and Join the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joy and solidarity are heading to Prague this week as Prague Pride kicks off , nearly 200 events across the city under the theme “Times Are Changing”. The festival runs Monday to Sunday, culminates in a Saturday rainbow march expected to draw some 50,000 people, and comes with stepped-up security after recent attacks abroad.</w:t>
      </w:r>
      <w:r/>
    </w:p>
    <w:p>
      <w:r/>
      <w:r>
        <w:t>Essential Takeaways</w:t>
      </w:r>
      <w:r/>
      <w:r/>
    </w:p>
    <w:p>
      <w:pPr>
        <w:pStyle w:val="ListBullet"/>
        <w:spacing w:line="240" w:lineRule="auto"/>
        <w:ind w:left="720"/>
      </w:pPr>
      <w:r/>
      <w:r>
        <w:rPr>
          <w:b/>
        </w:rPr>
        <w:t>Big week:</w:t>
      </w:r>
      <w:r>
        <w:t xml:space="preserve"> Almost 200 events from Monday to Sunday, mixing big stages with intimate community meet-ups.</w:t>
      </w:r>
      <w:r/>
    </w:p>
    <w:p>
      <w:pPr>
        <w:pStyle w:val="ListBullet"/>
        <w:spacing w:line="240" w:lineRule="auto"/>
        <w:ind w:left="720"/>
      </w:pPr>
      <w:r/>
      <w:r>
        <w:rPr>
          <w:b/>
        </w:rPr>
        <w:t>Parade scale:</w:t>
      </w:r>
      <w:r>
        <w:t xml:space="preserve"> Organisers notified Prague city hall they expect about 50,000 people at the Saturday march.</w:t>
      </w:r>
      <w:r/>
    </w:p>
    <w:p>
      <w:pPr>
        <w:pStyle w:val="ListBullet"/>
        <w:spacing w:line="240" w:lineRule="auto"/>
        <w:ind w:left="720"/>
      </w:pPr>
      <w:r/>
      <w:r>
        <w:rPr>
          <w:b/>
        </w:rPr>
        <w:t>Safety first:</w:t>
      </w:r>
      <w:r>
        <w:t xml:space="preserve"> Enhanced security measures are in place; attendees should expect bag checks and controlled entry.</w:t>
      </w:r>
      <w:r/>
    </w:p>
    <w:p>
      <w:pPr>
        <w:pStyle w:val="ListBullet"/>
        <w:spacing w:line="240" w:lineRule="auto"/>
        <w:ind w:left="720"/>
      </w:pPr>
      <w:r/>
      <w:r>
        <w:rPr>
          <w:b/>
        </w:rPr>
        <w:t>Community focus:</w:t>
      </w:r>
      <w:r>
        <w:t xml:space="preserve"> Programme emphasises smaller gatherings , picnics, board games, workshops and support groups.</w:t>
      </w:r>
      <w:r/>
    </w:p>
    <w:p>
      <w:pPr>
        <w:pStyle w:val="ListBullet"/>
        <w:spacing w:line="240" w:lineRule="auto"/>
        <w:ind w:left="720"/>
      </w:pPr>
      <w:r/>
      <w:r>
        <w:rPr>
          <w:b/>
        </w:rPr>
        <w:t>Cultural highlights:</w:t>
      </w:r>
      <w:r>
        <w:t xml:space="preserve"> Drag shows, film screenings (including Chica Checa), and five stages of entertainment on Štvanice island.</w:t>
      </w:r>
      <w:r/>
      <w:r/>
    </w:p>
    <w:p>
      <w:pPr>
        <w:pStyle w:val="Heading2"/>
      </w:pPr>
      <w:r>
        <w:t>Opening note: A loud, colourful week with a cautious undertone</w:t>
      </w:r>
      <w:r/>
    </w:p>
    <w:p>
      <w:r/>
      <w:r>
        <w:t>Prague Pride returns for its 16th year with a bright, buzzy atmosphere and the unmistakable scent of festival food and rainbow flags in the air. Organisers have chosen the theme “Times Are Changing” to reflect shifting public moods and rising concerns about hate-driven violence. According to the festival, that’s why safety is being prioritised this year.</w:t>
      </w:r>
      <w:r/>
    </w:p>
    <w:p>
      <w:r/>
      <w:r>
        <w:t>The practical side is visible from the start; attendees will pass security checks at the opening evening on Střelecký ostrov and at many venues throughout the week. It's a reminder that pride celebrations across Europe have had to adapt after recent attacks.</w:t>
      </w:r>
      <w:r/>
    </w:p>
    <w:p>
      <w:pPr>
        <w:pStyle w:val="Heading2"/>
      </w:pPr>
      <w:r>
        <w:t>What’s on: Nearly 200 events, from drag to support groups</w:t>
      </w:r>
      <w:r/>
    </w:p>
    <w:p>
      <w:r/>
      <w:r>
        <w:t>Expect variety rather than one-size-fits-all programming. There are headline drag performances , including Chi Chi Tornado and Jan Cina’s drag persona , alongside the premiere of the new film Chica Checa. But the festival also leans into smaller gatherings: picnics, craft workshops, board-game meet-ups and emotional support groups.</w:t>
      </w:r>
      <w:r/>
    </w:p>
    <w:p>
      <w:r/>
      <w:r>
        <w:t>That shift from mass spectacle to community-focused activities reflects a broader trend in pride programming across Europe. If you want a quieter experience, look for the community events listed on the festival website and plan ahead , many are limited in size and fill up quickly.</w:t>
      </w:r>
      <w:r/>
    </w:p>
    <w:p>
      <w:pPr>
        <w:pStyle w:val="Heading2"/>
      </w:pPr>
      <w:r>
        <w:t>The parade: route, rituals and what organisers ask of you</w:t>
      </w:r>
      <w:r/>
    </w:p>
    <w:p>
      <w:r/>
      <w:r>
        <w:t>The main rainbow march sets off from Wenceslas Square at midday on Saturday, with a minute’s silence planned to honour victims of recent hate attacks abroad. The procession will pass Republic Square and Old Town Square, continue down Pařížská to the river, and finish with a full afternoon and evening programme on Štvanice island across five stages.</w:t>
      </w:r>
      <w:r/>
    </w:p>
    <w:p>
      <w:r/>
      <w:r>
        <w:t>Organisers have told the city they expect around 50,000 marchers, so arrive early if you want a comfortable spot. Bring a reusable water bottle, wear comfortable shoes, and agree on a meeting point with friends in case your phone dies in the crowd.</w:t>
      </w:r>
      <w:r/>
    </w:p>
    <w:p>
      <w:pPr>
        <w:pStyle w:val="Heading2"/>
      </w:pPr>
      <w:r>
        <w:t>Safety and logistics: what to expect and how to prepare</w:t>
      </w:r>
      <w:r/>
    </w:p>
    <w:p>
      <w:r/>
      <w:r>
        <w:t>This year’s festival materials and practical pages stress cooperation with police and tighter security checks. Bags may be searched and access to certain sites controlled; there’ll be visible security personnel and first-aid points across festival sites.</w:t>
      </w:r>
      <w:r/>
    </w:p>
    <w:p>
      <w:r/>
      <w:r>
        <w:t>If you’re attending: carry ID, keep valuables minimal, note the location of help points and download any official festival safety guidance before you go. Festival organisers advise respect for fellow attendees and remind everyone that dignity and safety are the point of the week.</w:t>
      </w:r>
      <w:r/>
    </w:p>
    <w:p>
      <w:pPr>
        <w:pStyle w:val="Heading2"/>
      </w:pPr>
      <w:r>
        <w:t>Politics, memory and public support , why this still matters</w:t>
      </w:r>
      <w:r/>
    </w:p>
    <w:p>
      <w:r/>
      <w:r>
        <w:t>Prague Pride began as a flashpoint back in 2011, drawing vigorous protests, and the political landscape around LGBT+ rights has evolved since. This year, several opposition parties and municipal leaders have lent visible support and will join the march, alongside international diplomats.</w:t>
      </w:r>
      <w:r/>
    </w:p>
    <w:p>
      <w:r/>
      <w:r>
        <w:t>The festival’s theme highlights that public attitudes and risks are shifting. For many participants, pride remains both a celebration and a public statement: an insistence on the right to live freely without fear. That blend of joy and seriousness is part of the event’s power.</w:t>
      </w:r>
      <w:r/>
    </w:p>
    <w:p>
      <w:r/>
      <w:r>
        <w:t>It's a small change that can make every march and meeting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[6]</w:t>
        </w:r>
      </w:hyperlink>
      <w:r>
        <w:t xml:space="preserve">- Paragraph 3: </w:t>
      </w:r>
      <w:hyperlink r:id="rId12">
        <w:r>
          <w:rPr>
            <w:color w:val="0000EE"/>
            <w:u w:val="single"/>
          </w:rPr>
          <w:t>[3]</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https://www.blesk.cz/clanek/regiony-praha-praha-zpravy/845254/zacina-prague-pride-2026-festival-nabidne-takrka-200-akci-na-pruvod-dorazi-50-tisic-lidi.html</w:t>
        </w:r>
      </w:hyperlink>
      <w:r>
        <w:t xml:space="preserve"> - Please view link - unable to able to access data</w:t>
      </w:r>
      <w:r/>
    </w:p>
    <w:p>
      <w:pPr>
        <w:pStyle w:val="ListNumber"/>
        <w:spacing w:line="240" w:lineRule="auto"/>
        <w:ind w:left="720"/>
      </w:pPr>
      <w:r/>
      <w:hyperlink r:id="rId10">
        <w:r>
          <w:rPr>
            <w:color w:val="0000EE"/>
            <w:u w:val="single"/>
          </w:rPr>
          <w:t>https://festival.praguepride.com/en/practical-info/safety-at-the-festival/</w:t>
        </w:r>
      </w:hyperlink>
      <w:r>
        <w:t xml:space="preserve"> - The Prague Pride Festival prioritises safety by collaborating with police, security agencies, and public health offices to ensure a secure environment for all attendees. The festival's safety guidelines include respecting others' sexual orientation and gender identity, avoiding hate speech, and adhering to specific rules such as prohibiting weapons and glass bottles. Attendees are encouraged to report any incidents of hate crime to the police or the organising team to maintain a welcoming atmosphere.</w:t>
      </w:r>
      <w:r/>
    </w:p>
    <w:p>
      <w:pPr>
        <w:pStyle w:val="ListNumber"/>
        <w:spacing w:line="240" w:lineRule="auto"/>
        <w:ind w:left="720"/>
      </w:pPr>
      <w:r/>
      <w:hyperlink r:id="rId12">
        <w:r>
          <w:rPr>
            <w:color w:val="0000EE"/>
            <w:u w:val="single"/>
          </w:rPr>
          <w:t>https://www.praguepride.com/festival-prague-pride/</w:t>
        </w:r>
      </w:hyperlink>
      <w:r>
        <w:t xml:space="preserve"> - The Prague Pride Festival, established in 2011, is a human rights festival aiming to change the status of LGBT+ individuals. The 2026 festival is scheduled from August 3 to 9, featuring nearly 200 events, including lectures, discussions, film screenings, and performances. The highlight is the Pride Parade on Saturday, August 8, 2026, starting from Wenceslas Square and proceeding to Štvanice Island, where Pride Park will take place.</w:t>
      </w:r>
      <w:r/>
    </w:p>
    <w:p>
      <w:pPr>
        <w:pStyle w:val="ListNumber"/>
        <w:spacing w:line="240" w:lineRule="auto"/>
        <w:ind w:left="720"/>
      </w:pPr>
      <w:r/>
      <w:hyperlink r:id="rId11">
        <w:r>
          <w:rPr>
            <w:color w:val="0000EE"/>
            <w:u w:val="single"/>
          </w:rPr>
          <w:t>https://festival.praguepride.com/en/prague-pride-festival-se-meni-spolu-s-dobou-letos-stavi-na-bezpeci-sile-komunit-i-odvaze-byt-videt/</w:t>
        </w:r>
      </w:hyperlink>
      <w:r>
        <w:t xml:space="preserve"> - The 2026 Prague Pride Festival, themed 'Times Are Changing,' focuses on safety, community strength, and the courage to be visible. The festival offers a rich cultural programme, opportunities for socialising, discussions, self-development, and education. The organisers aim to address societal changes and concerns about increasing hatred, while also highlighting opportunities for positive change. The complete programme is available on the Prague Pride Festival website.</w:t>
      </w:r>
      <w:r/>
    </w:p>
    <w:p>
      <w:pPr>
        <w:pStyle w:val="ListNumber"/>
        <w:spacing w:line="240" w:lineRule="auto"/>
        <w:ind w:left="720"/>
      </w:pPr>
      <w:r/>
      <w:hyperlink r:id="rId13">
        <w:r>
          <w:rPr>
            <w:color w:val="0000EE"/>
            <w:u w:val="single"/>
          </w:rPr>
          <w:t>https://prague.eu/en/akce/prague-pride/</w:t>
        </w:r>
      </w:hyperlink>
      <w:r>
        <w:t xml:space="preserve"> - The 16th edition of the Prague Pride LGBT+ festival is scheduled from August 3 to 9, 2026, under the theme 'Times Are Changing.' The festival will feature a wide range of cultural and social events, public discussions, debates, sporting and spiritual gatherings, and will welcome international guests. The highlight is the Rainbow Parade on Saturday, August 8, 2026, which will follow a modified route through the historic centre and end on Štvanice Island, where Pride Park will take place.</w:t>
      </w:r>
      <w:r/>
    </w:p>
    <w:p>
      <w:pPr>
        <w:pStyle w:val="ListNumber"/>
        <w:spacing w:line="240" w:lineRule="auto"/>
        <w:ind w:left="720"/>
      </w:pPr>
      <w:r/>
      <w:hyperlink r:id="rId10">
        <w:r>
          <w:rPr>
            <w:color w:val="0000EE"/>
            <w:u w:val="single"/>
          </w:rPr>
          <w:t>https://festival.praguepride.com/en/practical-info/safety-at-the-festival/</w:t>
        </w:r>
      </w:hyperlink>
      <w:r>
        <w:t xml:space="preserve"> - The Prague Pride Festival prioritises safety by collaborating with police, security agencies, and public health offices to ensure a secure environment for all attendees. The festival's safety guidelines include respecting others' sexual orientation and gender identity, avoiding hate speech, and adhering to specific rules such as prohibiting weapons and glass bottles. Attendees are encouraged to report any incidents of hate crime to the police or the organising team to maintain a welcoming atmosphere.</w:t>
      </w:r>
      <w:r/>
    </w:p>
    <w:p>
      <w:pPr>
        <w:pStyle w:val="ListNumber"/>
        <w:spacing w:line="240" w:lineRule="auto"/>
        <w:ind w:left="720"/>
      </w:pPr>
      <w:r/>
      <w:hyperlink r:id="rId11">
        <w:r>
          <w:rPr>
            <w:color w:val="0000EE"/>
            <w:u w:val="single"/>
          </w:rPr>
          <w:t>https://festival.praguepride.com/en/prague-pride-festival-se-meni-spolu-s-dobou-letos-stavi-na-bezpeci-sile-komunit-i-odvaze-byt-videt/</w:t>
        </w:r>
      </w:hyperlink>
      <w:r>
        <w:t xml:space="preserve"> - The 2026 Prague Pride Festival, themed 'Times Are Changing,' focuses on safety, community strength, and the courage to be visible. The festival offers a rich cultural programme, opportunities for socialising, discussions, self-development, and education. The organisers aim to address societal changes and concerns about increasing hatred, while also highlighting opportunities for positive change. The complete programme is available on the Prague Pride Festival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lesk.cz/clanek/regiony-praha-praha-zpravy/845254/zacina-prague-pride-2026-festival-nabidne-takrka-200-akci-na-pruvod-dorazi-50-tisic-lidi.html" TargetMode="External"/><Relationship Id="rId10" Type="http://schemas.openxmlformats.org/officeDocument/2006/relationships/hyperlink" Target="https://festival.praguepride.com/en/practical-info/safety-at-the-festival/" TargetMode="External"/><Relationship Id="rId11" Type="http://schemas.openxmlformats.org/officeDocument/2006/relationships/hyperlink" Target="https://festival.praguepride.com/en/prague-pride-festival-se-meni-spolu-s-dobou-letos-stavi-na-bezpeci-sile-komunit-i-odvaze-byt-videt/" TargetMode="External"/><Relationship Id="rId12" Type="http://schemas.openxmlformats.org/officeDocument/2006/relationships/hyperlink" Target="https://www.praguepride.com/festival-prague-pride/" TargetMode="External"/><Relationship Id="rId13" Type="http://schemas.openxmlformats.org/officeDocument/2006/relationships/hyperlink" Target="https://prague.eu/en/akce/prague-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