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POSH PVR Escape 2026: Why Puerto Vallarta Is the LGBT+ Weekend to Watch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sunshine and soundtrack: partygoers flocked to Puerto Vallarta for POSH PVR Escape, a sun-soaked LGBT+ weekend of pool parties, rooftop brunches and a yacht trip that’s becoming a must-book social escape. Here’s what happened, why it matters and how to plan your next Posh getaway.</w:t>
      </w:r>
      <w:r/>
    </w:p>
    <w:p>
      <w:r/>
      <w:r>
        <w:t>Essential Takeaways</w:t>
      </w:r>
      <w:r/>
      <w:r/>
    </w:p>
    <w:p>
      <w:pPr>
        <w:pStyle w:val="ListBullet"/>
        <w:spacing w:line="240" w:lineRule="auto"/>
        <w:ind w:left="720"/>
      </w:pPr>
      <w:r/>
      <w:r>
        <w:rPr>
          <w:b/>
        </w:rPr>
        <w:t>Where it was:</w:t>
      </w:r>
      <w:r>
        <w:t xml:space="preserve"> POSH PVR Escape ran July 24–27 in Puerto Vallarta, centred on Almar LGBT Luxury Resort with events across the city.</w:t>
      </w:r>
      <w:r/>
    </w:p>
    <w:p>
      <w:pPr>
        <w:pStyle w:val="ListBullet"/>
        <w:spacing w:line="240" w:lineRule="auto"/>
        <w:ind w:left="720"/>
      </w:pPr>
      <w:r/>
      <w:r>
        <w:rPr>
          <w:b/>
        </w:rPr>
        <w:t>What to expect:</w:t>
      </w:r>
      <w:r>
        <w:t xml:space="preserve"> Daytime pool parties, rooftop brunches, late-night club nights and a yacht trip , a mix of chill and high-energy programming.</w:t>
      </w:r>
      <w:r/>
    </w:p>
    <w:p>
      <w:pPr>
        <w:pStyle w:val="ListBullet"/>
        <w:spacing w:line="240" w:lineRule="auto"/>
        <w:ind w:left="720"/>
      </w:pPr>
      <w:r/>
      <w:r>
        <w:rPr>
          <w:b/>
        </w:rPr>
        <w:t>Who runs it:</w:t>
      </w:r>
      <w:r>
        <w:t xml:space="preserve"> Exec Eventz (The Exec Group) organises POSH parties and has expanded the brand into a touring series of pop-ups and destination escapes.</w:t>
      </w:r>
      <w:r/>
    </w:p>
    <w:p>
      <w:pPr>
        <w:pStyle w:val="ListBullet"/>
        <w:spacing w:line="240" w:lineRule="auto"/>
        <w:ind w:left="720"/>
      </w:pPr>
      <w:r/>
      <w:r>
        <w:rPr>
          <w:b/>
        </w:rPr>
        <w:t>Feel of the weekend:</w:t>
      </w:r>
      <w:r>
        <w:t xml:space="preserve"> Sun‑soaked, sociable and polished , attendees described a curated, community-focused vibe with brand partnerships and recurring residencies.</w:t>
      </w:r>
      <w:r/>
    </w:p>
    <w:p>
      <w:pPr>
        <w:pStyle w:val="ListBullet"/>
        <w:spacing w:line="240" w:lineRule="auto"/>
        <w:ind w:left="720"/>
      </w:pPr>
      <w:r/>
      <w:r>
        <w:rPr>
          <w:b/>
        </w:rPr>
        <w:t>Practical tip:</w:t>
      </w:r>
      <w:r>
        <w:t xml:space="preserve"> Book early for Almar residencies and rooftop events; POSH often sells early-bird tickets for next year and partners with local venues.</w:t>
      </w:r>
      <w:r/>
      <w:r/>
    </w:p>
    <w:p>
      <w:pPr>
        <w:pStyle w:val="Heading2"/>
      </w:pPr>
      <w:r>
        <w:t>A glossy weekend built around sunshine and social ease</w:t>
      </w:r>
      <w:r/>
    </w:p>
    <w:p>
      <w:r/>
      <w:r>
        <w:t>The strongest impression from POSH PVR Escape is the look and feel: sun, swimming and stylish crowds, with a breezy, polished energy that’s as much about relaxing as it is dancing. Photographs and event recaps show packed pool decks, rooftop brunches with skyline views and a well‑timed mix of daytime lounge and nighttime intensity. If you like your breaks equal parts chill and curated, this weekend delivers.</w:t>
      </w:r>
      <w:r/>
    </w:p>
    <w:p>
      <w:r/>
      <w:r>
        <w:t>Exec Eventz , now trading as The Exec Group in some listings , created POSH as a nightlife and events brand and has steadily grown it into weekend escapes. The Puerto Vallarta edition leans into Almar’s LGBT-focused hospitality while distributing parties across rooftop bars and clubs, which keeps the pace fresh and the social opportunities high.</w:t>
      </w:r>
      <w:r/>
    </w:p>
    <w:p>
      <w:pPr>
        <w:pStyle w:val="Heading2"/>
      </w:pPr>
      <w:r>
        <w:t>How the event grew into a repeat destination</w:t>
      </w:r>
      <w:r/>
    </w:p>
    <w:p>
      <w:r/>
      <w:r>
        <w:t>POSH started with parties in New York and then expanded into a touring model, showing up at Pride festivals, fashion weeks and cultural moments around the world. That backstory explains why POSH PVR isn’t a one-off party but an emerging tradition: organisers have announced multi-year residencies and built programming based on what worked in earlier editions.</w:t>
      </w:r>
      <w:r/>
    </w:p>
    <w:p>
      <w:r/>
      <w:r>
        <w:t>The 2026 outing returned after a successful debut, adding new elements like a yacht trip and expanded rooftop programming. For travellers, that means the brand listens to feedback and iterates , expect more varied activities the next time around and partnerships with brands that want to support LGBT+ spaces.</w:t>
      </w:r>
      <w:r/>
    </w:p>
    <w:p>
      <w:pPr>
        <w:pStyle w:val="Heading2"/>
      </w:pPr>
      <w:r>
        <w:t>Where the parties happened and why location matters</w:t>
      </w:r>
      <w:r/>
    </w:p>
    <w:p>
      <w:r/>
      <w:r>
        <w:t>Most activity clustered at Almar LGBT Luxury Resort, which has become a hub for POSH guests, but organisers also hired local venues for different vibes: rooftop bars for sunsets and brunches, and late‑night clubs for dancing until dawn. That mix gives a weekend variety, so you’re not stuck in one scene.</w:t>
      </w:r>
      <w:r/>
    </w:p>
    <w:p>
      <w:r/>
      <w:r>
        <w:t>Choosing the right base matters , staying at the resort usually keeps you close to the main social pulse, while lodging a little farther away can be quieter and cheaper. If you want to join the impromptu after‑hours scenes, staying near downtown or the Zona Romántica is a smart move.</w:t>
      </w:r>
      <w:r/>
    </w:p>
    <w:p>
      <w:pPr>
        <w:pStyle w:val="Heading2"/>
      </w:pPr>
      <w:r>
        <w:t>Who goes, who sponsors and what the weekend feels like</w:t>
      </w:r>
      <w:r/>
    </w:p>
    <w:p>
      <w:r/>
      <w:r>
        <w:t>Attendees skew towards people who want social connection and a polished festival feel rather than hardcore raving. The crowd is friendly and picture-ready, and sponsors like lifestyle brands show up to amplify the experience. That partnership approach helps fund elevated production and keeps community-focused programming affordable.</w:t>
      </w:r>
      <w:r/>
    </w:p>
    <w:p>
      <w:r/>
      <w:r>
        <w:t>If you’re new to POSH-style escapes, expect a mix of people looking to meet others and to enjoy boutique nightlife. Bring sunscreen and a charger for your phone , there’s a lot of photo‑ops and new friends to exchange numbers with.</w:t>
      </w:r>
      <w:r/>
    </w:p>
    <w:p>
      <w:pPr>
        <w:pStyle w:val="Heading2"/>
      </w:pPr>
      <w:r>
        <w:t>Practical planning: tickets, travel and what to pack</w:t>
      </w:r>
      <w:r/>
    </w:p>
    <w:p>
      <w:r/>
      <w:r>
        <w:t>Tickets and passes can sell fast, especially with early‑bird offers announced in advance, so sign up for organiser newsletters if you want first dibs. Accommodation packages sometimes include event access, so compare buying a full package versus picking tickets à la carte.</w:t>
      </w:r>
      <w:r/>
    </w:p>
    <w:p>
      <w:r/>
      <w:r>
        <w:t>Pack light beachwear, a smarter evening outfit for rooftop bars or clubs, and basic travel supplies like biodegradable sunscreen and a small day bag. Plan for transport between venues: some events are walkable, others benefit from short rideshares.</w:t>
      </w:r>
      <w:r/>
    </w:p>
    <w:p>
      <w:r/>
      <w:r>
        <w:t>It's a small change that can make every POSH weekend feel more effortless and fun.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11">
        <w:r>
          <w:rPr>
            <w:color w:val="0000EE"/>
            <w:u w:val="single"/>
          </w:rPr>
          <w:t>[6]</w:t>
        </w:r>
      </w:hyperlink>
      <w:r>
        <w:t xml:space="preserve">, </w:t>
      </w:r>
      <w:hyperlink r:id="rId12">
        <w:r>
          <w:rPr>
            <w:color w:val="0000EE"/>
            <w:u w:val="single"/>
          </w:rPr>
          <w:t>[7]</w:t>
        </w:r>
      </w:hyperlink>
      <w:r>
        <w:t xml:space="preserve">- Paragraph 3: </w:t>
      </w:r>
      <w:hyperlink r:id="rId10">
        <w:r>
          <w:rPr>
            <w:color w:val="0000EE"/>
            <w:u w:val="single"/>
          </w:rPr>
          <w:t>[3]</w:t>
        </w:r>
      </w:hyperlink>
      <w:r>
        <w:t xml:space="preserve">, </w:t>
      </w:r>
      <w:hyperlink r:id="rId13">
        <w:r>
          <w:rPr>
            <w:color w:val="0000EE"/>
            <w:u w:val="single"/>
          </w:rPr>
          <w:t>[4]</w:t>
        </w:r>
      </w:hyperlink>
      <w:r>
        <w:t xml:space="preserve">- Paragraph 4: </w:t>
      </w:r>
      <w:hyperlink r:id="rId9">
        <w:r>
          <w:rPr>
            <w:color w:val="0000EE"/>
            <w:u w:val="single"/>
          </w:rPr>
          <w:t>[2]</w:t>
        </w:r>
      </w:hyperlink>
      <w:r>
        <w:t xml:space="preserve">, </w:t>
      </w:r>
      <w:hyperlink r:id="rId11">
        <w:r>
          <w:rPr>
            <w:color w:val="0000EE"/>
            <w:u w:val="single"/>
          </w:rPr>
          <w:t>[6]</w:t>
        </w:r>
      </w:hyperlink>
      <w:r>
        <w:t xml:space="preserve">- Paragraph 5: </w:t>
      </w:r>
      <w:hyperlink r:id="rId14">
        <w:r>
          <w:rPr>
            <w:color w:val="0000EE"/>
            <w:u w:val="single"/>
          </w:rPr>
          <w:t>[5]</w:t>
        </w:r>
      </w:hyperlink>
      <w:r>
        <w:t xml:space="preserve">, </w:t>
      </w:r>
      <w:hyperlink r:id="rId10">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https://www.gaycities.com/articles/106546/23-sizzling-photos-from-the-posh-pvr-weekend-in-puerto-vallarta/</w:t>
        </w:r>
      </w:hyperlink>
      <w:r>
        <w:t xml:space="preserve"> - Please view link - unable to able to access data</w:t>
      </w:r>
      <w:r/>
    </w:p>
    <w:p>
      <w:pPr>
        <w:pStyle w:val="ListNumber"/>
        <w:spacing w:line="240" w:lineRule="auto"/>
        <w:ind w:left="720"/>
      </w:pPr>
      <w:r/>
      <w:hyperlink r:id="rId9">
        <w:r>
          <w:rPr>
            <w:color w:val="0000EE"/>
            <w:u w:val="single"/>
          </w:rPr>
          <w:t>https://www.gaycities.com/articles/106546/23-sizzling-photos-from-the-posh-pvr-weekend-in-puerto-vallarta/</w:t>
        </w:r>
      </w:hyperlink>
      <w:r>
        <w:t xml:space="preserve"> - This article showcases 23 vibrant photos from the POSH PVR Escape 2026 event held in Puerto Vallarta, Mexico, from July 24 to 27. Organised by Exec Eventz, the event featured daytime pool parties, nighttime club events, a brunch, and a yacht trip, primarily centred around the Almar Resort. Additional venues included Eden’s rooftop bar, Industry, and Club Jets. The event aimed to provide opportunities for relaxation, enjoyment, and socialising within the LGBTQ+ community.</w:t>
      </w:r>
      <w:r/>
    </w:p>
    <w:p>
      <w:pPr>
        <w:pStyle w:val="ListNumber"/>
        <w:spacing w:line="240" w:lineRule="auto"/>
        <w:ind w:left="720"/>
      </w:pPr>
      <w:r/>
      <w:hyperlink r:id="rId10">
        <w:r>
          <w:rPr>
            <w:color w:val="0000EE"/>
            <w:u w:val="single"/>
          </w:rPr>
          <w:t>https://www.gayemagazine.com/posh-pvr-escape-returns-to-puerto-vallarta-with-an-expanded-lgbt-2026-experience/</w:t>
        </w:r>
      </w:hyperlink>
      <w:r>
        <w:t xml:space="preserve"> - Gaye Magazine reports that POSH PVR Escape 2026 is set to return to Puerto Vallarta with an expanded itinerary, adding an extra day and additional signature events. The event is scheduled for July 24–27, 2026, and aims to offer more time for connection, celebration, and unforgettable moments under the Mexican sun. Early Bird Sale starts on December 1, 2025, running through January 2, 2026, offering a 15% discount on All Access Passes. (</w:t>
      </w:r>
      <w:hyperlink r:id="rId15">
        <w:r>
          <w:rPr>
            <w:color w:val="0000EE"/>
            <w:u w:val="single"/>
          </w:rPr>
          <w:t>gayemagazine.com</w:t>
        </w:r>
      </w:hyperlink>
      <w:r>
        <w:t>)</w:t>
      </w:r>
      <w:r/>
    </w:p>
    <w:p>
      <w:pPr>
        <w:pStyle w:val="ListNumber"/>
        <w:spacing w:line="240" w:lineRule="auto"/>
        <w:ind w:left="720"/>
      </w:pPr>
      <w:r/>
      <w:hyperlink r:id="rId13">
        <w:r>
          <w:rPr>
            <w:color w:val="0000EE"/>
            <w:u w:val="single"/>
          </w:rPr>
          <w:t>https://www.gaycities.com/articles/102807/posh-festival-set-to-return-to-puerto-vallarta-and-early-bird-tickets-are-now-on-sale/</w:t>
        </w:r>
      </w:hyperlink>
      <w:r>
        <w:t xml:space="preserve"> - GayCities announces that the POSH festival is set to return to Puerto Vallarta from July 24 to 27, 2026. Organised by Exec Eventz, the event will feature daytime pool parties, nighttime club events, a brunch, and a yacht trip, primarily centred around the Almar Resort. Additional venues include Eden’s rooftop bar, Industry, and Club Jets. Early Bird tickets are now on sale. (</w:t>
      </w:r>
      <w:hyperlink r:id="rId16">
        <w:r>
          <w:rPr>
            <w:color w:val="0000EE"/>
            <w:u w:val="single"/>
          </w:rPr>
          <w:t>gaycities.com</w:t>
        </w:r>
      </w:hyperlink>
      <w:r>
        <w:t>)</w:t>
      </w:r>
      <w:r/>
    </w:p>
    <w:p>
      <w:pPr>
        <w:pStyle w:val="ListNumber"/>
        <w:spacing w:line="240" w:lineRule="auto"/>
        <w:ind w:left="720"/>
      </w:pPr>
      <w:r/>
      <w:hyperlink r:id="rId14">
        <w:r>
          <w:rPr>
            <w:color w:val="0000EE"/>
            <w:u w:val="single"/>
          </w:rPr>
          <w:t>https://www.gayemagazine.com/posh-takes-lgbtq-nightlife-global-in-2026/</w:t>
        </w:r>
      </w:hyperlink>
      <w:r>
        <w:t xml:space="preserve"> - Gaye Magazine reports that POSH, a global lifestyle and events platform, is expanding its reach in 2026. The POSH PVR Escape, the brand’s only destination getaway, is scheduled for July 24–27, 2026, in Puerto Vallarta, Mexico. The event aims to bring together attendees from around the world for connection, celebration, and cultural exchange. POSH is positioned as an immersive gathering, blending nightlife with community-building and shared ritual. (</w:t>
      </w:r>
      <w:hyperlink r:id="rId17">
        <w:r>
          <w:rPr>
            <w:color w:val="0000EE"/>
            <w:u w:val="single"/>
          </w:rPr>
          <w:t>gayemagazine.com</w:t>
        </w:r>
      </w:hyperlink>
      <w:r>
        <w:t>)</w:t>
      </w:r>
      <w:r/>
    </w:p>
    <w:p>
      <w:pPr>
        <w:pStyle w:val="ListNumber"/>
        <w:spacing w:line="240" w:lineRule="auto"/>
        <w:ind w:left="720"/>
      </w:pPr>
      <w:r/>
      <w:hyperlink r:id="rId11">
        <w:r>
          <w:rPr>
            <w:color w:val="0000EE"/>
            <w:u w:val="single"/>
          </w:rPr>
          <w:t>https://www.theexecgroup.co/posh-pvr-escape</w:t>
        </w:r>
      </w:hyperlink>
      <w:r>
        <w:t xml:space="preserve"> - Exec Group's official page for POSH PVR Escape 2026 outlines the event's offerings, including signature POSH day parties, nightlife takeovers, oceanfront wellness mornings, spa treatments, and modern suites designed for comfort. The event aims to provide a blend of luxury, culture, and connection for LGBTQ+ travelers. (</w:t>
      </w:r>
      <w:hyperlink r:id="rId18">
        <w:r>
          <w:rPr>
            <w:color w:val="0000EE"/>
            <w:u w:val="single"/>
          </w:rPr>
          <w:t>theexecgroup.co</w:t>
        </w:r>
      </w:hyperlink>
      <w:r>
        <w:t>)</w:t>
      </w:r>
      <w:r/>
    </w:p>
    <w:p>
      <w:pPr>
        <w:pStyle w:val="ListNumber"/>
        <w:spacing w:line="240" w:lineRule="auto"/>
        <w:ind w:left="720"/>
      </w:pPr>
      <w:r/>
      <w:hyperlink r:id="rId12">
        <w:r>
          <w:rPr>
            <w:color w:val="0000EE"/>
            <w:u w:val="single"/>
          </w:rPr>
          <w:t>https://www.theexecgroup.co/</w:t>
        </w:r>
      </w:hyperlink>
      <w:r>
        <w:t xml:space="preserve"> - Exec Group is a luxury lifestyle experiential agency that curates events for clients under its parent brand and hosts its own events under the Exec Eventz brand. The agency has organised corporate events for clients like HSBC and entertainment industry events for artists such as Marlon Wayans, Christan Combs, Saint Jhn, and London on da Track. They specialise in birthday celebrations, corporate events, conferences, and product launches. (</w:t>
      </w:r>
      <w:hyperlink r:id="rId19">
        <w:r>
          <w:rPr>
            <w:color w:val="0000EE"/>
            <w:u w:val="single"/>
          </w:rPr>
          <w:t>theexecgroup.co</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gaycities.com/articles/106546/23-sizzling-photos-from-the-posh-pvr-weekend-in-puerto-vallarta/" TargetMode="External"/><Relationship Id="rId10" Type="http://schemas.openxmlformats.org/officeDocument/2006/relationships/hyperlink" Target="https://www.gayemagazine.com/posh-pvr-escape-returns-to-puerto-vallarta-with-an-expanded-lgbt-2026-experience/" TargetMode="External"/><Relationship Id="rId11" Type="http://schemas.openxmlformats.org/officeDocument/2006/relationships/hyperlink" Target="https://www.theexecgroup.co/posh-pvr-escape" TargetMode="External"/><Relationship Id="rId12" Type="http://schemas.openxmlformats.org/officeDocument/2006/relationships/hyperlink" Target="https://www.theexecgroup.co/" TargetMode="External"/><Relationship Id="rId13" Type="http://schemas.openxmlformats.org/officeDocument/2006/relationships/hyperlink" Target="https://www.gaycities.com/articles/102807/posh-festival-set-to-return-to-puerto-vallarta-and-early-bird-tickets-are-now-on-sale/" TargetMode="External"/><Relationship Id="rId14" Type="http://schemas.openxmlformats.org/officeDocument/2006/relationships/hyperlink" Target="https://www.gayemagazine.com/posh-takes-lgbtq-nightlife-global-in-2026/" TargetMode="External"/><Relationship Id="rId15" Type="http://schemas.openxmlformats.org/officeDocument/2006/relationships/hyperlink" Target="https://www.gayemagazine.com/posh-pvr-escape-returns-to-puerto-vallarta-with-an-expanded-lgbt-2026-experience/?utm_source=openai" TargetMode="External"/><Relationship Id="rId16" Type="http://schemas.openxmlformats.org/officeDocument/2006/relationships/hyperlink" Target="https://www.gaycities.com/articles/102807/posh-festival-set-to-return-to-puerto-vallarta-and-early-bird-tickets-are-now-on-sale/?utm_source=openai" TargetMode="External"/><Relationship Id="rId17" Type="http://schemas.openxmlformats.org/officeDocument/2006/relationships/hyperlink" Target="https://www.gayemagazine.com/posh-takes-lgbtq-nightlife-global-in-2026/?utm_source=openai" TargetMode="External"/><Relationship Id="rId18" Type="http://schemas.openxmlformats.org/officeDocument/2006/relationships/hyperlink" Target="https://www.theexecgroup.co/posh-pvr-escape?utm_source=openai" TargetMode="External"/><Relationship Id="rId19" Type="http://schemas.openxmlformats.org/officeDocument/2006/relationships/hyperlink" Target="https://www.theexecgroup.co/?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