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to Find Queer Community in Pittsburgh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summer’s slow-sink into autumn by discovering the queer places and moments that make Pittsburgh feel like home , from a 31-year tradition of Black joy to a cosy, alcohol-free lounge where you can stay late without buying a drink. These spaces matter because they make room for everyone.</w:t>
      </w:r>
      <w:r/>
    </w:p>
    <w:p>
      <w:r/>
      <w:r>
        <w:t>Essential Takeaways</w:t>
      </w:r>
      <w:r/>
      <w:r/>
    </w:p>
    <w:p>
      <w:pPr>
        <w:pStyle w:val="ListBullet"/>
        <w:spacing w:line="240" w:lineRule="auto"/>
        <w:ind w:left="720"/>
      </w:pPr>
      <w:r/>
      <w:r>
        <w:rPr>
          <w:b/>
        </w:rPr>
        <w:t>Pittsburgh Black Pride:</w:t>
      </w:r>
      <w:r>
        <w:t xml:space="preserve"> A 31-year legacy offering multi-day celebrations of Black LGBTQ+ culture, wellness, and advocacy.</w:t>
      </w:r>
      <w:r/>
    </w:p>
    <w:p>
      <w:pPr>
        <w:pStyle w:val="ListBullet"/>
        <w:spacing w:line="240" w:lineRule="auto"/>
        <w:ind w:left="720"/>
      </w:pPr>
      <w:r/>
      <w:r>
        <w:rPr>
          <w:b/>
        </w:rPr>
        <w:t>Nightshade Lounge:</w:t>
      </w:r>
      <w:r>
        <w:t xml:space="preserve"> A new Dormont-based, alcohol-free community hub with food pantry, clothing closet, and late-night drop-in hours.</w:t>
      </w:r>
      <w:r/>
    </w:p>
    <w:p>
      <w:pPr>
        <w:pStyle w:val="ListBullet"/>
        <w:spacing w:line="240" w:lineRule="auto"/>
        <w:ind w:left="720"/>
      </w:pPr>
      <w:r/>
      <w:r>
        <w:rPr>
          <w:b/>
        </w:rPr>
        <w:t>Diverse programming:</w:t>
      </w:r>
      <w:r>
        <w:t xml:space="preserve"> Expect culture nights, craft events, resource hubs, and performances that centre inclusion and intergenerational connection.</w:t>
      </w:r>
      <w:r/>
    </w:p>
    <w:p>
      <w:pPr>
        <w:pStyle w:val="ListBullet"/>
        <w:spacing w:line="240" w:lineRule="auto"/>
        <w:ind w:left="720"/>
      </w:pPr>
      <w:r/>
      <w:r>
        <w:rPr>
          <w:b/>
        </w:rPr>
        <w:t>Comfort-first spaces:</w:t>
      </w:r>
      <w:r>
        <w:t xml:space="preserve"> Many venues emphasise accessibility, quiet corners, and sober options , great if you’re neurodivergent, non-drinking, or on a budget.</w:t>
      </w:r>
      <w:r/>
      <w:r/>
    </w:p>
    <w:p>
      <w:pPr>
        <w:pStyle w:val="Heading2"/>
      </w:pPr>
      <w:r>
        <w:t>Why Pittsburgh Black Pride still feels essential</w:t>
      </w:r>
      <w:r/>
    </w:p>
    <w:p>
      <w:r/>
      <w:r>
        <w:t>Pittsburgh Black Pride has been bringing people together for more than three decades, and you can feel that lineage in every event , the music, the shared stories, the mix of elders and young people swapping tips and laughter. According to its organisers, the festival wraps culture, wellness, advocacy and celebration into a weekend that’s both political and joyful. For queer Black residents, it’s a rare space where identity, history and community needs are centre stage.</w:t>
      </w:r>
      <w:r/>
    </w:p>
    <w:p>
      <w:r/>
      <w:r>
        <w:t>Over the years the event has shifted from a single gathering to a full programme designed to uplift and connect. That’s part of a wider trend: Pride programming that goes beyond parades to offer year-round services and support. If you’re planning to go, look for workshops and wellness sessions as well as performances , they’re often the most meaningful parts.</w:t>
      </w:r>
      <w:r/>
    </w:p>
    <w:p>
      <w:pPr>
        <w:pStyle w:val="Heading2"/>
      </w:pPr>
      <w:r>
        <w:t>Nightshade Lounge: what it is and why it matters</w:t>
      </w:r>
      <w:r/>
    </w:p>
    <w:p>
      <w:r/>
      <w:r>
        <w:t>Nightshade Lounge in Dormont is a welcome answer to a familiar gap: an evening queer space that doesn’t require a drink. Quiet lamps, a warm cup of tea and volunteers ready to chat are the point, not the bar tab. It’s also a practical resource , think food pantry and clothing closet , run by people who want a low-pressure place for folks to land.</w:t>
      </w:r>
      <w:r/>
    </w:p>
    <w:p>
      <w:r/>
      <w:r>
        <w:t>This matters because not everyone wants or can participate in nightlife centred on alcohol. Sober spaces open the door to young people, those in recovery, and people who need quiet or sensory-friendly environments. If you value calm company, late hours and free resources, Nightshade is worth a visit.</w:t>
      </w:r>
      <w:r/>
    </w:p>
    <w:p>
      <w:pPr>
        <w:pStyle w:val="Heading2"/>
      </w:pPr>
      <w:r>
        <w:t>Where to find more queer nights and creative programming</w:t>
      </w:r>
      <w:r/>
    </w:p>
    <w:p>
      <w:r/>
      <w:r>
        <w:t>Pittsburgh’s queer scene isn’t just big events and new lounges; it’s a patchwork of craft nights, live shows and themed meet-ups. Local listings show everything from Afrofuturism craft nights to video lounges and queer jams that mix music, DIY art and conversation. These smaller gatherings often offer the best chance to meet new people in a relaxed way.</w:t>
      </w:r>
      <w:r/>
    </w:p>
    <w:p>
      <w:r/>
      <w:r>
        <w:t>If you want variety, look for pop-up events and community-run nights. They’re typically cheap or free, and you’ll find a friendlier vibe than some mainstream venues. Bring a project, a snack, or simply your curiosity , these are the places where communities get stitched together.</w:t>
      </w:r>
      <w:r/>
    </w:p>
    <w:p>
      <w:pPr>
        <w:pStyle w:val="Heading2"/>
      </w:pPr>
      <w:r>
        <w:t>Practical tips for choosing the right queer space this month</w:t>
      </w:r>
      <w:r/>
    </w:p>
    <w:p>
      <w:r/>
      <w:r>
        <w:t>Think about what you actually want: noise or quiet, late hours or an afternoon meet-up, alcohol or sober options. Check accessibility info and whether organisers provide sensory-friendly areas or volunteer support. If transport’s a concern, map routes and bus schedules ahead of time; many community spaces partner with local services to help reach those who need it.</w:t>
      </w:r>
      <w:r/>
    </w:p>
    <w:p>
      <w:r/>
      <w:r>
        <w:t>And don’t be shy about emailing organisers. Most hosts welcome questions about safety, inclusivity, and what to expect. Showing up prepared , comfy shoes, a reusable mug, or a small donation , makes the evening smoother and helps these grassroots spaces keep going.</w:t>
      </w:r>
      <w:r/>
    </w:p>
    <w:p>
      <w:pPr>
        <w:pStyle w:val="Heading2"/>
      </w:pPr>
      <w:r>
        <w:t>Looking ahead: how these spaces shape community year-round</w:t>
      </w:r>
      <w:r/>
    </w:p>
    <w:p>
      <w:r/>
      <w:r>
        <w:t>Spaces like Pittsburgh Black Pride and Nightshade Lounge point to a larger shift: queer community is becoming more intentionally diverse in form and access. Organisers are thinking beyond a single Pride month, building programs and services that last. That steady work means the community will still be there when summer fades and the calendar turns.</w:t>
      </w:r>
      <w:r/>
    </w:p>
    <w:p>
      <w:r/>
      <w:r>
        <w:t>If more of us support these projects , by volunteering, donating, or simply turning up , the next generation will inherit a city with more room to belong. It’s the small, steady choices that build a home.</w:t>
      </w:r>
      <w:r/>
    </w:p>
    <w:p>
      <w:r/>
      <w:r>
        <w:t>It's a small change that can make every gathering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https://qburgh.com/slay-weekly-august-3-2026/</w:t>
        </w:r>
      </w:hyperlink>
      <w:r>
        <w:t xml:space="preserve"> - Please view link - unable to able to access data</w:t>
      </w:r>
      <w:r/>
    </w:p>
    <w:p>
      <w:pPr>
        <w:pStyle w:val="ListNumber"/>
        <w:spacing w:line="240" w:lineRule="auto"/>
        <w:ind w:left="720"/>
      </w:pPr>
      <w:r/>
      <w:hyperlink r:id="rId10">
        <w:r>
          <w:rPr>
            <w:color w:val="0000EE"/>
            <w:u w:val="single"/>
          </w:rPr>
          <w:t>https://www.pghblackpride.org/</w:t>
        </w:r>
      </w:hyperlink>
      <w:r>
        <w:t xml:space="preserve"> - Pittsburgh Black Pride is a community-based organisation dedicated to uplifting and supporting Black LGBTQIA+ individuals and families in Pittsburgh and throughout Southwestern Pennsylvania. Since 1995, they have provided safe, affirming spaces that foster community connections and cultural activities. As one of the oldest Black Pride celebrations in the United States, their annual week-long event features a variety of cultural activities, social gatherings, and health education designed to celebrate resilience and address the unique needs of the community. Their mission is to empower individuals and strengthen connections while honouring the contributions of Black LGBTQIA+ communities.</w:t>
      </w:r>
      <w:r/>
    </w:p>
    <w:p>
      <w:pPr>
        <w:pStyle w:val="ListNumber"/>
        <w:spacing w:line="240" w:lineRule="auto"/>
        <w:ind w:left="720"/>
      </w:pPr>
      <w:r/>
      <w:hyperlink r:id="rId12">
        <w:r>
          <w:rPr>
            <w:color w:val="0000EE"/>
            <w:u w:val="single"/>
          </w:rPr>
          <w:t>https://www.corner.inc/place/pSF2zcAt5LAK</w:t>
        </w:r>
      </w:hyperlink>
      <w:r>
        <w:t xml:space="preserve"> - The Soft Spot Coffee is a queer community café located at 5407 Penn Ave, Pittsburgh, in the Garfield neighbourhood. The café offers a welcoming environment with disco balls, local art, and hosts delightfully goofy lesbian community events. It serves lavender vanilla lattes alongside a curated selection of queer books and educational resources. The space includes a stage for local performances and walls adorned with Pittsburgh queer art. The café is popular among locals seeking a sober social space and those looking to make genuine connections.</w:t>
      </w:r>
      <w:r/>
    </w:p>
    <w:p>
      <w:pPr>
        <w:pStyle w:val="ListNumber"/>
        <w:spacing w:line="240" w:lineRule="auto"/>
        <w:ind w:left="720"/>
      </w:pPr>
      <w:r/>
      <w:hyperlink r:id="rId11">
        <w:r>
          <w:rPr>
            <w:color w:val="0000EE"/>
            <w:u w:val="single"/>
          </w:rPr>
          <w:t>https://www.sportspittsburgh.com/events/queer-craft-night-afrofuturism/</w:t>
        </w:r>
      </w:hyperlink>
      <w:r>
        <w:t xml:space="preserve"> - Queer Craft Night: Afrofuturism is an event organised by Assemble, a community space in Pittsburgh, held on June 20, 2025. The event is part of Assemble's monthly program, Queer Craft Nights, designed as a safe space for queer and queer-identifying community members to co-create, collaborate, and celebrate. Attendees have access to various craft supplies and the expertise of Assemble's staff. The event is open to people of all gender identities and sexual orientations, including cisgender and cis-heterosexual allies.</w:t>
      </w:r>
      <w:r/>
    </w:p>
    <w:p>
      <w:pPr>
        <w:pStyle w:val="ListNumber"/>
        <w:spacing w:line="240" w:lineRule="auto"/>
        <w:ind w:left="720"/>
      </w:pPr>
      <w:r/>
      <w:hyperlink r:id="rId14">
        <w:r>
          <w:rPr>
            <w:color w:val="0000EE"/>
            <w:u w:val="single"/>
          </w:rPr>
          <w:t>https://thequeerspot.com/spot/5801videoloungeandbar</w:t>
        </w:r>
      </w:hyperlink>
      <w:r>
        <w:t xml:space="preserve"> - 5801 Video Lounge &amp; Bar is a vibrant LGBTQ+ bar located in Pittsburgh's Shadyside neighbourhood. Since 2005, it has been known for its welcoming atmosphere and community events. The venue offers daily drink specials, poker and dart leagues, and a menu of light bar bites. It is a popular spot for the LGBTQ+ community, providing a space for socialising and entertainment.</w:t>
      </w:r>
      <w:r/>
    </w:p>
    <w:p>
      <w:pPr>
        <w:pStyle w:val="ListNumber"/>
        <w:spacing w:line="240" w:lineRule="auto"/>
        <w:ind w:left="720"/>
      </w:pPr>
      <w:r/>
      <w:hyperlink r:id="rId13">
        <w:r>
          <w:rPr>
            <w:color w:val="0000EE"/>
            <w:u w:val="single"/>
          </w:rPr>
          <w:t>https://www.spacebarpittsburgh.com/</w:t>
        </w:r>
      </w:hyperlink>
      <w:r>
        <w:t xml:space="preserve"> - Space Bar is a molecular mixology cocktail lounge situated in the heart of Market Square, downtown Pittsburgh. Founded by sci-fi author Dale Thomas Vaughn and retired trauma healer Elizabeth Menzel, Space Bar combines world-class craft cocktails with an immersive starship experience. The lounge features handcrafted molecular mixology that pushes the boundaries of what a drink can be, including fat-washed spirits, house-made infusions, culinary foams, acid-adjusted juices, force carbonation, hickory smoking, and dry ice service.</w:t>
      </w:r>
      <w:r/>
    </w:p>
    <w:p>
      <w:pPr>
        <w:pStyle w:val="ListNumber"/>
        <w:spacing w:line="240" w:lineRule="auto"/>
        <w:ind w:left="720"/>
      </w:pPr>
      <w:r/>
      <w:hyperlink r:id="rId15">
        <w:r>
          <w:rPr>
            <w:color w:val="0000EE"/>
            <w:u w:val="single"/>
          </w:rPr>
          <w:t>https://www.the-q-jam.com/</w:t>
        </w:r>
      </w:hyperlink>
      <w:r>
        <w:t xml:space="preserve"> - The Q Jam is a jam session in Pittsburgh for women, trans, and queer musicians and friends. Held every second Thursday at 7 pm at Hellbender Vinyl, 5794 Butler St., the event provides a space for musical collaborations in a comfortable environment. Performers can sign up starting around 6:45 pm, and the house band accompanies them. The event has fostered new friendships, musical projects, and inspiration among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slay-weekly-august-3-2026/" TargetMode="External"/><Relationship Id="rId10" Type="http://schemas.openxmlformats.org/officeDocument/2006/relationships/hyperlink" Target="https://www.pghblackpride.org/" TargetMode="External"/><Relationship Id="rId11" Type="http://schemas.openxmlformats.org/officeDocument/2006/relationships/hyperlink" Target="https://www.sportspittsburgh.com/events/queer-craft-night-afrofuturism/" TargetMode="External"/><Relationship Id="rId12" Type="http://schemas.openxmlformats.org/officeDocument/2006/relationships/hyperlink" Target="https://www.corner.inc/place/pSF2zcAt5LAK" TargetMode="External"/><Relationship Id="rId13" Type="http://schemas.openxmlformats.org/officeDocument/2006/relationships/hyperlink" Target="https://www.spacebarpittsburgh.com/" TargetMode="External"/><Relationship Id="rId14" Type="http://schemas.openxmlformats.org/officeDocument/2006/relationships/hyperlink" Target="https://thequeerspot.com/spot/5801videoloungeandbar" TargetMode="External"/><Relationship Id="rId15" Type="http://schemas.openxmlformats.org/officeDocument/2006/relationships/hyperlink" Target="https://www.the-q-ja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