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Horror Short ‘EAT’ Brings Desire, Digital Danger and Practical FX</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cinema thrills should look out: festival-goers are already buzzing about EAT, Barrett D. Carroll’s new queer horror short that mixes digital-age kink, raw desire and gruesome practical makeup , it’s set to screen at HOLLYSHORTS, Mad Monster and Queer Screams and matters for anyone watching how horror is evolving.</w:t>
      </w:r>
      <w:r/>
    </w:p>
    <w:p>
      <w:r/>
      <w:r>
        <w:t>Essential Takeaways</w:t>
      </w:r>
      <w:r/>
      <w:r/>
    </w:p>
    <w:p>
      <w:pPr>
        <w:pStyle w:val="ListBullet"/>
        <w:spacing w:line="240" w:lineRule="auto"/>
        <w:ind w:left="720"/>
      </w:pPr>
      <w:r/>
      <w:r>
        <w:rPr>
          <w:b/>
        </w:rPr>
        <w:t>Festival-ready:</w:t>
      </w:r>
      <w:r>
        <w:t xml:space="preserve"> EAT premieres this festival season, playing HOLLYSHORTS, Mad Monster and Queer Screams. </w:t>
      </w:r>
      <w:r/>
    </w:p>
    <w:p>
      <w:pPr>
        <w:pStyle w:val="ListBullet"/>
        <w:spacing w:line="240" w:lineRule="auto"/>
        <w:ind w:left="720"/>
      </w:pPr>
      <w:r/>
      <w:r>
        <w:rPr>
          <w:b/>
        </w:rPr>
        <w:t>Single-vision auteur:</w:t>
      </w:r>
      <w:r>
        <w:t xml:space="preserve"> Barrett D. Carroll wrote, directed and stars, lending the film a tight, personal feel. </w:t>
      </w:r>
      <w:r/>
    </w:p>
    <w:p>
      <w:pPr>
        <w:pStyle w:val="ListBullet"/>
        <w:spacing w:line="240" w:lineRule="auto"/>
        <w:ind w:left="720"/>
      </w:pPr>
      <w:r/>
      <w:r>
        <w:rPr>
          <w:b/>
        </w:rPr>
        <w:t>Cast strength:</w:t>
      </w:r>
      <w:r>
        <w:t xml:space="preserve"> The short features recognisable faces including Devin Way, Kahyun Kim, Brandon Delsid and Emmy-nominee Dot-Marie Jones. </w:t>
      </w:r>
      <w:r/>
    </w:p>
    <w:p>
      <w:pPr>
        <w:pStyle w:val="ListBullet"/>
        <w:spacing w:line="240" w:lineRule="auto"/>
        <w:ind w:left="720"/>
      </w:pPr>
      <w:r/>
      <w:r>
        <w:rPr>
          <w:b/>
        </w:rPr>
        <w:t>Tactile effects:</w:t>
      </w:r>
      <w:r>
        <w:t xml:space="preserve"> Practical FX by Steven Imhoff give the piece a gritty, visceral look and a mild-but-constant sense of unease. </w:t>
      </w:r>
      <w:r/>
    </w:p>
    <w:p>
      <w:pPr>
        <w:pStyle w:val="ListBullet"/>
        <w:spacing w:line="240" w:lineRule="auto"/>
        <w:ind w:left="720"/>
      </w:pPr>
      <w:r/>
      <w:r>
        <w:rPr>
          <w:b/>
        </w:rPr>
        <w:t>Digital-age theme:</w:t>
      </w:r>
      <w:r>
        <w:t xml:space="preserve"> The plot centres on hookup apps, repression and appetite , contemporary, tense and quietly unnerving.</w:t>
      </w:r>
      <w:r/>
      <w:r/>
    </w:p>
    <w:p>
      <w:pPr>
        <w:pStyle w:val="Heading2"/>
      </w:pPr>
      <w:r>
        <w:t>Why EAT feels of-the-moment</w:t>
      </w:r>
      <w:r/>
    </w:p>
    <w:p>
      <w:r/>
      <w:r>
        <w:t>EAT lands at a moment when horror is leaning into intimacy and technology, pairing a familiar swipe-right setup with an unexpected, physical menace. The film’s premise , a closeted husband and a flesh-hungry stranger linking via a kink app , turns something banal and modern into something primal and disturbing. You’ll notice the mood immediately; there’s a tightness in the air, a quiet hum that suggests trouble before it ever bursts.</w:t>
      </w:r>
      <w:r/>
    </w:p>
    <w:p>
      <w:r/>
      <w:r>
        <w:t>According to festival listings and early press, the short trades on psychological dread as much as gore, which is a neat trick: it keeps the viewer invested in character and stakes while still delivering shocks. That blend is why programmers at HOLLYSHORTS and genre fests are taking notice , the film works as both a tense drama and an exploitative thrill, without being one-note.</w:t>
      </w:r>
      <w:r/>
    </w:p>
    <w:p>
      <w:pPr>
        <w:pStyle w:val="Heading2"/>
      </w:pPr>
      <w:r>
        <w:t>Barrett D. Carroll: a multi-hyphenate voice</w:t>
      </w:r>
      <w:r/>
    </w:p>
    <w:p>
      <w:r/>
      <w:r>
        <w:t>Barrett D. Carroll wrote, directed and takes a leading role, and that single-vision approach shows. When a filmmaker wears multiple hats like this you get an unmistakable through-line , the choices feel intentional rather than committee-driven. Carroll’s control over tone and pacing lets the short move fast, but it also lingers in the right places, letting dread marinate.</w:t>
      </w:r>
      <w:r/>
    </w:p>
    <w:p>
      <w:r/>
      <w:r>
        <w:t>Industry support underlines that confidence. Executive producers include Aurora Perrineau and Oscar-nominated Andrew Carlberg, while former Fangoria editor Tony Timpone is also attached, signalling that the film speaks directly to fans of contemporary genre work. It’s the sort of project that benefits from a compact, focused voice , and Carroll provides that.</w:t>
      </w:r>
      <w:r/>
    </w:p>
    <w:p>
      <w:pPr>
        <w:pStyle w:val="Heading2"/>
      </w:pPr>
      <w:r>
        <w:t>Cast and crew: familiar faces, seasoned hands</w:t>
      </w:r>
      <w:r/>
    </w:p>
    <w:p>
      <w:r/>
      <w:r>
        <w:t>EAT’s cast mixes television and film talent you might recognise. Devin Way brings grounded intensity, Kahyun Kim offers a sharp physical presence , she’s worked on projects like Cocaine Bear , and Brandon Delsid adds a tense undercurrent with his theatrical instincts. Dot-Marie Jones, an Emmy nominee, anchors a pivotal role and brings a steady, lived-in quality that balances the short’s more frenzied beats.</w:t>
      </w:r>
      <w:r/>
    </w:p>
    <w:p>
      <w:r/>
      <w:r>
        <w:t>Behind the camera, the practical makeup FX by Steven Imhoff are a highlight. Imhoff’s credits on larger horror titles show here in the way the effects read on camera: tactile, unglossed and just gross enough to land. Producers with indie and genre cred helped the film find the resources to realise its nastier instincts, so what you see on screen feels polished without losing grit.</w:t>
      </w:r>
      <w:r/>
    </w:p>
    <w:p>
      <w:pPr>
        <w:pStyle w:val="Heading2"/>
      </w:pPr>
      <w:r>
        <w:t>How EAT fits into queer horror and hookup-culture narratives</w:t>
      </w:r>
      <w:r/>
    </w:p>
    <w:p>
      <w:r/>
      <w:r>
        <w:t>Queer horror has been expanding beyond simple allegory into stories that directly interrogate sexuality, desire and the risks that come with hidden lives. EAT plugs into that tradition by using the language of apps and kink to explore repression; it’s not just about external monsters but the internal appetites we carry. That gives the short a relevance that resonates beyond jump scares.</w:t>
      </w:r>
      <w:r/>
    </w:p>
    <w:p>
      <w:r/>
      <w:r>
        <w:t>For viewers who follow queer cinema, the film’s use of kink apps as a plot engine will feel familiar but fresh: the digital meeting point is both contemporary shorthand and a narrative shortcut that allows the story to escalate quickly. If you’re assessing which festival screenings to book, this short makes a strong case for late-night programming and post-show conversations.</w:t>
      </w:r>
      <w:r/>
    </w:p>
    <w:p>
      <w:pPr>
        <w:pStyle w:val="Heading2"/>
      </w:pPr>
      <w:r>
        <w:t>What to expect at screenings and why it matters</w:t>
      </w:r>
      <w:r/>
    </w:p>
    <w:p>
      <w:r/>
      <w:r>
        <w:t>At festivals the film will likely play to enthusiastic, talkative crowds , it’s the sort of short that prompts debate about consent, risk and representation. Expect a compact runtime that moves economically from seduction to horror, with practical effects that register in the ribs rather than just in the eyes. The sound design and close-ups reportedly amplify claustrophobia, so bring an appetite for tension.</w:t>
      </w:r>
      <w:r/>
    </w:p>
    <w:p>
      <w:r/>
      <w:r>
        <w:t>Looking ahead, shorts like EAT often serve as calling cards for features, and given the calibre of producers attached, it wouldn’t be surprising to see this project expand or lead to future collaborations for Carroll. For now, it’s a tight, unsettling example of how horror can interrogate modern desire while still delivering the physical thrills genre fans crave.</w:t>
      </w:r>
      <w:r/>
    </w:p>
    <w:p>
      <w:r/>
      <w:r>
        <w:t>It's a small change to the horror short format that could stick with you long after the credits roll.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https://horrornews.net/185900/hnn-exclusive-first-look-at-eat-before-it-heads-to-hollyshorts-mad-monster-and-queer-screams/</w:t>
        </w:r>
      </w:hyperlink>
      <w:r>
        <w:t xml:space="preserve"> - Please view link - unable to able to access data</w:t>
      </w:r>
      <w:r/>
    </w:p>
    <w:p>
      <w:pPr>
        <w:pStyle w:val="ListNumber"/>
        <w:spacing w:line="240" w:lineRule="auto"/>
        <w:ind w:left="720"/>
      </w:pPr>
      <w:r/>
      <w:hyperlink r:id="rId10">
        <w:r>
          <w:rPr>
            <w:color w:val="0000EE"/>
            <w:u w:val="single"/>
          </w:rPr>
          <w:t>https://www.imdb.com/title/tt3403928/</w:t>
        </w:r>
      </w:hyperlink>
      <w:r>
        <w:t xml:space="preserve"> - 'Monster Mash' is a 2014 short film directed by Mark Pariselli, featuring Eric Rich and Geoff Stevens. The film tells the story of a Halloween night hookup turning into something more for a pair of morbid misfits costumed as Horror Cinema's most iconic female characters. It serves as a queer Valentine to Horror Film, vilifying the genre's homophobic elements through subversion, appropriation, and recontextualization. (</w:t>
      </w:r>
      <w:hyperlink r:id="rId15">
        <w:r>
          <w:rPr>
            <w:color w:val="0000EE"/>
            <w:u w:val="single"/>
          </w:rPr>
          <w:t>imdb.com</w:t>
        </w:r>
      </w:hyperlink>
      <w:r>
        <w:t>)</w:t>
      </w:r>
      <w:r/>
    </w:p>
    <w:p>
      <w:pPr>
        <w:pStyle w:val="ListNumber"/>
        <w:spacing w:line="240" w:lineRule="auto"/>
        <w:ind w:left="720"/>
      </w:pPr>
      <w:r/>
      <w:hyperlink r:id="rId13">
        <w:r>
          <w:rPr>
            <w:color w:val="0000EE"/>
            <w:u w:val="single"/>
          </w:rPr>
          <w:t>https://orvel.me/breakfast-2016-a-gay-short-film-by-tyler-byrnes/</w:t>
        </w:r>
      </w:hyperlink>
      <w:r>
        <w:t xml:space="preserve"> - 'Breakfast' is a 2016 gay short film directed by Tyler Byrnes, featuring Alton Alburo and Tommy Bernardi. The film follows a young man suffering from anorexia who sits down to breakfast with his boyfriend, where their anxieties and frustrations become horrifyingly real. The film has competed in the festival circuit, with six awards and thirty-three official selections, screening in cities such as New York, Los Angeles, Toronto, Amsterdam, Chicago, Oxford, and Cape Town. (</w:t>
      </w:r>
      <w:hyperlink r:id="rId16">
        <w:r>
          <w:rPr>
            <w:color w:val="0000EE"/>
            <w:u w:val="single"/>
          </w:rPr>
          <w:t>orvel.me</w:t>
        </w:r>
      </w:hyperlink>
      <w:r>
        <w:t>)</w:t>
      </w:r>
      <w:r/>
    </w:p>
    <w:p>
      <w:pPr>
        <w:pStyle w:val="ListNumber"/>
        <w:spacing w:line="240" w:lineRule="auto"/>
        <w:ind w:left="720"/>
      </w:pPr>
      <w:r/>
      <w:hyperlink r:id="rId14">
        <w:r>
          <w:rPr>
            <w:color w:val="0000EE"/>
            <w:u w:val="single"/>
          </w:rPr>
          <w:t>https://www.engagedfilm.com/</w:t>
        </w:r>
      </w:hyperlink>
      <w:r>
        <w:t xml:space="preserve"> - 'Engaged' is a short LGBTQ+ romantic comedy directed by David Scala, following Darren (Daniel K. Isaac) as he attempts to propose to his boyfriend Elliot (Ryan Jamaal Swain). The film has screened at over 60 film festivals worldwide, including the Seattle International Film Festival, Palm Springs International Shortfest, and the New Hampshire Film Festival. It has won awards such as Best Short Film at Reel Q: Pittsburgh LGBTQ+ Film Festival and Best Short Comedy at New Hampshire Film Festival. (</w:t>
      </w:r>
      <w:hyperlink r:id="rId17">
        <w:r>
          <w:rPr>
            <w:color w:val="0000EE"/>
            <w:u w:val="single"/>
          </w:rPr>
          <w:t>engagedfilm.com</w:t>
        </w:r>
      </w:hyperlink>
      <w:r>
        <w:t>)</w:t>
      </w:r>
      <w:r/>
    </w:p>
    <w:p>
      <w:pPr>
        <w:pStyle w:val="ListNumber"/>
        <w:spacing w:line="240" w:lineRule="auto"/>
        <w:ind w:left="720"/>
      </w:pPr>
      <w:r/>
      <w:hyperlink r:id="rId12">
        <w:r>
          <w:rPr>
            <w:color w:val="0000EE"/>
            <w:u w:val="single"/>
          </w:rPr>
          <w:t>https://watch.weareo.tv/eat</w:t>
        </w:r>
      </w:hyperlink>
      <w:r>
        <w:t xml:space="preserve"> - 'Eat' is a horror drama short directed by Kyle Hinton, featuring a disillusioned human/vampire hybrid who takes on escorting to survive a changing society. The film is available for streaming on Open Television (OTV), a non-profit platform for intersectional television. Kyle Hinton is an unapologetically Black nonbinary screenwriter from the suburbs of Chicago, who aspires to craft imaginative and intersectional stories through sci-fi, horror, and fantasy genres. (</w:t>
      </w:r>
      <w:hyperlink r:id="rId18">
        <w:r>
          <w:rPr>
            <w:color w:val="0000EE"/>
            <w:u w:val="single"/>
          </w:rPr>
          <w:t>watch.weareo.tv</w:t>
        </w:r>
      </w:hyperlink>
      <w:r>
        <w:t>)</w:t>
      </w:r>
      <w:r/>
    </w:p>
    <w:p>
      <w:pPr>
        <w:pStyle w:val="ListNumber"/>
        <w:spacing w:line="240" w:lineRule="auto"/>
        <w:ind w:left="720"/>
      </w:pPr>
      <w:r/>
      <w:hyperlink r:id="rId11">
        <w:r>
          <w:rPr>
            <w:color w:val="0000EE"/>
            <w:u w:val="single"/>
          </w:rPr>
          <w:t>https://www.awardsdaily.com/2022/09/19/hollyshorts-film-festival/</w:t>
        </w:r>
      </w:hyperlink>
      <w:r>
        <w:t xml:space="preserve"> - The HollyShorts Film Festival showcases a diverse range of short films from around the world. In 2022, the festival featured hundreds of films, with a selection of the top 25 highlighted. The festival is known for its commitment to showcasing innovative and diverse short films, providing a platform for emerging filmmakers to present their work to a broader audience. (</w:t>
      </w:r>
      <w:hyperlink r:id="rId19">
        <w:r>
          <w:rPr>
            <w:color w:val="0000EE"/>
            <w:u w:val="single"/>
          </w:rPr>
          <w:t>awardsdaily.com</w:t>
        </w:r>
      </w:hyperlink>
      <w:r>
        <w:t>)</w:t>
      </w:r>
      <w:r/>
    </w:p>
    <w:p>
      <w:pPr>
        <w:pStyle w:val="ListNumber"/>
        <w:spacing w:line="240" w:lineRule="auto"/>
        <w:ind w:left="720"/>
      </w:pPr>
      <w:r/>
      <w:hyperlink r:id="rId20">
        <w:r>
          <w:rPr>
            <w:color w:val="0000EE"/>
            <w:u w:val="single"/>
          </w:rPr>
          <w:t>https://www.denver7.com/news/investigations/more-than-170-felony-cases-could-be-impacted-by-aurora-police-scandal</w:t>
        </w:r>
      </w:hyperlink>
      <w:r>
        <w:t xml:space="preserve"> - A scandal involving four Aurora police officers has garnered international attention, with over 4 million signatures on Change.org. The actions of these officers may have further implications in Colorado, potentially impacting more than 170 felony cases. District Attorney Dave Young expressed concern, stating, 'I think the whole world is on notice about these officers.' (</w:t>
      </w:r>
      <w:hyperlink r:id="rId21">
        <w:r>
          <w:rPr>
            <w:color w:val="0000EE"/>
            <w:u w:val="single"/>
          </w:rPr>
          <w:t>denver7.com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rrornews.net/185900/hnn-exclusive-first-look-at-eat-before-it-heads-to-hollyshorts-mad-monster-and-queer-screams/" TargetMode="External"/><Relationship Id="rId10" Type="http://schemas.openxmlformats.org/officeDocument/2006/relationships/hyperlink" Target="https://www.imdb.com/title/tt3403928/" TargetMode="External"/><Relationship Id="rId11" Type="http://schemas.openxmlformats.org/officeDocument/2006/relationships/hyperlink" Target="https://www.awardsdaily.com/2022/09/19/hollyshorts-film-festival/" TargetMode="External"/><Relationship Id="rId12" Type="http://schemas.openxmlformats.org/officeDocument/2006/relationships/hyperlink" Target="https://watch.weareo.tv/eat" TargetMode="External"/><Relationship Id="rId13" Type="http://schemas.openxmlformats.org/officeDocument/2006/relationships/hyperlink" Target="https://orvel.me/breakfast-2016-a-gay-short-film-by-tyler-byrnes/" TargetMode="External"/><Relationship Id="rId14" Type="http://schemas.openxmlformats.org/officeDocument/2006/relationships/hyperlink" Target="https://www.engagedfilm.com/" TargetMode="External"/><Relationship Id="rId15" Type="http://schemas.openxmlformats.org/officeDocument/2006/relationships/hyperlink" Target="https://www.imdb.com/title/tt3403928/?utm_source=openai" TargetMode="External"/><Relationship Id="rId16" Type="http://schemas.openxmlformats.org/officeDocument/2006/relationships/hyperlink" Target="https://orvel.me/breakfast-2016-a-gay-short-film-by-tyler-byrnes/?utm_source=openai" TargetMode="External"/><Relationship Id="rId17" Type="http://schemas.openxmlformats.org/officeDocument/2006/relationships/hyperlink" Target="https://www.engagedfilm.com/?utm_source=openai" TargetMode="External"/><Relationship Id="rId18" Type="http://schemas.openxmlformats.org/officeDocument/2006/relationships/hyperlink" Target="https://watch.weareo.tv/eat?utm_source=openai" TargetMode="External"/><Relationship Id="rId19" Type="http://schemas.openxmlformats.org/officeDocument/2006/relationships/hyperlink" Target="https://www.awardsdaily.com/2022/09/19/hollyshorts-film-festival/?utm_source=openai" TargetMode="External"/><Relationship Id="rId20" Type="http://schemas.openxmlformats.org/officeDocument/2006/relationships/hyperlink" Target="https://www.denver7.com/news/investigations/more-than-170-felony-cases-could-be-impacted-by-aurora-police-scandal" TargetMode="External"/><Relationship Id="rId21" Type="http://schemas.openxmlformats.org/officeDocument/2006/relationships/hyperlink" Target="https://www.denver7.com/news/investigations/more-than-170-felony-cases-could-be-impacted-by-aurora-police-scand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