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Moments from Paris Hilton's Brighton &amp; Hove Pride Set — a Nostalgic Pop Spectacle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alike were buzzing as Paris Hilton headlined Brighton &amp; Hove Pride, leaning into nostalgia, camp and pop spectacle , a short, showy set that mattered because it brought early-noughties pop culture back to the heart of Pride, in a city that loves a glittery moment.</w:t>
      </w:r>
      <w:r/>
    </w:p>
    <w:p>
      <w:r/>
      <w:r>
        <w:t>Essential Takeaways</w:t>
      </w:r>
      <w:r/>
      <w:r/>
    </w:p>
    <w:p>
      <w:pPr>
        <w:pStyle w:val="ListBullet"/>
        <w:spacing w:line="240" w:lineRule="auto"/>
        <w:ind w:left="720"/>
      </w:pPr>
      <w:r/>
      <w:r>
        <w:rPr>
          <w:b/>
        </w:rPr>
        <w:t>Short but sweet:</w:t>
      </w:r>
      <w:r>
        <w:t xml:space="preserve"> Hilton’s set ran around 20–30 minutes with high-energy peak moments and singalongs.</w:t>
      </w:r>
      <w:r/>
    </w:p>
    <w:p>
      <w:pPr>
        <w:pStyle w:val="ListBullet"/>
        <w:spacing w:line="240" w:lineRule="auto"/>
        <w:ind w:left="720"/>
      </w:pPr>
      <w:r/>
      <w:r>
        <w:rPr>
          <w:b/>
        </w:rPr>
        <w:t>Noughties nostalgia:</w:t>
      </w:r>
      <w:r>
        <w:t xml:space="preserve"> Covers of Katy Perry and Madonna sat alongside Hilton’s own Stars Are Blind, creating a retro, feel-good atmosphere.</w:t>
      </w:r>
      <w:r/>
    </w:p>
    <w:p>
      <w:pPr>
        <w:pStyle w:val="ListBullet"/>
        <w:spacing w:line="240" w:lineRule="auto"/>
        <w:ind w:left="720"/>
      </w:pPr>
      <w:r/>
      <w:r>
        <w:rPr>
          <w:b/>
        </w:rPr>
        <w:t>Showy wardrobe:</w:t>
      </w:r>
      <w:r>
        <w:t xml:space="preserve"> A sparkling Union Jack mini dress, thigh-high boots and bedazzled accessories kept the visual drama front and centre.</w:t>
      </w:r>
      <w:r/>
    </w:p>
    <w:p>
      <w:pPr>
        <w:pStyle w:val="ListBullet"/>
        <w:spacing w:line="240" w:lineRule="auto"/>
        <w:ind w:left="720"/>
      </w:pPr>
      <w:r/>
      <w:r>
        <w:rPr>
          <w:b/>
        </w:rPr>
        <w:t>Audience reaction:</w:t>
      </w:r>
      <w:r>
        <w:t xml:space="preserve"> Big communal singalongs and sightings of delighted fans summed up the vibe , playful, celebratory, a little random.</w:t>
      </w:r>
      <w:r/>
    </w:p>
    <w:p>
      <w:pPr>
        <w:pStyle w:val="ListBullet"/>
        <w:spacing w:line="240" w:lineRule="auto"/>
        <w:ind w:left="720"/>
      </w:pPr>
      <w:r/>
      <w:r>
        <w:rPr>
          <w:b/>
        </w:rPr>
        <w:t>Stagecraft:</w:t>
      </w:r>
      <w:r>
        <w:t xml:space="preserve"> Quick exits and montages of throwback footage punctuated the performance, ending with confetti and a trademark catchphrase.</w:t>
      </w:r>
      <w:r/>
      <w:r/>
    </w:p>
    <w:p>
      <w:pPr>
        <w:pStyle w:val="Heading2"/>
      </w:pPr>
      <w:r>
        <w:t>A bold, compact headline set that knew its audience</w:t>
      </w:r>
      <w:r/>
    </w:p>
    <w:p>
      <w:r/>
      <w:r>
        <w:t>Paris Hilton didn’t overstay her welcome , she delivered a compact, attention-grabbing slot that traded length for spectacle, and in Brighton, that proved enough. The set opened with full-glam energy, glitter catching the light, and fans immediately recognised the tone: this was about fun, not a deep musical reinvention. If you love camp and nostalgia, it hit the spot.</w:t>
      </w:r>
      <w:r/>
    </w:p>
    <w:p>
      <w:pPr>
        <w:pStyle w:val="Heading2"/>
      </w:pPr>
      <w:r>
        <w:t>Costume and props: camp, clear and unapologetic</w:t>
      </w:r>
      <w:r/>
    </w:p>
    <w:p>
      <w:r/>
      <w:r>
        <w:t>She leaned into pop-star iconography , a Union Jack mini, thigh-high boots, a rhinestone-covered Stanley cup and bedazzled sunnies. Those choices read as deliberate callbacks to Hilton’s public persona. The visual shorthand made it easy for the crowd to join in: fashion was part of the show. For anyone planning a Pride look, this proved that a single bold motif and a couple of dazzling accessories can do most of the heavy lifting.</w:t>
      </w:r>
      <w:r/>
    </w:p>
    <w:p>
      <w:pPr>
        <w:pStyle w:val="Heading2"/>
      </w:pPr>
      <w:r>
        <w:t>Nostalgia on replay: montages, covers and the singalong moment</w:t>
      </w:r>
      <w:r/>
    </w:p>
    <w:p>
      <w:r/>
      <w:r>
        <w:t>Midway through the set, Hilton stepped off stage and left dancers performing against montages of noughties footage , think leopard-print bikinis and unicorns under rainbows. It could’ve felt self-indulgent, but in the context of Pride the throwbacks landed as affectionate, communal memories. The return to perform Stars Are Blind triggered one of the biggest singalongs, which shows how a single classic can unite a crowd more than a longer playlist might.</w:t>
      </w:r>
      <w:r/>
    </w:p>
    <w:p>
      <w:pPr>
        <w:pStyle w:val="Heading2"/>
      </w:pPr>
      <w:r>
        <w:t>Crowd reactions: why Brighton was the perfect backdrop</w:t>
      </w:r>
      <w:r/>
    </w:p>
    <w:p>
      <w:r/>
      <w:r>
        <w:t>Brighton’s Pride has become synonymous with big gestures and inclusive pageantry, so Hilton’s glossy, playful performance fit the bill. Local attendees described the booking as “random” but delightful, which is actually part of the charm , Pride line-ups often mix the iconic with the unexpected. When a performer leans into camp and gives the crowd a moment to sing together, critics tend to forgive a short running time.</w:t>
      </w:r>
      <w:r/>
    </w:p>
    <w:p>
      <w:pPr>
        <w:pStyle w:val="Heading2"/>
      </w:pPr>
      <w:r>
        <w:t>Production choices, pacing and what it tells you about modern festival sets</w:t>
      </w:r>
      <w:r/>
    </w:p>
    <w:p>
      <w:r/>
      <w:r>
        <w:t>Quick costume-change teases, short exits and visual montages are festival shorthand for pacing: keep people surprised, give them a moment to gasp, then return with a crowd-pleaser. That strategy worked here , despite a couple of brief disappearances, the set felt cohesive. If you’re festival-planning or attending, expect tight, TV-style runs and prioritise spectacle over lengthy deep-dives into catalogue material.</w:t>
      </w:r>
      <w:r/>
    </w:p>
    <w:p>
      <w:r/>
      <w:r>
        <w:t>It's a small, glittering reminder that sometimes the best festival headline is a concise show that invites everyone to sing along.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https://www.theargus.co.uk/news/26430056.review-paris-hilton-brighton-hove-pride-2026/?ref=rss</w:t>
        </w:r>
      </w:hyperlink>
      <w:r>
        <w:t xml:space="preserve"> - Please view link - unable to able to access data</w:t>
      </w:r>
      <w:r/>
    </w:p>
    <w:p>
      <w:pPr>
        <w:pStyle w:val="ListNumber"/>
        <w:spacing w:line="240" w:lineRule="auto"/>
        <w:ind w:left="720"/>
      </w:pPr>
      <w:r/>
      <w:hyperlink r:id="rId10">
        <w:r>
          <w:rPr>
            <w:color w:val="0000EE"/>
            <w:u w:val="single"/>
          </w:rPr>
          <w:t>https://www.brightonandhovenews.org/2026/03/26/brighton-hove-pride-announces-full-2026-line-up/</w:t>
        </w:r>
      </w:hyperlink>
      <w:r>
        <w:t xml:space="preserve"> - Brighton &amp; Hove Pride has announced its full line-up for the 2026 'Pride on the Park' event, marking its 35th anniversary. Paris Hilton is set to perform as the Sunday icon on August 2nd, bringing her unique flair to the main stage. Holly Johnson of Frankie Goes to Hollywood will take over the Legends slot, embodying this year's theme, 'The Power of Love'. The main stage will also feature artists like Leigh-Anne, G Flip, and Moonchild Sanelly, while the dance arena boasts headliners Armand Van Helden and Purple Disco Machine, among others. The event promises a diverse and vibrant celebration of LGBTQIA+ voices and talents.</w:t>
      </w:r>
      <w:r/>
    </w:p>
    <w:p>
      <w:pPr>
        <w:pStyle w:val="ListNumber"/>
        <w:spacing w:line="240" w:lineRule="auto"/>
        <w:ind w:left="720"/>
      </w:pPr>
      <w:r/>
      <w:hyperlink r:id="rId12">
        <w:r>
          <w:rPr>
            <w:color w:val="0000EE"/>
            <w:u w:val="single"/>
          </w:rPr>
          <w:t>https://www.planomato.com/en/brighton/p/paris-hilton-brighton-hove-pride</w:t>
        </w:r>
      </w:hyperlink>
      <w:r>
        <w:t xml:space="preserve"> - Brighton &amp; Hove Pride 2026, celebrating its 35th anniversary, is set to take place on August 1 and 2 at Preston Park, under the theme 'The Power of Love'. The event will feature various areas, including 'Legends Cabaret', 'Queer Town', and dedicated family zones, with Hayu serving as the main sponsor. The musical programme spans two days, with Paris Hilton headlining the main stage on August 2 as the Sunday icon. Other performers include RAYE, Diana Ross, Holly Johnson, and RuPaul, among others.</w:t>
      </w:r>
      <w:r/>
    </w:p>
    <w:p>
      <w:pPr>
        <w:pStyle w:val="ListNumber"/>
        <w:spacing w:line="240" w:lineRule="auto"/>
        <w:ind w:left="720"/>
      </w:pPr>
      <w:r/>
      <w:hyperlink r:id="rId11">
        <w:r>
          <w:rPr>
            <w:color w:val="0000EE"/>
            <w:u w:val="single"/>
          </w:rPr>
          <w:t>https://sussex.news/events/pride/brighton-hove-pride-2026-a-defining-line-up-blending-icons-club-culture-and-queer-futures/39087/</w:t>
        </w:r>
      </w:hyperlink>
      <w:r>
        <w:t xml:space="preserve"> - Brighton &amp; Hove Pride 2026, marking its 35th anniversary, presents a line-up that blends iconic artists with emerging talents. Headliners include Diana Ross and RAYE, with Paris Hilton set to perform as the Sunday icon. The main stage features Leigh-Anne, G Flip, Moonchild Sanelly, and Melanie C, while the dance arena boasts headliners Armand Van Helden and Purple Disco Machine. The event also introduces new spaces like Bears In The Woods, Queer Soap Box, and Outro, alongside family zones, offering a comprehensive celebration of LGBTQIA+ culture.</w:t>
      </w:r>
      <w:r/>
    </w:p>
    <w:p>
      <w:pPr>
        <w:pStyle w:val="ListNumber"/>
        <w:spacing w:line="240" w:lineRule="auto"/>
        <w:ind w:left="720"/>
      </w:pPr>
      <w:r/>
      <w:hyperlink r:id="rId13">
        <w:r>
          <w:rPr>
            <w:color w:val="0000EE"/>
            <w:u w:val="single"/>
          </w:rPr>
          <w:t>https://www.hellorayo.co.uk/mfr/uk/news/brighton-hove-pride-2026-line-up</w:t>
        </w:r>
      </w:hyperlink>
      <w:r>
        <w:t xml:space="preserve"> - Brighton &amp; Hove Pride 2026, celebrating its 35th anniversary, has announced an impressive line-up. Paris Hilton is set to headline the main stage on August 2nd as the Sunday icon. Holly Johnson of Frankie Goes to Hollywood will take over the Legends slot, embodying this year's theme, 'The Power of Love'. Other confirmed acts include RAYE, Diana Ross, Jessie J, RuPaul, Self Esteem, and Five. The event will take place on August 1 and 2 at Preston Park, with Hayu as the main sponsor.</w:t>
      </w:r>
      <w:r/>
    </w:p>
    <w:p>
      <w:pPr>
        <w:pStyle w:val="ListNumber"/>
        <w:spacing w:line="240" w:lineRule="auto"/>
        <w:ind w:left="720"/>
      </w:pPr>
      <w:r/>
      <w:hyperlink r:id="rId14">
        <w:r>
          <w:rPr>
            <w:color w:val="0000EE"/>
            <w:u w:val="single"/>
          </w:rPr>
          <w:t>https://thebrightonbucketlist.com/2026/03/26/brighton-hove-pride-announces-full-line-up/</w:t>
        </w:r>
      </w:hyperlink>
      <w:r>
        <w:t xml:space="preserve"> - Brighton &amp; Hove Pride has announced its full line-up for the 2026 'Pride on the Park' event, marking its 35th anniversary. Paris Hilton is set to perform as the Sunday icon on August 2nd, bringing her unique flair to the main stage. Holly Johnson of Frankie Goes to Hollywood will take over the Legends slot, embodying this year's theme, 'The Power of Love'. The main stage will also feature artists like Leigh-Anne, G Flip, and Moonchild Sanelly, while the dance arena boasts headliners Armand Van Helden and Purple Disco Machine, among others. The event promises a diverse and vibrant celebration of LGBTQIA+ voices and talents.</w:t>
      </w:r>
      <w:r/>
    </w:p>
    <w:p>
      <w:pPr>
        <w:pStyle w:val="ListNumber"/>
        <w:spacing w:line="240" w:lineRule="auto"/>
        <w:ind w:left="720"/>
      </w:pPr>
      <w:r/>
      <w:hyperlink r:id="rId15">
        <w:r>
          <w:rPr>
            <w:color w:val="0000EE"/>
            <w:u w:val="single"/>
          </w:rPr>
          <w:t>https://www.planomato.com/en/brighton/p/rupaul-brighton-hove-pride-2026</w:t>
        </w:r>
      </w:hyperlink>
      <w:r>
        <w:t xml:space="preserve"> - Brighton &amp; Hove Pride 2026, known as 'Pride on the Park', is returning to Preston Park on the weekend of August 1 and 2, 2026. This year marks the 35th anniversary of LGBTQ+ pride in the city, an event that has been running since 1991. The organisers have chosen 'The Power of Love' as the theme for this edition, which will be reflected in the community parade that kicks off the weekend. The musical lineup for this year includes a variety of performers across the weekend. RuPaul is scheduled to take an icons slot during the festivities, following reports of a DJ set appearance. Alongside this, the programme features appearances from artists such as Paris Hilton, Jessie J, Five, and Diana Ross.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30056.review-paris-hilton-brighton-hove-pride-2026/?ref=rss" TargetMode="External"/><Relationship Id="rId10" Type="http://schemas.openxmlformats.org/officeDocument/2006/relationships/hyperlink" Target="https://www.brightonandhovenews.org/2026/03/26/brighton-hove-pride-announces-full-2026-line-up/" TargetMode="External"/><Relationship Id="rId11" Type="http://schemas.openxmlformats.org/officeDocument/2006/relationships/hyperlink" Target="https://sussex.news/events/pride/brighton-hove-pride-2026-a-defining-line-up-blending-icons-club-culture-and-queer-futures/39087/" TargetMode="External"/><Relationship Id="rId12" Type="http://schemas.openxmlformats.org/officeDocument/2006/relationships/hyperlink" Target="https://www.planomato.com/en/brighton/p/paris-hilton-brighton-hove-pride" TargetMode="External"/><Relationship Id="rId13" Type="http://schemas.openxmlformats.org/officeDocument/2006/relationships/hyperlink" Target="https://www.hellorayo.co.uk/mfr/uk/news/brighton-hove-pride-2026-line-up" TargetMode="External"/><Relationship Id="rId14" Type="http://schemas.openxmlformats.org/officeDocument/2006/relationships/hyperlink" Target="https://thebrightonbucketlist.com/2026/03/26/brighton-hove-pride-announces-full-line-up/" TargetMode="External"/><Relationship Id="rId15" Type="http://schemas.openxmlformats.org/officeDocument/2006/relationships/hyperlink" Target="https://www.planomato.com/en/brighton/p/rupaul-brighton-hove-prid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