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Moments From Brighton &amp; Hove Pride: Melanie C’s DJ Comeback and More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were treated to star turns at Brighton &amp; Hove Pride as Melanie C returned to the decks after her honeymoon, serving energetic pop remixes while the line-up also included Diana Ross, Paris Hilton and a host of Pride favourites , here’s what stood out and why it mattered.</w:t>
      </w:r>
      <w:r/>
    </w:p>
    <w:p>
      <w:r/>
      <w:r>
        <w:t>Essential Takeaways</w:t>
      </w:r>
      <w:r/>
      <w:r/>
    </w:p>
    <w:p>
      <w:pPr>
        <w:pStyle w:val="ListBullet"/>
        <w:spacing w:line="240" w:lineRule="auto"/>
        <w:ind w:left="720"/>
      </w:pPr>
      <w:r/>
      <w:r>
        <w:rPr>
          <w:b/>
        </w:rPr>
        <w:t>Melanie C’s return:</w:t>
      </w:r>
      <w:r>
        <w:t xml:space="preserve"> The former Spice Girl DJ’d at Brighton &amp; Hove Pride shortly after her honeymoon, looking athletic and upbeat in a sports-bra crop top and shorts, spinning pop and club remixes.</w:t>
      </w:r>
      <w:r/>
    </w:p>
    <w:p>
      <w:pPr>
        <w:pStyle w:val="ListBullet"/>
        <w:spacing w:line="240" w:lineRule="auto"/>
        <w:ind w:left="720"/>
      </w:pPr>
      <w:r/>
      <w:r>
        <w:rPr>
          <w:b/>
        </w:rPr>
        <w:t>High-energy set:</w:t>
      </w:r>
      <w:r>
        <w:t xml:space="preserve"> Her music mixed hits like I Turn To You with contemporary club tracks for a lively, dancefloor-friendly show.</w:t>
      </w:r>
      <w:r/>
    </w:p>
    <w:p>
      <w:pPr>
        <w:pStyle w:val="ListBullet"/>
        <w:spacing w:line="240" w:lineRule="auto"/>
        <w:ind w:left="720"/>
      </w:pPr>
      <w:r/>
      <w:r>
        <w:rPr>
          <w:b/>
        </w:rPr>
        <w:t>Star-studded line-up:</w:t>
      </w:r>
      <w:r>
        <w:t xml:space="preserve"> Big names across generations performed, from Diana Ross’s classic set to Paris Hilton’s nostalgia-packed appearance.</w:t>
      </w:r>
      <w:r/>
    </w:p>
    <w:p>
      <w:pPr>
        <w:pStyle w:val="ListBullet"/>
        <w:spacing w:line="240" w:lineRule="auto"/>
        <w:ind w:left="720"/>
      </w:pPr>
      <w:r/>
      <w:r>
        <w:rPr>
          <w:b/>
        </w:rPr>
        <w:t>Pride spirit visible:</w:t>
      </w:r>
      <w:r>
        <w:t xml:space="preserve"> Performances and fashion leaned into celebration and inclusivity, with performers praising the LGBTQ+ community.</w:t>
      </w:r>
      <w:r/>
    </w:p>
    <w:p>
      <w:pPr>
        <w:pStyle w:val="ListBullet"/>
        <w:spacing w:line="240" w:lineRule="auto"/>
        <w:ind w:left="720"/>
      </w:pPr>
      <w:r/>
      <w:r>
        <w:rPr>
          <w:b/>
        </w:rPr>
        <w:t>Festival vibe:</w:t>
      </w:r>
      <w:r>
        <w:t xml:space="preserve"> The event combined theatrical costumes, confetti moments and classic singalongs, making it a visual and sonic highlight of the Pride calendar.</w:t>
      </w:r>
      <w:r/>
      <w:r/>
    </w:p>
    <w:p>
      <w:pPr>
        <w:pStyle w:val="Heading2"/>
      </w:pPr>
      <w:r>
        <w:t>Melanie C back on the decks , and clearly loving it</w:t>
      </w:r>
      <w:r/>
    </w:p>
    <w:p>
      <w:r/>
      <w:r>
        <w:t>Melanie C wasted no time getting back into performance mode after tying the knot and honeymooning, stepping up to DJ at Brighton &amp; Hove Pride with a grin and real stage presence. She chose a sports-bra crop top and bold shorts, a look that felt sporty, sun-ready and very much in keeping with a DJ set outdoors. According to festival coverage, her catalogue mixed Spice Girls-era energy with modern electro remixes, giving fans something familiar but club-fresh.</w:t>
      </w:r>
      <w:r/>
    </w:p>
    <w:p>
      <w:r/>
      <w:r>
        <w:t>The context matters: a comeback like this is part gig, part celebration, and part thank-you to a fanbase that’s followed her through pop stardom and solo reinventions. If you’re planning to catch a DJ set by a pop star, wear comfortable shoes and expect to dance , Melanie’s set was all about movement and audience interaction.</w:t>
      </w:r>
      <w:r/>
    </w:p>
    <w:p>
      <w:pPr>
        <w:pStyle w:val="Heading2"/>
      </w:pPr>
      <w:r>
        <w:t>The line-up leaned big , legends and pop icons shared the bill</w:t>
      </w:r>
      <w:r/>
    </w:p>
    <w:p>
      <w:r/>
      <w:r>
        <w:t>This year’s Pride programme put legacy acts alongside contemporary performers, and Diana Ross headlined with a glamorous catalogue of hits that brought a different, soulful energy to the day. Meanwhile, Paris Hilton brought camp and nostalgia, even referencing iconic Spice Girls style in her costume choices. That mix gave the festival broad appeal, from club kids to families and long-time fans.</w:t>
      </w:r>
      <w:r/>
    </w:p>
    <w:p>
      <w:r/>
      <w:r>
        <w:t>Festival organisers have been building this multi-generational approach for a while, and it works: it keeps media interest high and makes each set feel like part of a larger celebration, rather than isolated performances. If you’re attending next year, check the full line-up early and plan which sets you don’t want to miss.</w:t>
      </w:r>
      <w:r/>
    </w:p>
    <w:p>
      <w:pPr>
        <w:pStyle w:val="Heading2"/>
      </w:pPr>
      <w:r>
        <w:t>Fashion, theatre and confetti , Pride as performance</w:t>
      </w:r>
      <w:r/>
    </w:p>
    <w:p>
      <w:r/>
      <w:r>
        <w:t>Brighton &amp; Hove Pride has always been as much about looks as it is about music, and this edition doubled down on theatrical moments. Paris Hilton closed with confetti and a glittering finale, while other acts embraced character-led outfits and choreographed routines. The visual element amplifies the sense of community and exuberance , it’s why people film and share clips for weeks afterwards.</w:t>
      </w:r>
      <w:r/>
    </w:p>
    <w:p>
      <w:r/>
      <w:r>
        <w:t>Practical tip: pack a lightweight jacket and low-profile waterproofs. Outdoor events here can breeze up, and you’ll want to be comfortable while you enjoy the sparkly theatrics and late-afternoon sun.</w:t>
      </w:r>
      <w:r/>
    </w:p>
    <w:p>
      <w:pPr>
        <w:pStyle w:val="Heading2"/>
      </w:pPr>
      <w:r>
        <w:t>Why performers praise the LGBTQ+ community on stages like this</w:t>
      </w:r>
      <w:r/>
    </w:p>
    <w:p>
      <w:r/>
      <w:r>
        <w:t>Performers repeatedly noted how the LGBTQ+ audience has shaped their careers and personal acceptance. That shout-out isn’t just stage banter , it reflects a long history of pop artists finding their most passionate early supporters in queer clubs and communities. For many artists, Pride performances are an emotional homecoming as much as a gig.</w:t>
      </w:r>
      <w:r/>
    </w:p>
    <w:p>
      <w:r/>
      <w:r>
        <w:t>As a practical takeaway, artists who acknowledge that connection often get a warmer reception and more engaged crowds. For audiences, hearing those sentiments on stage can make the performance feel intimate, even in a big outdoor crowd.</w:t>
      </w:r>
      <w:r/>
    </w:p>
    <w:p>
      <w:pPr>
        <w:pStyle w:val="Heading2"/>
      </w:pPr>
      <w:r>
        <w:t>What this tells us about modern British festivals</w:t>
      </w:r>
      <w:r/>
    </w:p>
    <w:p>
      <w:r/>
      <w:r>
        <w:t>Brighton &amp; Hove Pride has become a template for how to blend legacy stars, pop nostalgia and club culture into a single, inclusive weekend. The programming choices show organisers know their audience: they want singalongs, spectacle, and a safe space where flamboyance and reverence sit side by side. Media coverage so far suggests this formula continues to draw big names and big crowds.</w:t>
      </w:r>
      <w:r/>
    </w:p>
    <w:p>
      <w:r/>
      <w:r>
        <w:t>Looking ahead, expect more crossover sets, pop-DJ appearances and curated moments designed for social sharing. If you love a festival that’s part parade, part concert and part costume party, Brighton remains one to watch.</w:t>
      </w:r>
      <w:r/>
    </w:p>
    <w:p>
      <w:r/>
      <w:r>
        <w:t>It's a small change that can make every set feel like a shared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11">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https://www.dailystar.co.uk/showbiz/gallery/melanie-c-wows-sports-bra-37507117</w:t>
        </w:r>
      </w:hyperlink>
      <w:r>
        <w:t xml:space="preserve"> - Please view link - unable to able to access data</w:t>
      </w:r>
      <w:r/>
    </w:p>
    <w:p>
      <w:pPr>
        <w:pStyle w:val="ListNumber"/>
        <w:spacing w:line="240" w:lineRule="auto"/>
        <w:ind w:left="720"/>
      </w:pPr>
      <w:r/>
      <w:hyperlink r:id="rId10">
        <w:r>
          <w:rPr>
            <w:color w:val="0000EE"/>
            <w:u w:val="single"/>
          </w:rPr>
          <w:t>https://www.brightonandhovenews.org/2026/03/26/brighton-hove-pride-announces-full-2026-line-up/</w:t>
        </w:r>
      </w:hyperlink>
      <w:r>
        <w:t xml:space="preserve"> - Brighton &amp; Hove Pride has announced its full line-up for the 2026 'Pride on the Park' event, marking the 35th anniversary of the festival. The main stage will feature headliners such as Paris Hilton, Holly Johnson of Frankie Goes to Hollywood, and Melanie C performing a DJ set. The event will take place on August 2, 2026, at Preston Park, with various stages and immersive spaces, including Legends Cabaret, Queer Town, and family zones. The theme for this year's Pride is 'The Power of Love'.</w:t>
      </w:r>
      <w:r/>
    </w:p>
    <w:p>
      <w:pPr>
        <w:pStyle w:val="ListNumber"/>
        <w:spacing w:line="240" w:lineRule="auto"/>
        <w:ind w:left="720"/>
      </w:pPr>
      <w:r/>
      <w:hyperlink r:id="rId13">
        <w:r>
          <w:rPr>
            <w:color w:val="0000EE"/>
            <w:u w:val="single"/>
          </w:rPr>
          <w:t>https://www.planomato.com/en/brighton/p/paris-hilton-brighton-hove-pride</w:t>
        </w:r>
      </w:hyperlink>
      <w:r>
        <w:t xml:space="preserve"> - Paris Hilton is set to perform in the icon slot at Brighton &amp; Hove Pride 2026, celebrating the festival's 35th anniversary. The event, themed 'The Power of Love', will be held on August 1 and 2, 2026, at Preston Park. The festival will feature various areas, including Legends Cabaret, Queer Town, and dedicated family zones, with Hayu serving as the main sponsor. The musical programme includes performances from artists such as RAYE, RuPaul, and Diana Ross.</w:t>
      </w:r>
      <w:r/>
    </w:p>
    <w:p>
      <w:pPr>
        <w:pStyle w:val="ListNumber"/>
        <w:spacing w:line="240" w:lineRule="auto"/>
        <w:ind w:left="720"/>
      </w:pPr>
      <w:r/>
      <w:hyperlink r:id="rId15">
        <w:r>
          <w:rPr>
            <w:color w:val="0000EE"/>
            <w:u w:val="single"/>
          </w:rPr>
          <w:t>https://www.planomato.com/en/brighton/p/rupaul-brighton-hove-pride-2026</w:t>
        </w:r>
      </w:hyperlink>
      <w:r>
        <w:t xml:space="preserve"> - Drag superstar RuPaul is scheduled to perform a DJ set during the Brighton &amp; Hove Pride 2026 festival at Preston Park. The event, marking the 35th anniversary of LGBTQ+ pride in the city, will take place on August 1 and 2, 2026. The organisers have chosen 'The Power of Love' as the theme for this edition, which will be reflected in the community parade that kicks off the weekend. The musical lineup includes performances from artists such as Paris Hilton, Jessie J, Five, and Diana Ross.</w:t>
      </w:r>
      <w:r/>
    </w:p>
    <w:p>
      <w:pPr>
        <w:pStyle w:val="ListNumber"/>
        <w:spacing w:line="240" w:lineRule="auto"/>
        <w:ind w:left="720"/>
      </w:pPr>
      <w:r/>
      <w:hyperlink r:id="rId11">
        <w:r>
          <w:rPr>
            <w:color w:val="0000EE"/>
            <w:u w:val="single"/>
          </w:rPr>
          <w:t>https://www.brightonandhovenews.org/2026/06/03/diana-ross-raye-rupaul-paris-hilton-holly-johnson-many-more-booked-for-brighton-hove-pride/</w:t>
        </w:r>
      </w:hyperlink>
      <w:r>
        <w:t xml:space="preserve"> - Brighton &amp; Hove Pride 2026 has announced a star-studded lineup for its 35th anniversary celebrations. The event, themed 'The Power of Love', will feature performances from global icon Diana Ross, the sensational RAYE, Frankie Goes To Hollywood star Holly Johnson, Spice Girl Melanie C, Leigh-Anne, Jessie J, Self Esteem, with RuPaul and Paris Hilton in the 2026 Icons slot. The festival will take place on August 1 and 2, 2026, at Preston Park.</w:t>
      </w:r>
      <w:r/>
    </w:p>
    <w:p>
      <w:pPr>
        <w:pStyle w:val="ListNumber"/>
        <w:spacing w:line="240" w:lineRule="auto"/>
        <w:ind w:left="720"/>
      </w:pPr>
      <w:r/>
      <w:hyperlink r:id="rId12">
        <w:r>
          <w:rPr>
            <w:color w:val="0000EE"/>
            <w:u w:val="single"/>
          </w:rPr>
          <w:t>https://www.visitbrighton.com/whats-on/brighton-and-hove-pride-p2571021</w:t>
        </w:r>
      </w:hyperlink>
      <w:r>
        <w:t xml:space="preserve"> - Brighton &amp; Hove Pride 2026, celebrating its 35th anniversary, will take place on August 1 and 2 at Preston Park. The event, themed 'The Power of Love', will feature headliners such as RAYE, Diana Ross, Paris Hilton, and Holly Johnson. The festival will also include performances from artists like Jessie J, Self Esteem, Leigh-Anne, G Flip, and Moonchild Sanelly, as well as DJ sets from RuPaul, Purple Disco Machine, Bimini, Daniel Avery, Oxylion &amp; Danger, and Patrick Mason.</w:t>
      </w:r>
      <w:r/>
    </w:p>
    <w:p>
      <w:pPr>
        <w:pStyle w:val="ListNumber"/>
        <w:spacing w:line="240" w:lineRule="auto"/>
        <w:ind w:left="720"/>
      </w:pPr>
      <w:r/>
      <w:hyperlink r:id="rId14">
        <w:r>
          <w:rPr>
            <w:color w:val="0000EE"/>
            <w:u w:val="single"/>
          </w:rPr>
          <w:t>https://www.brighton-pride.org/pride-parade/</w:t>
        </w:r>
      </w:hyperlink>
      <w:r>
        <w:t xml:space="preserve"> - The Brighton &amp; Hove Pride LGBTQ+ Community Parade 2026 returns on Saturday 1st August with the theme 'The Power of Love'. In 2026, Brighton &amp; Hove Pride proudly celebrates 35 years of bold, joyful LGBTQ+ visibility. The parade will start from Hove Lawns and proceed through the city, culminating at Preston Park, where Pride on the Park will take place over the weekend. The event will feature various stages, immersive spaces, and dedicated family zones.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star.co.uk/showbiz/gallery/melanie-c-wows-sports-bra-37507117" TargetMode="External"/><Relationship Id="rId10" Type="http://schemas.openxmlformats.org/officeDocument/2006/relationships/hyperlink" Target="https://www.brightonandhovenews.org/2026/03/26/brighton-hove-pride-announces-full-2026-line-up/" TargetMode="External"/><Relationship Id="rId11" Type="http://schemas.openxmlformats.org/officeDocument/2006/relationships/hyperlink" Target="https://www.brightonandhovenews.org/2026/06/03/diana-ross-raye-rupaul-paris-hilton-holly-johnson-many-more-booked-for-brighton-hove-pride/" TargetMode="External"/><Relationship Id="rId12" Type="http://schemas.openxmlformats.org/officeDocument/2006/relationships/hyperlink" Target="https://www.visitbrighton.com/whats-on/brighton-and-hove-pride-p2571021" TargetMode="External"/><Relationship Id="rId13" Type="http://schemas.openxmlformats.org/officeDocument/2006/relationships/hyperlink" Target="https://www.planomato.com/en/brighton/p/paris-hilton-brighton-hove-pride" TargetMode="External"/><Relationship Id="rId14" Type="http://schemas.openxmlformats.org/officeDocument/2006/relationships/hyperlink" Target="https://www.brighton-pride.org/pride-parade/" TargetMode="External"/><Relationship Id="rId15" Type="http://schemas.openxmlformats.org/officeDocument/2006/relationships/hyperlink" Target="https://www.planomato.com/en/brighton/p/rupaul-brighton-hove-prid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