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Mikkeli Pride Week Guide: What to See, Do and Where to Join the Fun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with locals and visitors alike: Mikkeli’s Pride has stretched into a nearly week-long celebration of equality, arts and community, with events from Tuesday to Saturday that matter for families, youth and anyone curious about queer culture. Here’s what to expect and how to take part.</w:t>
      </w:r>
      <w:r/>
    </w:p>
    <w:p>
      <w:r/>
      <w:r>
        <w:t>Essential Takeaways</w:t>
      </w:r>
      <w:r/>
      <w:r/>
    </w:p>
    <w:p>
      <w:pPr>
        <w:pStyle w:val="ListBullet"/>
        <w:spacing w:line="240" w:lineRule="auto"/>
        <w:ind w:left="720"/>
      </w:pPr>
      <w:r/>
      <w:r>
        <w:rPr>
          <w:b/>
        </w:rPr>
        <w:t>Week-long festival:</w:t>
      </w:r>
      <w:r>
        <w:t xml:space="preserve"> Events run Tuesday 4 August to Saturday 8 August, with talks, workshops, parties and a parade.</w:t>
      </w:r>
      <w:r/>
    </w:p>
    <w:p>
      <w:pPr>
        <w:pStyle w:val="ListBullet"/>
        <w:spacing w:line="240" w:lineRule="auto"/>
        <w:ind w:left="720"/>
      </w:pPr>
      <w:r/>
      <w:r>
        <w:rPr>
          <w:b/>
        </w:rPr>
        <w:t>Big-name talk:</w:t>
      </w:r>
      <w:r>
        <w:t xml:space="preserve"> Journalist and author Erkka Mikkonen opens the programme with a talk at the main library about his experiences reporting from Russia.</w:t>
      </w:r>
      <w:r/>
    </w:p>
    <w:p>
      <w:pPr>
        <w:pStyle w:val="ListBullet"/>
        <w:spacing w:line="240" w:lineRule="auto"/>
        <w:ind w:left="720"/>
      </w:pPr>
      <w:r/>
      <w:r>
        <w:rPr>
          <w:b/>
        </w:rPr>
        <w:t>Creative, free activities:</w:t>
      </w:r>
      <w:r>
        <w:t xml:space="preserve"> There’s a sign-making workshop for marchers and a queer book club kickoff at the library; both are free and open to new visitors.</w:t>
      </w:r>
      <w:r/>
    </w:p>
    <w:p>
      <w:pPr>
        <w:pStyle w:val="ListBullet"/>
        <w:spacing w:line="240" w:lineRule="auto"/>
        <w:ind w:left="720"/>
      </w:pPr>
      <w:r/>
      <w:r>
        <w:rPr>
          <w:b/>
        </w:rPr>
        <w:t>Family-friendly hub:</w:t>
      </w:r>
      <w:r>
        <w:t xml:space="preserve"> Pride warm-up in Arvonpuisto offers interactive art and science stalls, easygoing vibes and activities for all ages.</w:t>
      </w:r>
      <w:r/>
    </w:p>
    <w:p>
      <w:pPr>
        <w:pStyle w:val="ListBullet"/>
        <w:spacing w:line="240" w:lineRule="auto"/>
        <w:ind w:left="720"/>
      </w:pPr>
      <w:r/>
      <w:r>
        <w:rPr>
          <w:b/>
        </w:rPr>
        <w:t>Live performances and parties:</w:t>
      </w:r>
      <w:r>
        <w:t xml:space="preserve"> Saturday’s park festival features drag, burlesque, aerial acts and music, with youth and adult afterparties in town.</w:t>
      </w:r>
      <w:r/>
      <w:r/>
    </w:p>
    <w:p>
      <w:pPr>
        <w:pStyle w:val="Heading2"/>
      </w:pPr>
      <w:r>
        <w:t>A strong opening: Erkka Mikkonen starts the week with a hard-hitting talk</w:t>
      </w:r>
      <w:r/>
    </w:p>
    <w:p>
      <w:r/>
      <w:r>
        <w:t>Mikkeli Pride kicks off with a serious, compelling note: Erkka Mikkonen, the Yle foreign correspondent who covered Russia for years, will talk about his book and his life reporting from Moscow and St Petersburg. Expect a reflective, sometimes stark account that adds political depth to what’s otherwise a celebratory programme. For anyone who likes context with their culture, this is the sort of event that sets the tone for the week and gives local Pride an international perspective.</w:t>
      </w:r>
      <w:r/>
    </w:p>
    <w:p>
      <w:pPr>
        <w:pStyle w:val="Heading2"/>
      </w:pPr>
      <w:r>
        <w:t>Make your march sign and find your voice: free workshops at the library</w:t>
      </w:r>
      <w:r/>
    </w:p>
    <w:p>
      <w:r/>
      <w:r>
        <w:t>If you’re planning to join Saturday’s parade but don’t have a placard yet, the library’s sign-making workshop on Wednesday afternoon is exactly the fix. It’s run by Kulttuuripaja Kajo and costs nothing , just bring ideas or borrow inspiration on the spot. Workshops like this are one of the nicest things about small-city Pride: they turn strangers into collaborators and give marchers a chance to personalise their message.</w:t>
      </w:r>
      <w:r/>
    </w:p>
    <w:p>
      <w:pPr>
        <w:pStyle w:val="Heading2"/>
      </w:pPr>
      <w:r>
        <w:t>Queer book club: gentle, welcoming and ideal for newcomers</w:t>
      </w:r>
      <w:r/>
    </w:p>
    <w:p>
      <w:r/>
      <w:r>
        <w:t>Thursday’s Queer-lukupiiri is the second season of the library and Kajon collaboration and opens with an introductory meet-up. It’s low-pressure , read along if you want, or come just to listen and meet people interested in rainbow literature. For readers who enjoy quieter, ongoing community events, this is a good way to stay involved beyond the parade and parties.</w:t>
      </w:r>
      <w:r/>
    </w:p>
    <w:p>
      <w:pPr>
        <w:pStyle w:val="Heading2"/>
      </w:pPr>
      <w:r>
        <w:t>Arvonpuisto warm-up: family-friendly activities and community stalls</w:t>
      </w:r>
      <w:r/>
    </w:p>
    <w:p>
      <w:r/>
      <w:r>
        <w:t>On Friday afternoon the Pride warm-up at Puistokatu 1 turns Arvonpuisto into a friendly, interactive hub. There’ll be stalls from local organisations, art and science workshops, and plenty of things for kids and teens to try. It’s free to attend, easy to wander through, and a nice way for families to sample Pride without the intensity of a parade. If you want a relaxed way in, this is your best bet.</w:t>
      </w:r>
      <w:r/>
    </w:p>
    <w:p>
      <w:pPr>
        <w:pStyle w:val="Heading2"/>
      </w:pPr>
      <w:r>
        <w:t>Saturday’s parade and park festival: spectacle, sound and skill</w:t>
      </w:r>
      <w:r/>
    </w:p>
    <w:p>
      <w:r/>
      <w:r>
        <w:t>Saturday is the crescendo: an official opening in Kirkkopuisto at 13:00 followed by the traditional parade and a park festival at Tykkipuisto on the old barracks grounds. The line-up mixes pop and performance , drag artists like Whipher Snipher and Gee Gee Van De Slay, burlesque and trapeze, and bands including S.P.I.T. There’s also a workshop from burlesque performer Mindy M. Magnolia, which is both show and hands-on experience. The day balances big, theatrical moments with community warmth, so whether you’re there to cheer, dance or learn, you’ll find something memorable.</w:t>
      </w:r>
      <w:r/>
    </w:p>
    <w:p>
      <w:pPr>
        <w:pStyle w:val="Heading2"/>
      </w:pPr>
      <w:r>
        <w:t>Afterparties for every age: Starlight for youth, Wilhelm for adults</w:t>
      </w:r>
      <w:r/>
    </w:p>
    <w:p>
      <w:r/>
      <w:r>
        <w:t>When the park winds down, the night keeps going. Youth can head to Nuorisotila Starlight for an early evening continuation with local performers, while adults can file into Wilhelm Public House from 20:00 for later-night acts and DJs. It’s a considerate split that keeps younger attendees safe while giving older crowds a chance to party , and it makes the whole weekend feel like it was planned with everyone in mind.</w:t>
      </w:r>
      <w:r/>
    </w:p>
    <w:p>
      <w:pPr>
        <w:pStyle w:val="Heading2"/>
      </w:pPr>
      <w:r>
        <w:t>Why Mikkeli Pride matters locally</w:t>
      </w:r>
      <w:r/>
    </w:p>
    <w:p>
      <w:r/>
      <w:r>
        <w:t>Mikkeli Pride is presented as a human-rights event that supports equality and inclusion, and it’s backed by local institutions, youth councils and foundations. That local support means the festival isn’t just a one-day spectacle: it’s plugged into ongoing efforts to steer city life towards fairness and accessibility. For residents this is both celebration and civic conversation, and for visitors it’s a chance to see how regional Pride festivals can combine culture, activism and community outreach.</w:t>
      </w:r>
      <w:r/>
    </w:p>
    <w:p>
      <w:r/>
      <w:r>
        <w:t>Closing Line</w:t>
      </w:r>
      <w:r/>
    </w:p>
    <w:p>
      <w:r/>
      <w:r>
        <w:t>Take your pick from talks, workshops, family-friendly fun and late-night glitter , Mikkeli Pride packs big heart into a compact week, so join in where you feel most at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3">
        <w:r>
          <w:rPr>
            <w:color w:val="0000EE"/>
            <w:u w:val="single"/>
          </w:rPr>
          <w:t>[6]</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0">
        <w:r>
          <w:rPr>
            <w:color w:val="0000EE"/>
            <w:u w:val="single"/>
          </w:rPr>
          <w:t>[2]</w:t>
        </w:r>
      </w:hyperlink>
      <w:r>
        <w:t xml:space="preserve">- Paragraph 7: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https://www.lansi-savo.fi/paikalliset/9668681</w:t>
        </w:r>
      </w:hyperlink>
      <w:r>
        <w:t xml:space="preserve"> - Please view link - unable to able to access data</w:t>
      </w:r>
      <w:r/>
    </w:p>
    <w:p>
      <w:pPr>
        <w:pStyle w:val="ListNumber"/>
        <w:spacing w:line="240" w:lineRule="auto"/>
        <w:ind w:left="720"/>
      </w:pPr>
      <w:r/>
      <w:hyperlink r:id="rId10">
        <w:r>
          <w:rPr>
            <w:color w:val="0000EE"/>
            <w:u w:val="single"/>
          </w:rPr>
          <w:t>https://mikkeli.fi/2026/06/04/yhdenvertaisuus-ja-tasa-arvo-ohjelma-ohjaa-mikkelin-arjen-tekoja-ja-palvelujen-kehittamista/</w:t>
        </w:r>
      </w:hyperlink>
      <w:r>
        <w:t xml:space="preserve"> - Mikkeli's Equality and Equity Programme for 2026–2029 outlines the city's commitment to promoting justice, inclusion, and non-discrimination in all its operations. Approved by the city council on April 13, 2026, the programme serves as a practical tool for developing services, management, and daily interactions. It envisions Mikkeli as a city where everyone can be themselves and fully participate in society, recognising and accommodating diverse backgrounds, life situations, and needs in municipal services. The programme includes concrete measures to be implemented during the council term, with regular monitoring and adjustments as needed. Mikkeli has also adopted the principles of safer space to create a respectful, equal, and inclusive environment where everyone can be themselves without fear of inappropriate treatment.</w:t>
      </w:r>
      <w:r/>
    </w:p>
    <w:p>
      <w:pPr>
        <w:pStyle w:val="ListNumber"/>
        <w:spacing w:line="240" w:lineRule="auto"/>
        <w:ind w:left="720"/>
      </w:pPr>
      <w:r/>
      <w:hyperlink r:id="rId15">
        <w:r>
          <w:rPr>
            <w:color w:val="0000EE"/>
            <w:u w:val="single"/>
          </w:rPr>
          <w:t>https://www.mikkelinkalamarkkinat.fi/</w:t>
        </w:r>
      </w:hyperlink>
      <w:r>
        <w:t xml:space="preserve"> - The Mikkeli Fish Market, scheduled for Saturday, August 15, 2026, from 9:00 to 22:00, offers a variety of activities including fish processing demonstrations, children's programmes, live music, and dance events. The market will feature stalls selling street food, handicrafts, flowers, and more. The evening will include karaoke and orchestra dances, with the programme continuing into the night. The event is free to attend and provides a platform for local vendors and performers to showcase their offerings.</w:t>
      </w:r>
      <w:r/>
    </w:p>
    <w:p>
      <w:pPr>
        <w:pStyle w:val="ListNumber"/>
        <w:spacing w:line="240" w:lineRule="auto"/>
        <w:ind w:left="720"/>
      </w:pPr>
      <w:r/>
      <w:hyperlink r:id="rId11">
        <w:r>
          <w:rPr>
            <w:color w:val="0000EE"/>
            <w:u w:val="single"/>
          </w:rPr>
          <w:t>https://kuopiopride.fi/ohjelma/</w:t>
        </w:r>
      </w:hyperlink>
      <w:r>
        <w:t xml:space="preserve"> - Kuopio Pride 2026 is scheduled for August 21–23, 2026, in Kuopio city centre. Organised by Kuopio Pride ry, the event includes a Pride parade, park celebration, and evening parties. Additional pride-themed activities are planned throughout the Kuopio area, with more details to be updated on the website. The organisers are currently seeking programme participants and encourage those planning pride-related events to inform them via email. The event aims to celebrate and promote LGBTQ+ rights and visibility in the region.</w:t>
      </w:r>
      <w:r/>
    </w:p>
    <w:p>
      <w:pPr>
        <w:pStyle w:val="ListNumber"/>
        <w:spacing w:line="240" w:lineRule="auto"/>
        <w:ind w:left="720"/>
      </w:pPr>
      <w:r/>
      <w:hyperlink r:id="rId12">
        <w:r>
          <w:rPr>
            <w:color w:val="0000EE"/>
            <w:u w:val="single"/>
          </w:rPr>
          <w:t>https://raahepride.fi/?page_id=16</w:t>
        </w:r>
      </w:hyperlink>
      <w:r>
        <w:t xml:space="preserve"> - Raahe Pride 2026, taking place from July 27 to August 1, 2026, promises to be larger than ever. The event includes a variety of activities such as art exhibitions, Pride information sessions, a youth Pride event, and evening parties featuring performances by artists like Tuure Boelius. The programme is continually updated as details are confirmed. The organisers invite participants to contact them for more information or to get involved in the event.</w:t>
      </w:r>
      <w:r/>
    </w:p>
    <w:p>
      <w:pPr>
        <w:pStyle w:val="ListNumber"/>
        <w:spacing w:line="240" w:lineRule="auto"/>
        <w:ind w:left="720"/>
      </w:pPr>
      <w:r/>
      <w:hyperlink r:id="rId13">
        <w:r>
          <w:rPr>
            <w:color w:val="0000EE"/>
            <w:u w:val="single"/>
          </w:rPr>
          <w:t>https://www.mikkelintori.fi/</w:t>
        </w:r>
      </w:hyperlink>
      <w:r>
        <w:t xml:space="preserve"> - Mikkeli Market Square hosts various events throughout the year. Upcoming events include the August monthly market on August 1, 2026, featuring street food, handicrafts, and more. Other events include a Sunday flea market on August 2, 2026, and the 'Liike on lääke 2026' tour on August 6, 2026. The market square also hosts the Eloiltamat event on August 21, 2026, offering food, drinks, music, and a lively atmosphere. These events aim to engage the local community and visitors in Mikkeli's vibrant cultural scene.</w:t>
      </w:r>
      <w:r/>
    </w:p>
    <w:p>
      <w:pPr>
        <w:pStyle w:val="ListNumber"/>
        <w:spacing w:line="240" w:lineRule="auto"/>
        <w:ind w:left="720"/>
      </w:pPr>
      <w:r/>
      <w:hyperlink r:id="rId14">
        <w:r>
          <w:rPr>
            <w:color w:val="0000EE"/>
            <w:u w:val="single"/>
          </w:rPr>
          <w:t>https://pride.fi/helsinki-pride-2026/pride-house-2026/</w:t>
        </w:r>
      </w:hyperlink>
      <w:r>
        <w:t xml:space="preserve"> - Helsinki Pride 2026 kicks off with a grand opening at Hobo Helsinki on June 22, 2026, at 17:30. The event features speeches, music performances, and dazzling shows, including a unique Drag Opera performance titled 'Viva to the Diva' by Twiggy Mallet and Hanna Hasu. The evening is hosted by cultural personality and violinist Tapio Viinikangas. Complimentary drinks and a gluten-free and vegan pizza buffet are provided. The event is free and open to all, with accessible facilities. The Pride House at Hobo Helsinki serves as the central hub for the week's activities.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ansi-savo.fi/paikalliset/9668681" TargetMode="External"/><Relationship Id="rId10" Type="http://schemas.openxmlformats.org/officeDocument/2006/relationships/hyperlink" Target="https://mikkeli.fi/2026/06/04/yhdenvertaisuus-ja-tasa-arvo-ohjelma-ohjaa-mikkelin-arjen-tekoja-ja-palvelujen-kehittamista/" TargetMode="External"/><Relationship Id="rId11" Type="http://schemas.openxmlformats.org/officeDocument/2006/relationships/hyperlink" Target="https://kuopiopride.fi/ohjelma/" TargetMode="External"/><Relationship Id="rId12" Type="http://schemas.openxmlformats.org/officeDocument/2006/relationships/hyperlink" Target="https://raahepride.fi/?page_id=16" TargetMode="External"/><Relationship Id="rId13" Type="http://schemas.openxmlformats.org/officeDocument/2006/relationships/hyperlink" Target="https://www.mikkelintori.fi/" TargetMode="External"/><Relationship Id="rId14" Type="http://schemas.openxmlformats.org/officeDocument/2006/relationships/hyperlink" Target="https://pride.fi/helsinki-pride-2026/pride-house-2026/" TargetMode="External"/><Relationship Id="rId15" Type="http://schemas.openxmlformats.org/officeDocument/2006/relationships/hyperlink" Target="https://www.mikkelinkalamarkkinat.f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