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Shows and Queer Movies to Watch This August — new releases and where to stream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Dive into August’s best queer TV and films while the heat blusters outside , from espionage thrills to sapphic sport and coming‑of‑age sweetness, here’s what to stream or see in cinemas this month and why each pick matters.</w:t>
      </w:r>
      <w:r/>
    </w:p>
    <w:p>
      <w:r/>
      <w:r>
        <w:t>Essential Takeaways</w:t>
      </w:r>
      <w:r/>
      <w:r/>
    </w:p>
    <w:p>
      <w:pPr>
        <w:pStyle w:val="ListBullet"/>
        <w:spacing w:line="240" w:lineRule="auto"/>
        <w:ind w:left="720"/>
      </w:pPr>
      <w:r/>
      <w:r>
        <w:rPr>
          <w:b/>
        </w:rPr>
        <w:t>Big new seasons:</w:t>
      </w:r>
      <w:r>
        <w:t xml:space="preserve"> Lioness Season 3 and Ted Lasso Season 4 both land in early August, bringing espionage drama and women’s football front and centre.</w:t>
      </w:r>
      <w:r/>
    </w:p>
    <w:p>
      <w:pPr>
        <w:pStyle w:val="ListBullet"/>
        <w:spacing w:line="240" w:lineRule="auto"/>
        <w:ind w:left="720"/>
      </w:pPr>
      <w:r/>
      <w:r>
        <w:rPr>
          <w:b/>
        </w:rPr>
        <w:t>Fresh queer storytelling:</w:t>
      </w:r>
      <w:r>
        <w:t xml:space="preserve"> Sterling Point and The Shards offer teen and 1980s-set queer perspectives, with vivid characters and emotional payoffs.</w:t>
      </w:r>
      <w:r/>
    </w:p>
    <w:p>
      <w:pPr>
        <w:pStyle w:val="ListBullet"/>
        <w:spacing w:line="240" w:lineRule="auto"/>
        <w:ind w:left="720"/>
      </w:pPr>
      <w:r/>
      <w:r>
        <w:rPr>
          <w:b/>
        </w:rPr>
        <w:t>Cinema picks to spice up a sticky night:</w:t>
      </w:r>
      <w:r>
        <w:t xml:space="preserve"> The Wrong Girls and Teenage Sex and Death at Camp Miasma mix comedy and body‑horror with queer creative voices behind them.</w:t>
      </w:r>
      <w:r/>
    </w:p>
    <w:p>
      <w:pPr>
        <w:pStyle w:val="ListBullet"/>
        <w:spacing w:line="240" w:lineRule="auto"/>
        <w:ind w:left="720"/>
      </w:pPr>
      <w:r/>
      <w:r>
        <w:rPr>
          <w:b/>
        </w:rPr>
        <w:t>Documentary and spectacle:</w:t>
      </w:r>
      <w:r>
        <w:t xml:space="preserve"> The Dynasty: UConn Huskies and Katseye: Wild Hearts give intimate, adrenaline‑charged looks at fandom and sporting dynasties.</w:t>
      </w:r>
      <w:r/>
      <w:r/>
    </w:p>
    <w:p>
      <w:pPr>
        <w:pStyle w:val="Heading2"/>
      </w:pPr>
      <w:r>
        <w:t>Lioness Season 3 , espionage with a domestic heartbeat</w:t>
      </w:r>
      <w:r/>
    </w:p>
    <w:p>
      <w:r/>
      <w:r>
        <w:t>The new season of Lioness promises the same taut, high‑stakes energy with a softer, homebound undertow , it smells of diesel and late‑night strategy sessions. According to Paramount’s press notes, Zoe Saldaña’s Joe now balances duty and family as unseen forces close in.</w:t>
      </w:r>
      <w:r/>
    </w:p>
    <w:p>
      <w:r/>
      <w:r>
        <w:t>This season evolved from the show’s appetite for layered plotting and grounded character work. Owners of the series’ first two seasons will recognise the mix of clandestine missions and personal betrayals. If you like your thrillers with emotional weight, Lioness delivers both.</w:t>
      </w:r>
      <w:r/>
    </w:p>
    <w:p>
      <w:r/>
      <w:r>
        <w:t>Pick this if you want sharp plotting and a heroine whose private life matters as much as the mission. Watch on Paramount+ from 2 August.</w:t>
      </w:r>
      <w:r/>
    </w:p>
    <w:p>
      <w:pPr>
        <w:pStyle w:val="Heading2"/>
      </w:pPr>
      <w:r>
        <w:t>Ted Lasso Season 4 , women’s football gets the spotlight</w:t>
      </w:r>
      <w:r/>
    </w:p>
    <w:p>
      <w:r/>
      <w:r>
        <w:t>Ted Lasso’s charm goes boots‑on‑the‑pitch in season four, which shifts the spotlight to a second‑division women’s football team. Apple announced the return for 5 August, and early chatter suggests the show keeps its heart while opening up new locker‑room dynamics.</w:t>
      </w:r>
      <w:r/>
    </w:p>
    <w:p>
      <w:r/>
      <w:r>
        <w:t>This feels like a deliberate move toward representation and fresh comedic stakes: the humour is still warm, but the risks are different when the team’s futures hang on promotion and identity. Fans should expect the familiar optimism, but with new relationships and competitive fire.</w:t>
      </w:r>
      <w:r/>
    </w:p>
    <w:p>
      <w:r/>
      <w:r>
        <w:t>Choose this if you want feel‑good laughs with genuine sporting drama; it’s streaming on Apple TV+ from 5 August.</w:t>
      </w:r>
      <w:r/>
    </w:p>
    <w:p>
      <w:pPr>
        <w:pStyle w:val="Heading2"/>
      </w:pPr>
      <w:r>
        <w:t>Teen and nostalgia drama , The Shards and Sterling Point offer different kinds of growing up</w:t>
      </w:r>
      <w:r/>
    </w:p>
    <w:p>
      <w:r/>
      <w:r>
        <w:t>Ryan Murphy’s The Shards, arriving 5 August on Hulu, leans into 1980s excess , think luxury, jealousy and dangerous obsessions at an elite prep school. It’s glossy and unnerving in equal measure, a show that delights in texture and teenage tension.</w:t>
      </w:r>
      <w:r/>
    </w:p>
    <w:p>
      <w:r/>
      <w:r>
        <w:t>By contrast, Sterling Point on Prime Video (also 5 August) is quieter and tender: a teen inheriting an island uncovers family secrets and first loves. Where The Shards feeds on glamour and peril, Sterling Point tastes of sea air and tentative romance.</w:t>
      </w:r>
      <w:r/>
    </w:p>
    <w:p>
      <w:r/>
      <w:r>
        <w:t>Both are useful counterpoints: pick The Shards for stylised, darker teen tales and Sterling Point for coming‑of‑age warmth and character work.</w:t>
      </w:r>
      <w:r/>
    </w:p>
    <w:p>
      <w:pPr>
        <w:pStyle w:val="Heading2"/>
      </w:pPr>
      <w:r>
        <w:t>Cinema nights , gore, queer comedy, and chaotic spectacle</w:t>
      </w:r>
      <w:r/>
    </w:p>
    <w:p>
      <w:r/>
      <w:r>
        <w:t>August’s cinema slate is a fun mixed bag. Jane Schoenbrun’s Teenage Sex and Death at Camp Miasma lands on 7 August with a meta, blood‑soaked take on slasher fandom that courts both queerness and camp horror. Then there’s The Wrong Girls, starring Kristen Stewart and directed by Dylan Meyer, which promises chaotic identity‑swap comedy when it opens on 14 August.</w:t>
      </w:r>
      <w:r/>
    </w:p>
    <w:p>
      <w:r/>
      <w:r>
        <w:t>If you want documentary energy and crowd devotion, Katseye: Wild Hearts (12 August) celebrates a band’s relationship with its fans, and Stamptown (25 August) offers anarchic performance art hosted by bisexual clown Zach Zucker on Netflix.</w:t>
      </w:r>
      <w:r/>
    </w:p>
    <w:p>
      <w:r/>
      <w:r>
        <w:t>Head to theatres for something loud and communal; stream if you’re hiding from the heat and want quieter engagement.</w:t>
      </w:r>
      <w:r/>
    </w:p>
    <w:p>
      <w:pPr>
        <w:pStyle w:val="Heading2"/>
      </w:pPr>
      <w:r>
        <w:t>Sport, fandom and the bigger picture , documentaries to watch</w:t>
      </w:r>
      <w:r/>
    </w:p>
    <w:p>
      <w:r/>
      <w:r>
        <w:t>For a different kind of intensity, The Dynasty: UConn Huskies (21 August on Apple TV+) digs into the program that redefined women’s college basketball. Interviews with legends such as Rebecca Lobo and Diana Taurasi make this a must for sports lovers and those curious about the pressures of elite success.</w:t>
      </w:r>
      <w:r/>
    </w:p>
    <w:p>
      <w:r/>
      <w:r>
        <w:t>Across these titles you see a pattern: more LGBTQ+ stories are woven into mainstream genres , sport, espionage, horror , rather than being boxed into “only queer” niches. That’s a welcome shift, and it means there’s something for every mood this August.</w:t>
      </w:r>
      <w:r/>
    </w:p>
    <w:p>
      <w:r/>
      <w:r>
        <w:t>Closing line Pick a title, press play, and let the AC do the rest , August’s queer screens are varied, vivid and worth the binge.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0">
        <w:r>
          <w:rPr>
            <w:color w:val="0000EE"/>
            <w:u w:val="single"/>
          </w:rPr>
          <w:t>[6]</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1">
        <w:r>
          <w:rPr>
            <w:color w:val="0000EE"/>
            <w:u w:val="single"/>
          </w:rPr>
          <w:t>[3]</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https://www.out.com/gay-entertainment/lgbtq-shows-august-2026</w:t>
        </w:r>
      </w:hyperlink>
      <w:r>
        <w:t xml:space="preserve"> - Please view link - unable to able to access data</w:t>
      </w:r>
      <w:r/>
    </w:p>
    <w:p>
      <w:pPr>
        <w:pStyle w:val="ListNumber"/>
        <w:spacing w:line="240" w:lineRule="auto"/>
        <w:ind w:left="720"/>
      </w:pPr>
      <w:r/>
      <w:hyperlink r:id="rId10">
        <w:r>
          <w:rPr>
            <w:color w:val="0000EE"/>
            <w:u w:val="single"/>
          </w:rPr>
          <w:t>https://www.paramountpressexpress.com/paramount-plus/shows/lioness/releases/?view=112953-lioness-season-three-mission-accepted-the-espionage-thriller-returns-august-2-on-paramount</w:t>
        </w:r>
      </w:hyperlink>
      <w:r>
        <w:t xml:space="preserve"> - Paramount+ has announced the return of the espionage thriller 'Lioness' for its third season, set to premiere on August 2, 2026. The series stars Zoe Saldaña and Nicole Kidman, with the new season focusing on a personal assignment that brings chaos to the Lioness team. The announcement includes first-look images and details about the upcoming episodes, highlighting the show's intense female-led narrative and global scale.</w:t>
      </w:r>
      <w:r/>
    </w:p>
    <w:p>
      <w:pPr>
        <w:pStyle w:val="ListNumber"/>
        <w:spacing w:line="240" w:lineRule="auto"/>
        <w:ind w:left="720"/>
      </w:pPr>
      <w:r/>
      <w:hyperlink r:id="rId11">
        <w:r>
          <w:rPr>
            <w:color w:val="0000EE"/>
            <w:u w:val="single"/>
          </w:rPr>
          <w:t>https://www.apple.com/uk/tv-pr/news/2026/04/apple-tvs-emmy-award-winning-global-smash-hit-series-ted-lasso-returns-for-season-four-on-wednesday-august-5/</w:t>
        </w:r>
      </w:hyperlink>
      <w:r>
        <w:t xml:space="preserve"> - Apple TV has announced the premiere of the fourth season of 'Ted Lasso' on August 5, 2026. The season features Jason Sudeikis returning as Ted, who takes on the challenge of coaching a second-division women's football team in Richmond. The cast includes returning stars and introduces new members, with episodes releasing weekly through October 7. The announcement highlights the show's continued success and its expansion into new storylines.</w:t>
      </w:r>
      <w:r/>
    </w:p>
    <w:p>
      <w:pPr>
        <w:pStyle w:val="ListNumber"/>
        <w:spacing w:line="240" w:lineRule="auto"/>
        <w:ind w:left="720"/>
      </w:pPr>
      <w:r/>
      <w:hyperlink r:id="rId12">
        <w:r>
          <w:rPr>
            <w:color w:val="0000EE"/>
            <w:u w:val="single"/>
          </w:rPr>
          <w:t>https://www.macrumors.com/2026/04/28/apple-tv-ted-lasso-season-four-release-date/</w:t>
        </w:r>
      </w:hyperlink>
      <w:r>
        <w:t xml:space="preserve"> - Apple has confirmed the release date for the fourth season of 'Ted Lasso,' set for August 5, 2026. The new season follows Ted Lasso as he returns to Richmond to coach a second-division women's football team, facing new challenges and opportunities. The article provides details on the premiere date, the show's premise, and the return of familiar characters, as well as the addition of new cast members.</w:t>
      </w:r>
      <w:r/>
    </w:p>
    <w:p>
      <w:pPr>
        <w:pStyle w:val="ListNumber"/>
        <w:spacing w:line="240" w:lineRule="auto"/>
        <w:ind w:left="720"/>
      </w:pPr>
      <w:r/>
      <w:hyperlink r:id="rId13">
        <w:r>
          <w:rPr>
            <w:color w:val="0000EE"/>
            <w:u w:val="single"/>
          </w:rPr>
          <w:t>https://www.fourfourtwo.com/news/everything-we-know-about-ted-lasso-season-4-so-far</w:t>
        </w:r>
      </w:hyperlink>
      <w:r>
        <w:t xml:space="preserve"> - The fourth season of 'Ted Lasso' is set to premiere on August 5, 2026, marking Ted's return to coaching a second-division women's football team in Richmond. The article discusses the storyline, character developments, and introduces new cast members. It also highlights the show's evolution and the anticipation surrounding the upcoming season, providing insights into the narrative direction and character arcs.</w:t>
      </w:r>
      <w:r/>
    </w:p>
    <w:p>
      <w:pPr>
        <w:pStyle w:val="ListNumber"/>
        <w:spacing w:line="240" w:lineRule="auto"/>
        <w:ind w:left="720"/>
      </w:pPr>
      <w:r/>
      <w:hyperlink r:id="rId10">
        <w:r>
          <w:rPr>
            <w:color w:val="0000EE"/>
            <w:u w:val="single"/>
          </w:rPr>
          <w:t>https://www.paramountpressexpress.com/paramount-plus/shows/lioness/releases/?view=112953-lioness-season-three-mission-accepted-the-espionage-thriller-returns-august-2-on-paramount</w:t>
        </w:r>
      </w:hyperlink>
      <w:r>
        <w:t xml:space="preserve"> - Paramount+ has announced the return of the espionage thriller 'Lioness' for its third season, set to premiere on August 2, 2026. The series stars Zoe Saldaña and Nicole Kidman, with the new season focusing on a personal assignment that brings chaos to the Lioness team. The announcement includes first-look images and details about the upcoming episodes, highlighting the show's intense female-led narrative and global scale.</w:t>
      </w:r>
      <w:r/>
    </w:p>
    <w:p>
      <w:pPr>
        <w:pStyle w:val="ListNumber"/>
        <w:spacing w:line="240" w:lineRule="auto"/>
        <w:ind w:left="720"/>
      </w:pPr>
      <w:r/>
      <w:hyperlink r:id="rId11">
        <w:r>
          <w:rPr>
            <w:color w:val="0000EE"/>
            <w:u w:val="single"/>
          </w:rPr>
          <w:t>https://www.apple.com/uk/tv-pr/news/2026/04/apple-tvs-emmy-award-winning-global-smash-hit-series-ted-lasso-returns-for-season-four-on-wednesday-august-5/</w:t>
        </w:r>
      </w:hyperlink>
      <w:r>
        <w:t xml:space="preserve"> - Apple TV has announced the premiere of the fourth season of 'Ted Lasso' on August 5, 2026. The season features Jason Sudeikis returning as Ted, who takes on the challenge of coaching a second-division women's football team in Richmond. The cast includes returning stars and introduces new members, with episodes releasing weekly through October 7. The announcement highlights the show's continued success and its expansion into new storylines.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gay-entertainment/lgbtq-shows-august-2026" TargetMode="External"/><Relationship Id="rId10" Type="http://schemas.openxmlformats.org/officeDocument/2006/relationships/hyperlink" Target="https://www.paramountpressexpress.com/paramount-plus/shows/lioness/releases/?view=112953-lioness-season-three-mission-accepted-the-espionage-thriller-returns-august-2-on-paramount" TargetMode="External"/><Relationship Id="rId11" Type="http://schemas.openxmlformats.org/officeDocument/2006/relationships/hyperlink" Target="https://www.apple.com/uk/tv-pr/news/2026/04/apple-tvs-emmy-award-winning-global-smash-hit-series-ted-lasso-returns-for-season-four-on-wednesday-august-5/" TargetMode="External"/><Relationship Id="rId12" Type="http://schemas.openxmlformats.org/officeDocument/2006/relationships/hyperlink" Target="https://www.macrumors.com/2026/04/28/apple-tv-ted-lasso-season-four-release-date/" TargetMode="External"/><Relationship Id="rId13" Type="http://schemas.openxmlformats.org/officeDocument/2006/relationships/hyperlink" Target="https://www.fourfourtwo.com/news/everything-we-know-about-ted-lasso-season-4-so-f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