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TV Shows You May Have Missed This Year — sapphic storylines to add to your watchlist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fresh sapphic storylines has become its own hobby; viewers are turning to smaller, smarter series to find queer female characters who actually matter. From horror towns to legal comedies, here’s a friendly guide to five lesbian-led or sapphic-adjacent shows you might have missed , and why they’re worth your time.</w:t>
      </w:r>
      <w:r/>
    </w:p>
    <w:p>
      <w:r/>
      <w:r>
        <w:t>Essential Takeaways</w:t>
      </w:r>
      <w:r/>
      <w:r/>
    </w:p>
    <w:p>
      <w:pPr>
        <w:pStyle w:val="ListBullet"/>
        <w:spacing w:line="240" w:lineRule="auto"/>
        <w:ind w:left="720"/>
      </w:pPr>
      <w:r/>
      <w:r>
        <w:rPr>
          <w:b/>
        </w:rPr>
        <w:t>Worth watching:</w:t>
      </w:r>
      <w:r>
        <w:t xml:space="preserve"> From blends creeping dread with a quietly important queer couple who grow across four seasons.</w:t>
      </w:r>
      <w:r/>
    </w:p>
    <w:p>
      <w:pPr>
        <w:pStyle w:val="ListBullet"/>
        <w:spacing w:line="240" w:lineRule="auto"/>
        <w:ind w:left="720"/>
      </w:pPr>
      <w:r/>
      <w:r>
        <w:rPr>
          <w:b/>
        </w:rPr>
        <w:t>Feel-good energy:</w:t>
      </w:r>
      <w:r>
        <w:t xml:space="preserve"> Elle offers light comedy and a visible lesbian best friend dynamic in a Legally Blonde prequel setting.</w:t>
      </w:r>
      <w:r/>
    </w:p>
    <w:p>
      <w:pPr>
        <w:pStyle w:val="ListBullet"/>
        <w:spacing w:line="240" w:lineRule="auto"/>
        <w:ind w:left="720"/>
      </w:pPr>
      <w:r/>
      <w:r>
        <w:rPr>
          <w:b/>
        </w:rPr>
        <w:t>Grim but resonant:</w:t>
      </w:r>
      <w:r>
        <w:t xml:space="preserve"> The Testaments delivers yearning sapphic threads inside a harsh, dystopian world.</w:t>
      </w:r>
      <w:r/>
    </w:p>
    <w:p>
      <w:pPr>
        <w:pStyle w:val="ListBullet"/>
        <w:spacing w:line="240" w:lineRule="auto"/>
        <w:ind w:left="720"/>
      </w:pPr>
      <w:r/>
      <w:r>
        <w:rPr>
          <w:b/>
        </w:rPr>
        <w:t>Surprising warmth:</w:t>
      </w:r>
      <w:r>
        <w:t xml:space="preserve"> The Five-Star Weekend hides tender queer discovery amid suburban drama and cosy sets.</w:t>
      </w:r>
      <w:r/>
    </w:p>
    <w:p>
      <w:pPr>
        <w:pStyle w:val="ListBullet"/>
        <w:spacing w:line="240" w:lineRule="auto"/>
        <w:ind w:left="720"/>
      </w:pPr>
      <w:r/>
      <w:r>
        <w:rPr>
          <w:b/>
        </w:rPr>
        <w:t>Modern twist:</w:t>
      </w:r>
      <w:r>
        <w:t xml:space="preserve"> Scarpetta introduces sapphic elements through a character tangled with AI grief, giving a techy emotional edge.</w:t>
      </w:r>
      <w:r/>
      <w:r/>
    </w:p>
    <w:p>
      <w:pPr>
        <w:pStyle w:val="Heading2"/>
      </w:pPr>
      <w:r>
        <w:t>From , horror that keeps queer love quietly central</w:t>
      </w:r>
      <w:r/>
    </w:p>
    <w:p>
      <w:r/>
      <w:r>
        <w:t>From is the sort of show that creeps up on you, with a sticky, oppressive atmosphere and a townsfolk sense that lingers long after an episode ends. According to reporting and listings, this MGM+ horror mystery has quietly built four seasons and follows an ensemble cast led by Harold Perrineau, but queer characters played by Chloe Van Landschoot and Kaelen Ohm have been integral to the narrative. If you like your queer representation low-key but meaningful , relationships that feel lived-in rather than tokenised , this is a neat example. Practical tip: start early in the series; the slow-burn reveals and small domestic moments are where the emotional payoffs sit.</w:t>
      </w:r>
      <w:r/>
    </w:p>
    <w:p>
      <w:pPr>
        <w:pStyle w:val="Heading2"/>
      </w:pPr>
      <w:r>
        <w:t>Elle , Legally Blonde’s teenage universe gets a sapphic sidestory</w:t>
      </w:r>
      <w:r/>
    </w:p>
    <w:p>
      <w:r/>
      <w:r>
        <w:t>Elle reimagines the Legally Blonde origin story with a modern teen rom-com twist, and it’s been notable for adding a lesbian best friend to Elle’s world. The Amazon Prime Video series leans into bright colours, slick wardrobes and breezy humour, so expect a lighter, more playful tone than doomier dramas. Reports indicate production wrapped on season two, so it’s a good moment to catch up before new episodes drop. How to watch it: treat it as comfort viewing , if you liked the film’s energy, this gives you similar vibes plus a fresh queer friendship arc.</w:t>
      </w:r>
      <w:r/>
    </w:p>
    <w:p>
      <w:pPr>
        <w:pStyle w:val="Heading2"/>
      </w:pPr>
      <w:r>
        <w:t>The Testaments , yearning sapphic threads in a brutal world</w:t>
      </w:r>
      <w:r/>
    </w:p>
    <w:p>
      <w:r/>
      <w:r>
        <w:t>If you’re craving sapphic longing amid high stakes, The Testaments delivers that specific, aching flavour , but don’t expect sunshine. A spin-off from The Handmaid’s Tale, this Hulu drama builds on that bleak, controlled setting and threads in female same-sex desire as part of its emotional scaffolding. It’s a reminder that queer stories don’t need to be neat or happy to be important; sometimes they’re a source of quietly devastating hope. Viewer note: this is heavy viewing , pace yourself and pick it when you want something serious and thought-provoking.</w:t>
      </w:r>
      <w:r/>
    </w:p>
    <w:p>
      <w:pPr>
        <w:pStyle w:val="Heading2"/>
      </w:pPr>
      <w:r>
        <w:t>The Five-Star Weekend , suburban domestic comedy with unexpected heart</w:t>
      </w:r>
      <w:r/>
    </w:p>
    <w:p>
      <w:r/>
      <w:r>
        <w:t>The Five-Star Weekend feels like cosy chaos: Jennifer Garner invites friends to recreate a luxury escape at home, and amid the domestic comedy sits a genuinely moving exploration of one character’s sexuality. D’Arcy Carden’s portrayal of a woman wrestling with identity adds a warm, human counterpoint to the show’s glossy, staged weekend. It’s an accessible place to see queer discovery handled with tenderness rather than spectacle. Practical insight: if you enjoy rom-com beats and character-driven ensemble pieces, this will feel familiar but pleasantly surprising.</w:t>
      </w:r>
      <w:r/>
    </w:p>
    <w:p>
      <w:pPr>
        <w:pStyle w:val="Heading2"/>
      </w:pPr>
      <w:r>
        <w:t>Scarpetta , crime, tech and a sapphic subplot that’s uncomfortably modern</w:t>
      </w:r>
      <w:r/>
    </w:p>
    <w:p>
      <w:r/>
      <w:r>
        <w:t>Scarpetta brings crime drama polish with Patricia Cornwell’s forensics at the centre and Ariana DeBose playing Lucy, a woman navigating grief via an AI that mimics her dead wife. That premise gives the show an eerie, contemporary edge , it’s equal parts sleuthing and a meditation on loss, identity and digital intimacy. Amazon Prime’s offering shows how queer storylines are being written into genre TV in new, sometimes unsettling ways. Viewer tip: watch thinking about how technology shapes mourning , it’s the lens that makes the sapphic element feel urgent.</w:t>
      </w:r>
      <w:r/>
    </w:p>
    <w:p>
      <w:r/>
      <w:r>
        <w:t>Closing line</w:t>
      </w:r>
      <w:r/>
    </w:p>
    <w:p>
      <w:r/>
      <w:r>
        <w:t>It’s a small change with big impact: seek out these shows and you’ll find queer female stories that surprise, unsettle and comfort in equal measure.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https://gomag.com/article/5-lesbian-tv-shows-you-may-have-already-missed-this-year/</w:t>
        </w:r>
      </w:hyperlink>
      <w:r>
        <w:t xml:space="preserve"> - Please view link - unable to able to access data</w:t>
      </w:r>
      <w:r/>
    </w:p>
    <w:p>
      <w:pPr>
        <w:pStyle w:val="ListNumber"/>
        <w:spacing w:line="240" w:lineRule="auto"/>
        <w:ind w:left="720"/>
      </w:pPr>
      <w:r/>
      <w:hyperlink r:id="rId9">
        <w:r>
          <w:rPr>
            <w:color w:val="0000EE"/>
            <w:u w:val="single"/>
          </w:rPr>
          <w:t>https://gomag.com/article/5-lesbian-tv-shows-you-may-have-already-missed-this-year/</w:t>
        </w:r>
      </w:hyperlink>
      <w:r>
        <w:t xml:space="preserve"> - An article highlighting five lesbian TV shows released in 2026, including 'From', 'Elle', 'The Testaments', 'The Five-Star Weekend', and 'Scarpetta'. Each show is briefly described, focusing on its queer female characters and storylines, with information on where to watch them.</w:t>
      </w:r>
      <w:r/>
    </w:p>
    <w:p>
      <w:pPr>
        <w:pStyle w:val="ListNumber"/>
        <w:spacing w:line="240" w:lineRule="auto"/>
        <w:ind w:left="720"/>
      </w:pPr>
      <w:r/>
      <w:hyperlink r:id="rId11">
        <w:r>
          <w:rPr>
            <w:color w:val="0000EE"/>
            <w:u w:val="single"/>
          </w:rPr>
          <w:t>https://www.rottentomatoes.com/tv/elle</w:t>
        </w:r>
      </w:hyperlink>
      <w:r>
        <w:t xml:space="preserve"> - The Rotten Tomatoes page for 'Elle', a Legally Blonde prequel series. It provides a brief synopsis, cast and crew details, and links to watch the series on Prime Video.</w:t>
      </w:r>
      <w:r/>
    </w:p>
    <w:p>
      <w:pPr>
        <w:pStyle w:val="ListNumber"/>
        <w:spacing w:line="240" w:lineRule="auto"/>
        <w:ind w:left="720"/>
      </w:pPr>
      <w:r/>
      <w:hyperlink r:id="rId10">
        <w:r>
          <w:rPr>
            <w:color w:val="0000EE"/>
            <w:u w:val="single"/>
          </w:rPr>
          <w:t>https://www.imdb.com/title/tt19815568</w:t>
        </w:r>
      </w:hyperlink>
      <w:r>
        <w:t xml:space="preserve"> - IMDb page for the 'From' episode titled 'Pas de Deux', which aired on May 28, 2023. The episode's plot summary and cast details are provided.</w:t>
      </w:r>
      <w:r/>
    </w:p>
    <w:p>
      <w:pPr>
        <w:pStyle w:val="ListNumber"/>
        <w:spacing w:line="240" w:lineRule="auto"/>
        <w:ind w:left="720"/>
      </w:pPr>
      <w:r/>
      <w:hyperlink r:id="rId13">
        <w:r>
          <w:rPr>
            <w:color w:val="0000EE"/>
            <w:u w:val="single"/>
          </w:rPr>
          <w:t>https://www.scmp.com/magazines/style/people/celebrities/article/3360869/meet-gabrielle-policano-who-plays-elles-queer-friend-liz-legally-blonde-prequel</w:t>
        </w:r>
      </w:hyperlink>
      <w:r>
        <w:t xml:space="preserve"> - An article introducing Gabrielle Policano, who plays Liz, Elle's queer friend, in the Legally Blonde prequel series 'Elle'. It provides background information on Policano and her role in the series.</w:t>
      </w:r>
      <w:r/>
    </w:p>
    <w:p>
      <w:pPr>
        <w:pStyle w:val="ListNumber"/>
        <w:spacing w:line="240" w:lineRule="auto"/>
        <w:ind w:left="720"/>
      </w:pPr>
      <w:r/>
      <w:hyperlink r:id="rId12">
        <w:r>
          <w:rPr>
            <w:color w:val="0000EE"/>
            <w:u w:val="single"/>
          </w:rPr>
          <w:t>https://www.tvinsider.com/1272910/elle-tv-show-cast-guide-season-1/</w:t>
        </w:r>
      </w:hyperlink>
      <w:r>
        <w:t xml:space="preserve"> - A guide to the cast of 'Elle', the Legally Blonde prequel series. It includes information on the main and recurring cast members and their respective roles.</w:t>
      </w:r>
      <w:r/>
    </w:p>
    <w:p>
      <w:pPr>
        <w:pStyle w:val="ListNumber"/>
        <w:spacing w:line="240" w:lineRule="auto"/>
        <w:ind w:left="720"/>
      </w:pPr>
      <w:r/>
      <w:hyperlink r:id="rId14">
        <w:r>
          <w:rPr>
            <w:color w:val="0000EE"/>
            <w:u w:val="single"/>
          </w:rPr>
          <w:t>https://www.tvinsider.com/show/elle-2025/</w:t>
        </w:r>
      </w:hyperlink>
      <w:r>
        <w:t xml:space="preserve"> - Information about the 'Elle' series, including its premiere date, genre, and where to watch it. It also provides a brief synopsis of the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5-lesbian-tv-shows-you-may-have-already-missed-this-year/" TargetMode="External"/><Relationship Id="rId10" Type="http://schemas.openxmlformats.org/officeDocument/2006/relationships/hyperlink" Target="https://www.imdb.com/title/tt19815568" TargetMode="External"/><Relationship Id="rId11" Type="http://schemas.openxmlformats.org/officeDocument/2006/relationships/hyperlink" Target="https://www.rottentomatoes.com/tv/elle" TargetMode="External"/><Relationship Id="rId12" Type="http://schemas.openxmlformats.org/officeDocument/2006/relationships/hyperlink" Target="https://www.tvinsider.com/1272910/elle-tv-show-cast-guide-season-1/" TargetMode="External"/><Relationship Id="rId13" Type="http://schemas.openxmlformats.org/officeDocument/2006/relationships/hyperlink" Target="https://www.scmp.com/magazines/style/people/celebrities/article/3360869/meet-gabrielle-policano-who-plays-elles-queer-friend-liz-legally-blonde-prequel" TargetMode="External"/><Relationship Id="rId14" Type="http://schemas.openxmlformats.org/officeDocument/2006/relationships/hyperlink" Target="https://www.tvinsider.com/show/elle-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