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Jim Queen Review: Why This Adult Animated Gay Comedy Packs a Punch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festival reports: Jim Queen and the Quest for Chloroqueer is a gleefully smutty, razor-sharp adult animated comedy that premiered on the festival circuit and refuses to behave. Filmmakers Nicolas Athané and Marco Nguyen send a Parisian gay scene into delightful chaos as a plague called Heterosis threatens to make everyone straight , and the jokes land hard.</w:t>
      </w:r>
      <w:r/>
    </w:p>
    <w:p>
      <w:r/>
      <w:r>
        <w:t>Essential Takeaways</w:t>
      </w:r>
      <w:r/>
      <w:r/>
    </w:p>
    <w:p>
      <w:pPr>
        <w:pStyle w:val="ListBullet"/>
        <w:spacing w:line="240" w:lineRule="auto"/>
        <w:ind w:left="720"/>
      </w:pPr>
      <w:r/>
      <w:r>
        <w:rPr>
          <w:b/>
        </w:rPr>
        <w:t>Bold premise:</w:t>
      </w:r>
      <w:r>
        <w:t xml:space="preserve"> A new STI called Heterosis threatens to make gay men straight, setting up satire that’s crude, energetic and never shy.</w:t>
      </w:r>
      <w:r/>
    </w:p>
    <w:p>
      <w:pPr>
        <w:pStyle w:val="ListBullet"/>
        <w:spacing w:line="240" w:lineRule="auto"/>
        <w:ind w:left="720"/>
      </w:pPr>
      <w:r/>
      <w:r>
        <w:rPr>
          <w:b/>
        </w:rPr>
        <w:t>Standout pairing:</w:t>
      </w:r>
      <w:r>
        <w:t xml:space="preserve"> Jim Parfait’s inflated ego and Lucien’s awkward devotion create both comedy and surprisingly tender character work.</w:t>
      </w:r>
      <w:r/>
    </w:p>
    <w:p>
      <w:pPr>
        <w:pStyle w:val="ListBullet"/>
        <w:spacing w:line="240" w:lineRule="auto"/>
        <w:ind w:left="720"/>
      </w:pPr>
      <w:r/>
      <w:r>
        <w:rPr>
          <w:b/>
        </w:rPr>
        <w:t>Visual vibe:</w:t>
      </w:r>
      <w:r>
        <w:t xml:space="preserve"> 2D animation leans rough, poppy and adult-centred , think Adult Swim energy with a festival-film heart.</w:t>
      </w:r>
      <w:r/>
    </w:p>
    <w:p>
      <w:pPr>
        <w:pStyle w:val="ListBullet"/>
        <w:spacing w:line="240" w:lineRule="auto"/>
        <w:ind w:left="720"/>
      </w:pPr>
      <w:r/>
      <w:r>
        <w:rPr>
          <w:b/>
        </w:rPr>
        <w:t>Tone mix:</w:t>
      </w:r>
      <w:r>
        <w:t xml:space="preserve"> The film swaps between filthy gags and genuine empathy, using satire to touch on AIDS-era metaphors and community solidarity.</w:t>
      </w:r>
      <w:r/>
    </w:p>
    <w:p>
      <w:pPr>
        <w:pStyle w:val="ListBullet"/>
        <w:spacing w:line="240" w:lineRule="auto"/>
        <w:ind w:left="720"/>
      </w:pPr>
      <w:r/>
      <w:r>
        <w:rPr>
          <w:b/>
        </w:rPr>
        <w:t>Practical note:</w:t>
      </w:r>
      <w:r>
        <w:t xml:space="preserve"> Expect R-rated humour, explicit visuals and affectionate ribbing of gay subcultures , not for the faint-hearted.</w:t>
      </w:r>
      <w:r/>
      <w:r/>
    </w:p>
    <w:p>
      <w:pPr>
        <w:pStyle w:val="Heading2"/>
      </w:pPr>
      <w:r>
        <w:t>What makes the premise so audacious , and why it works</w:t>
      </w:r>
      <w:r/>
    </w:p>
    <w:p>
      <w:r/>
      <w:r>
        <w:t>Right away this film tells you it’s not here to be polite; the premise is intentionally provocative, and that shock value is part of its engine. The idea of a contagion that flips sexual orientation sounds absurd on paper, yet directors Athané and Nguyen use that absurdity to go full-tilt into satire. The film’s humour is physical and filthy, and moments like exaggerated club antics or a pride-parade showdown have an audibly raucous energy. It’s the kind of movie that makes you wince and guffaw in quick succession.</w:t>
      </w:r>
      <w:r/>
    </w:p>
    <w:p>
      <w:r/>
      <w:r>
        <w:t>Context helps the edge land: this isn’t just gags for their own sake. The Heterosis plotline lets the film poke at internalised stigma, institutional homophobia and the ways communities police identity. So while some jokes are disposable, the film also gives space for a biting critique under the slapstick.</w:t>
      </w:r>
      <w:r/>
    </w:p>
    <w:p>
      <w:pPr>
        <w:pStyle w:val="Heading2"/>
      </w:pPr>
      <w:r>
        <w:t>Characters: Jim and Lucien , ego versus heart</w:t>
      </w:r>
      <w:r/>
    </w:p>
    <w:p>
      <w:r/>
      <w:r>
        <w:t>Jim Parfait is a caricature in the best possible way: buff, bombastic and terrifyingly self-assured. He’s the social apex of Paris’s gay nightlife, and watching his unraveling , a shrinking social and physical identity , fuels much of the comedy. Opposite him, Lucien is gawky, closeted and obsessively devoted; he’s the unexpected emotional core.</w:t>
      </w:r>
      <w:r/>
    </w:p>
    <w:p>
      <w:r/>
      <w:r>
        <w:t>Their buddy-quest structure lets the film switch between spectacle and small, human moments. Jim’s arc nudges him toward basic empathy, while Lucien’s path toward coming out adds genuine stakes. The contrast between loud, superficial clubland and intimate personal revelation keeps the story moving and surprisingly warm.</w:t>
      </w:r>
      <w:r/>
    </w:p>
    <w:p>
      <w:pPr>
        <w:pStyle w:val="Heading2"/>
      </w:pPr>
      <w:r>
        <w:t>Style and satire: how the animation amplifies the jokes</w:t>
      </w:r>
      <w:r/>
    </w:p>
    <w:p>
      <w:r/>
      <w:r>
        <w:t>The film’s animation is sharp, unpolished and intentionally vivid , a look that puts jokes front and centre. Scenes that lean on gross-out humour or cartoonish transformations are allowed to breathe without being overworked. That aesthetic choice makes the crude beats hit harder; it’s playful rather than clinical.</w:t>
      </w:r>
      <w:r/>
    </w:p>
    <w:p>
      <w:r/>
      <w:r>
        <w:t>The satire also targets different slices of gay culture , drag performers, bears, twinks, even fetishist caricatures , with affection rather than malice. Directors treat each subgroup’s stereotypes as material to tease and ultimately include, which keeps the film from feeling mean-spirited.</w:t>
      </w:r>
      <w:r/>
    </w:p>
    <w:p>
      <w:pPr>
        <w:pStyle w:val="Heading2"/>
      </w:pPr>
      <w:r>
        <w:t>Heavy themes wrapped in outrageous comedy</w:t>
      </w:r>
      <w:r/>
    </w:p>
    <w:p>
      <w:r/>
      <w:r>
        <w:t>Beneath the raunch and the absurd imagery lies a serious motif: the echo of past epidemics and institutional neglect. The film doesn’t become a solemn history lesson, but it does use its farce to highlight how communities respond to panic, blame and survival. That metaphorical backbone gives the comedy depth without sacrificing its party-hard tone.</w:t>
      </w:r>
      <w:r/>
    </w:p>
    <w:p>
      <w:r/>
      <w:r>
        <w:t>Still, the movie isn’t exhaustive; queer identities outside the film’s gay-centred view are barely sketched, and the satire can feel blink-and-you-miss-it on some issues. But these are trade-offs the filmmakers seem willing to make in service of pace and laughs.</w:t>
      </w:r>
      <w:r/>
    </w:p>
    <w:p>
      <w:pPr>
        <w:pStyle w:val="Heading2"/>
      </w:pPr>
      <w:r>
        <w:t>Who will love it , and who should steer clear</w:t>
      </w:r>
      <w:r/>
    </w:p>
    <w:p>
      <w:r/>
      <w:r>
        <w:t>If you like adult animation that’s messy, noisy and proudly offensive in the service of a point, this will be a tonic. Festival audiences and viewers who enjoy politically charged, R-rated satire will find it refreshing and foul in the best sense. But if explicit sexual comedy or caricatured portrayals rub you the wrong way, this one won’t be for you.</w:t>
      </w:r>
      <w:r/>
    </w:p>
    <w:p>
      <w:r/>
      <w:r>
        <w:t>Practical tip: treat this as a festival discovery , let it provoke conversation rather than serve as a primer on queer history. It’s best watched with friends who can laugh, debate and occasionally wince together.</w:t>
      </w:r>
      <w:r/>
    </w:p>
    <w:p>
      <w:r/>
      <w:r>
        <w:t>It's a riotous, rude coming-out party that somehow makes room for care beneath the chaos.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[4]</w:t>
        </w:r>
      </w:hyperlink>
      <w:r>
        <w:t xml:space="preserve">- Paragraph 6: </w:t>
      </w:r>
      <w:hyperlink r:id="rId9">
        <w:r>
          <w:rPr>
            <w:color w:val="0000EE"/>
            <w:u w:val="single"/>
          </w:rPr>
          <w:t>[2]</w:t>
        </w:r>
      </w:hyperlink>
      <w:r>
        <w:t xml:space="preserve">, </w:t>
      </w:r>
      <w:hyperlink r:id="rId13">
        <w:r>
          <w:rPr>
            <w:color w:val="0000EE"/>
            <w:u w:val="single"/>
          </w:rPr>
          <w:t>[6]</w:t>
        </w:r>
      </w:hyperlink>
      <w:r>
        <w:t xml:space="preserve">- Paragraph 7: </w:t>
      </w:r>
      <w:hyperlink r:id="rId9">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https://www.highonfilms.com/jim-queen-and-the-quest-for-chloroqueer-2026-fantasia-movie-review/</w:t>
        </w:r>
      </w:hyperlink>
      <w:r>
        <w:t xml:space="preserve"> - Please view link - unable to able to access data</w:t>
      </w:r>
      <w:r/>
    </w:p>
    <w:p>
      <w:pPr>
        <w:pStyle w:val="ListNumber"/>
        <w:spacing w:line="240" w:lineRule="auto"/>
        <w:ind w:left="720"/>
      </w:pPr>
      <w:r/>
      <w:hyperlink r:id="rId9">
        <w:r>
          <w:rPr>
            <w:color w:val="0000EE"/>
            <w:u w:val="single"/>
          </w:rPr>
          <w:t>https://www.highonfilms.com/jim-queen-and-the-quest-for-chloroqueer-2026-fantasia-movie-review/</w:t>
        </w:r>
      </w:hyperlink>
      <w:r>
        <w:t xml:space="preserve"> - This review discusses 'Jim Queen and the Quest for Chloroqueer', an adult animated comedy directed by Nicolas Athané and Marco Nguyen. The film follows Jim Parfait, a gay icon in Paris, who faces a new sexually transmitted virus called Heterosis that turns gay men into heterosexuals. Jim teams up with Lucien, a closeted admirer, to find a cure. The film is praised for its bold satire and energetic presentation, drawing comparisons to Adult Swim shows. It premiered at the 2026 Cannes Film Festival and is scheduled for theatrical release on 17 June 2026.</w:t>
      </w:r>
      <w:r/>
    </w:p>
    <w:p>
      <w:pPr>
        <w:pStyle w:val="ListNumber"/>
        <w:spacing w:line="240" w:lineRule="auto"/>
        <w:ind w:left="720"/>
      </w:pPr>
      <w:r/>
      <w:hyperlink r:id="rId11">
        <w:r>
          <w:rPr>
            <w:color w:val="0000EE"/>
            <w:u w:val="single"/>
          </w:rPr>
          <w:t>https://theplaylist.net/jim-queen-and-the-quest-for-chloroqueer-review-gay-cannes-20260517/</w:t>
        </w:r>
      </w:hyperlink>
      <w:r>
        <w:t xml:space="preserve"> - This review highlights 'Jim Queen and the Quest for Chloroqueer' as an outrageously gay animated comedy. Directed by Nicolas Athané and Marco Nguyen, the film follows Jim Parfait, a Parisian gay influencer, who is infected with Heterosis, a virus that turns gay men straight. The film is noted for its unapologetic approach to LGBTQ+ themes and its energetic, anarchic style reminiscent of shows like 'Rick and Morty'.</w:t>
      </w:r>
      <w:r/>
    </w:p>
    <w:p>
      <w:pPr>
        <w:pStyle w:val="ListNumber"/>
        <w:spacing w:line="240" w:lineRule="auto"/>
        <w:ind w:left="720"/>
      </w:pPr>
      <w:r/>
      <w:hyperlink r:id="rId12">
        <w:r>
          <w:rPr>
            <w:color w:val="0000EE"/>
            <w:u w:val="single"/>
          </w:rPr>
          <w:t>https://www.flickermagazine.art/post/jim-queen-review-a-gloriously-filthy-gay-satire-with-claws</w:t>
        </w:r>
      </w:hyperlink>
      <w:r>
        <w:t xml:space="preserve"> - This review describes 'Jim Queen' as a rude, horny, and sharp adult animated satire that uses camp to critique toxic hierarchies in gay male culture. Directed by Marco Nguyen and Nicolas Athané, the film features vibrant animation and a fast-paced narrative. The satire is noted for its exaggerated character designs and rapid-fire jokes, effectively addressing themes of identity and self-acceptance within the LGBTQ+ community.</w:t>
      </w:r>
      <w:r/>
    </w:p>
    <w:p>
      <w:pPr>
        <w:pStyle w:val="ListNumber"/>
        <w:spacing w:line="240" w:lineRule="auto"/>
        <w:ind w:left="720"/>
      </w:pPr>
      <w:r/>
      <w:hyperlink r:id="rId14">
        <w:r>
          <w:rPr>
            <w:color w:val="0000EE"/>
            <w:u w:val="single"/>
          </w:rPr>
          <w:t>https://letterboxd.com/les_cahiers/film/jim-queen-and-the-quest-for-chloroqueer/</w:t>
        </w:r>
      </w:hyperlink>
      <w:r>
        <w:t xml:space="preserve"> - This review from 'Cahiers du cinéma' discusses 'Jim Queen and the Quest for Chloroqueer' as a significant work in queer culture, highlighting its use of animation to subvert norms and create a new world. The film is praised for its boldness and originality in addressing LGBTQ+ themes, marking a notable contribution to the genre.</w:t>
      </w:r>
      <w:r/>
    </w:p>
    <w:p>
      <w:pPr>
        <w:pStyle w:val="ListNumber"/>
        <w:spacing w:line="240" w:lineRule="auto"/>
        <w:ind w:left="720"/>
      </w:pPr>
      <w:r/>
      <w:hyperlink r:id="rId13">
        <w:r>
          <w:rPr>
            <w:color w:val="0000EE"/>
            <w:u w:val="single"/>
          </w:rPr>
          <w:t>https://thepeoplesmovies.com/jim-queen-review-2026-cannes-film-festival/</w:t>
        </w:r>
      </w:hyperlink>
      <w:r>
        <w:t xml:space="preserve"> - This review describes 'Jim Queen and the Quest for Chloroqueer' as a riotous animated film that premiered at the 2026 Cannes Film Festival. Directed by Nicolas Athané and Marco Nguyen, the film follows Jim Parfait, a gay influencer in Paris, who is infected with Heterosis, a virus that turns gay men straight. The film is noted for its energetic and humorous take on LGBTQ+ themes.</w:t>
      </w:r>
      <w:r/>
    </w:p>
    <w:p>
      <w:pPr>
        <w:pStyle w:val="ListNumber"/>
        <w:spacing w:line="240" w:lineRule="auto"/>
        <w:ind w:left="720"/>
      </w:pPr>
      <w:r/>
      <w:hyperlink r:id="rId10">
        <w:r>
          <w:rPr>
            <w:color w:val="0000EE"/>
            <w:u w:val="single"/>
          </w:rPr>
          <w:t>https://www.irishtimes.com/culture/film/review/2026/05/19/cannes-first-look-review-jim-queen-this-gay-influencer-animated-comedy-is-gleefully-smutty/</w:t>
        </w:r>
      </w:hyperlink>
      <w:r>
        <w:t xml:space="preserve"> - This review from 'The Irish Times' describes 'Jim Queen' as a gleefully smutty animated comedy directed by Nicolas Athané and Marco Nguyen. The film imagines a Parisian gay influencer infected with Heterosis, a virus that turns gay men straight. The review praises the film's anarchic style and its humorous take on gay and straight clichés, noting that it kept Cannes audiences laughing.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ighonfilms.com/jim-queen-and-the-quest-for-chloroqueer-2026-fantasia-movie-review/" TargetMode="External"/><Relationship Id="rId10" Type="http://schemas.openxmlformats.org/officeDocument/2006/relationships/hyperlink" Target="https://www.irishtimes.com/culture/film/review/2026/05/19/cannes-first-look-review-jim-queen-this-gay-influencer-animated-comedy-is-gleefully-smutty/" TargetMode="External"/><Relationship Id="rId11" Type="http://schemas.openxmlformats.org/officeDocument/2006/relationships/hyperlink" Target="https://theplaylist.net/jim-queen-and-the-quest-for-chloroqueer-review-gay-cannes-20260517/" TargetMode="External"/><Relationship Id="rId12" Type="http://schemas.openxmlformats.org/officeDocument/2006/relationships/hyperlink" Target="https://www.flickermagazine.art/post/jim-queen-review-a-gloriously-filthy-gay-satire-with-claws" TargetMode="External"/><Relationship Id="rId13" Type="http://schemas.openxmlformats.org/officeDocument/2006/relationships/hyperlink" Target="https://thepeoplesmovies.com/jim-queen-review-2026-cannes-film-festival/" TargetMode="External"/><Relationship Id="rId14" Type="http://schemas.openxmlformats.org/officeDocument/2006/relationships/hyperlink" Target="https://letterboxd.com/les_cahiers/film/jim-queen-and-the-quest-for-chloroque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