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Jersey City Queer Flipside Event: Powerful Storytelling and Pride Programming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culture-seekers are turning up for intimate queer storytelling nights , Art House Productions' Queer Flipside on August 7 mixes film, theatre and community pride in Jersey City, and it matters because these are the spaces where history, migration and resistance meet laughter and music.</w:t>
      </w:r>
      <w:r/>
    </w:p>
    <w:p>
      <w:r/>
      <w:r>
        <w:t>Essential Takeaways</w:t>
      </w:r>
      <w:r/>
      <w:r/>
    </w:p>
    <w:p>
      <w:pPr>
        <w:pStyle w:val="ListBullet"/>
        <w:spacing w:line="240" w:lineRule="auto"/>
        <w:ind w:left="720"/>
      </w:pPr>
      <w:r/>
      <w:r>
        <w:rPr>
          <w:b/>
        </w:rPr>
        <w:t>Double feature format:</w:t>
      </w:r>
      <w:r>
        <w:t xml:space="preserve"> Queer Flipside pairs a documentary screening with a live solo performance for a layered night out.</w:t>
      </w:r>
      <w:r/>
    </w:p>
    <w:p>
      <w:pPr>
        <w:pStyle w:val="ListBullet"/>
        <w:spacing w:line="240" w:lineRule="auto"/>
        <w:ind w:left="720"/>
      </w:pPr>
      <w:r/>
      <w:r>
        <w:rPr>
          <w:b/>
        </w:rPr>
        <w:t>Spotlight on Filipinx queer history:</w:t>
      </w:r>
      <w:r>
        <w:t xml:space="preserve"> Because of You chronicles Kilawin Kolektibo, a 1990s New York collective that blended protest, community and joy.</w:t>
      </w:r>
      <w:r/>
    </w:p>
    <w:p>
      <w:pPr>
        <w:pStyle w:val="ListBullet"/>
        <w:spacing w:line="240" w:lineRule="auto"/>
        <w:ind w:left="720"/>
      </w:pPr>
      <w:r/>
      <w:r>
        <w:rPr>
          <w:b/>
        </w:rPr>
        <w:t>Personal storytelling:</w:t>
      </w:r>
      <w:r>
        <w:t xml:space="preserve"> Anak ni Tapia is a solo piece about memory, migration and queer identity, anchored in family legacy.</w:t>
      </w:r>
      <w:r/>
    </w:p>
    <w:p>
      <w:pPr>
        <w:pStyle w:val="ListBullet"/>
        <w:spacing w:line="240" w:lineRule="auto"/>
        <w:ind w:left="720"/>
      </w:pPr>
      <w:r/>
      <w:r>
        <w:rPr>
          <w:b/>
        </w:rPr>
        <w:t>Accessible and local:</w:t>
      </w:r>
      <w:r>
        <w:t xml:space="preserve"> Tickets are $25, the venue is Art House Productions at The Hendrix, 345 Marin Boulevard, Jersey City , easy to reach and community-focused.</w:t>
      </w:r>
      <w:r/>
    </w:p>
    <w:p>
      <w:pPr>
        <w:pStyle w:val="ListBullet"/>
        <w:spacing w:line="240" w:lineRule="auto"/>
        <w:ind w:left="720"/>
      </w:pPr>
      <w:r/>
      <w:r>
        <w:rPr>
          <w:b/>
        </w:rPr>
        <w:t>Part of a larger programme:</w:t>
      </w:r>
      <w:r>
        <w:t xml:space="preserve"> The event sits within Art House’s 25th anniversary year and broader Pride activities, so attendees can tie it into other local events.</w:t>
      </w:r>
      <w:r/>
      <w:r/>
    </w:p>
    <w:p>
      <w:pPr>
        <w:pStyle w:val="Heading2"/>
      </w:pPr>
      <w:r>
        <w:t>Why this night feels different: Protest party meets intimate theatre</w:t>
      </w:r>
      <w:r/>
    </w:p>
    <w:p>
      <w:r/>
      <w:r>
        <w:t>Art House Productions has a knack for mixing the political and the playful, and Queer Flipside is a neat example. The evening promises the warm awkwardness of a living room rave crossed with the focused hush of a small theatre , expect humour, songs and a tender documentary rhythm. According to New Jersey Stage, organisers call it a double-feature film and theatre event; that mix means you’ll leave having laughed and learned.</w:t>
      </w:r>
      <w:r/>
    </w:p>
    <w:p>
      <w:r/>
      <w:r>
        <w:t>This format answers a clear appetite: audiences want arts that educate and energise. The documentary component gives historical teeth, while the solo performance offers a close-up, emotional portrait , the combo works because it gives both context and heart. If you’re choosing what to bring friends to, this is the kind of night that sparks conversation on the walk home.</w:t>
      </w:r>
      <w:r/>
    </w:p>
    <w:p>
      <w:pPr>
        <w:pStyle w:val="Heading2"/>
      </w:pPr>
      <w:r>
        <w:t>Because of You: a reminder that joy is a form of resistance</w:t>
      </w:r>
      <w:r/>
    </w:p>
    <w:p>
      <w:r/>
      <w:r>
        <w:t>Because of You: A History of Kilawin Kolektibo traces a collective of queer Filipinx organising in 1990s New York, and the film is directed by Desireena Almoradie and Barbara Malaran. The documentary foregrounds community-building and resistance done through culture, food and celebration rather than only protest placards, so it feels vivid and sensory , you can almost taste the reunion.</w:t>
      </w:r>
      <w:r/>
    </w:p>
    <w:p>
      <w:r/>
      <w:r>
        <w:t>Documentaries like this help fill gaps in mainstream histories, and screening them locally reclaims narratives for diasporic audiences in New Jersey. If you’re curious about queer Asian American activism or want a film that balances humour with seriousness, this is the one to catch. Expect to come away with names, songs and a better sense of how communities stayed resilient.</w:t>
      </w:r>
      <w:r/>
    </w:p>
    <w:p>
      <w:pPr>
        <w:pStyle w:val="Heading2"/>
      </w:pPr>
      <w:r>
        <w:t>Anak ni Tapia: memory, migration and a public family history</w:t>
      </w:r>
      <w:r/>
    </w:p>
    <w:p>
      <w:r/>
      <w:r>
        <w:t>Anak ni Tapia is Lani T. Montreal’s solo performance exploring what it means to be the child of a Filipina television icon, and it tackles memory and queer identity with humour and intimacy. Directed by Daisy Castro, with visual design by Giau Truong and music by Tamey Mendoza and Panday Banale, the piece layers story, sound and light to create a small theatrical world.</w:t>
      </w:r>
      <w:r/>
    </w:p>
    <w:p>
      <w:r/>
      <w:r>
        <w:t>Solo shows have a particular power: they feel like a conversation you weren’t meant to overhear but are grateful to witness. Here, the interplay of personal story and public legacy makes migration feel tactile, not abstract. If you usually avoid solo pieces because they can be austere, this production’s collaborative design and live soundscape promise a richer, more immediate experience.</w:t>
      </w:r>
      <w:r/>
    </w:p>
    <w:p>
      <w:pPr>
        <w:pStyle w:val="Heading2"/>
      </w:pPr>
      <w:r>
        <w:t>Tickets, venue and why local arts matter this summer</w:t>
      </w:r>
      <w:r/>
    </w:p>
    <w:p>
      <w:r/>
      <w:r>
        <w:t>Tickets are $25 and available online, which keeps the night accessible while supporting a local nonprofit. Art House Productions operates as a 501(c)(3) and is celebrating its 25th anniversary; that longevity shows in its curating , the organisation knows how to programme nights that serve both artists and neighbours.</w:t>
      </w:r>
      <w:r/>
    </w:p>
    <w:p>
      <w:r/>
      <w:r>
        <w:t>Art House at The Hendrix is sited at 345 Marin Boulevard, Jersey City, and has been expanding community-facing work, including youth programming and Pride season events. That means attending Queer Flipside can be part of a bigger day or weekend of local arts: a gallery hop, a youth showcase or another Pride screening. It’s a neat way to spend an evening that’s about more than one ticket price.</w:t>
      </w:r>
      <w:r/>
    </w:p>
    <w:p>
      <w:pPr>
        <w:pStyle w:val="Heading2"/>
      </w:pPr>
      <w:r>
        <w:t>What to expect and how to make the most of the night</w:t>
      </w:r>
      <w:r/>
    </w:p>
    <w:p>
      <w:r/>
      <w:r>
        <w:t>Arrive a little early to soak up the lobby or connect with others; small shows are where conversations start in line. Bring cash if you like to donate extras, and check the website for accessibility notes if you need seating or audio accommodations. Because the event pairs a film and a live performance back-to-back, plan to stay the full evening to get the full emotional arc.</w:t>
      </w:r>
      <w:r/>
    </w:p>
    <w:p>
      <w:r/>
      <w:r>
        <w:t>If you’re coming with friends who want different things , some want history, others theatre , this night satisfies both. And if you feel moved, stick around afterwards; these events often turn into low-key community hangouts where recommendations and phone numbers get swapped.</w:t>
      </w:r>
      <w:r/>
    </w:p>
    <w:p>
      <w:r/>
      <w:r>
        <w:t>It's a small change that can make every evening out feel like a meaningful contribution to local queer culture.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https://www.newjerseystage.com/articles2/2026/08/03/art-house-productions-presents-queer-flipside-a-night-of-powerful-storytelling-on-friday/</w:t>
        </w:r>
      </w:hyperlink>
      <w:r>
        <w:t xml:space="preserve"> - Please view link - unable to able to access data</w:t>
      </w:r>
      <w:r/>
    </w:p>
    <w:p>
      <w:pPr>
        <w:pStyle w:val="ListNumber"/>
        <w:spacing w:line="240" w:lineRule="auto"/>
        <w:ind w:left="720"/>
      </w:pPr>
      <w:r/>
      <w:hyperlink r:id="rId9">
        <w:r>
          <w:rPr>
            <w:color w:val="0000EE"/>
            <w:u w:val="single"/>
          </w:rPr>
          <w:t>https://www.newjerseystage.com/articles2/2026/08/03/art-house-productions-presents-queer-flipside-a-night-of-powerful-storytelling-on-friday/</w:t>
        </w:r>
      </w:hyperlink>
      <w:r>
        <w:t xml:space="preserve"> - Art House Productions is hosting 'Queer Flipside: A Night of Powerful Storytelling' on Friday, August 7, 2026, at 7:00 pm. The event features a double-feature film and theatre presentation, combining protest party themes with comedy, kundiman, and storytelling. The first feature, 'Because of You: A History of Kilawin Kolektibo,' is a documentary highlighting a collective of queer Filipinx individuals who fostered resistance, community, and joy in 1990s New York City. Directed by Desireena Almoradie and Barbara Malaran, the film showcases the collective's impact and resilience. The second feature, 'Anak ni Tapia: Leaving Mother,' is a solo performance by Lani T. Montreal. This piece delves into themes of memory, migration, and queer identity, drawing from Montreal's experiences as the child of Filipina television icon Mely Tagasa, also known as Miss Tapia. Directed by Daisy Castro, with visual design by Giau Truong and music collaborations with Tamey Mendoza and Panday Banale, the performance offers a poignant exploration of personal and cultural identity. Tickets are priced at $25 and can be purchased online. The event will take place at Art House Productions, located at 345 Marin Boulevard in Jersey City, New Jersey. Art House Productions is a 501(c)(3) nonprofit organisation dedicated to advancing the performing and visual arts in Jersey City. Celebrating its 25th anniversary, the organisation fosters creativity, inclusivity, and accessibility through theatre productions, visual art exhibitions, and community programmes presented both on-site and throughout the city. For more information, visit their official website at www.arthouseproductions.org.</w:t>
      </w:r>
      <w:r/>
    </w:p>
    <w:p>
      <w:pPr>
        <w:pStyle w:val="ListNumber"/>
        <w:spacing w:line="240" w:lineRule="auto"/>
        <w:ind w:left="720"/>
      </w:pPr>
      <w:r/>
      <w:hyperlink r:id="rId12">
        <w:r>
          <w:rPr>
            <w:color w:val="0000EE"/>
            <w:u w:val="single"/>
          </w:rPr>
          <w:t>https://www.arthouseproductions.org/pages/art-house-productions-25th-anniversary</w:t>
        </w:r>
      </w:hyperlink>
      <w:r>
        <w:t xml:space="preserve"> - Art House Productions is celebrating its 25th anniversary in 2026, marking a significant milestone in its journey as a leading arts organisation in Jersey City. Founded by Christine Goodman in September 2001 in response to the September 11 attacks, Art House Productions has been a cornerstone of the community, bringing people together through art and dialogue. Over the years, the organisation has evolved into a nonprofit 501(c)(3) entity, earning accolades such as the Key to the City and the appointment of Meredith Burns as its second Executive Director in 2017. In 2023, Art House established its long-term home at The Hendrix on Marin Boulevard in downtown Jersey City, providing a dedicated space for artistic expression and community engagement. Today, the organisation presents programming more than 220 days per year across various disciplines, including theatre, dance, music, visual arts, comedy, and film. This extensive programming reflects Art House's commitment to fostering a vibrant and inclusive arts scene in Jersey City, offering a platform for both emerging and established artists to showcase their work and engage with the community.</w:t>
      </w:r>
      <w:r/>
    </w:p>
    <w:p>
      <w:pPr>
        <w:pStyle w:val="ListNumber"/>
        <w:spacing w:line="240" w:lineRule="auto"/>
        <w:ind w:left="720"/>
      </w:pPr>
      <w:r/>
      <w:hyperlink r:id="rId10">
        <w:r>
          <w:rPr>
            <w:color w:val="0000EE"/>
            <w:u w:val="single"/>
          </w:rPr>
          <w:t>https://www.newjerseystage.com/articles2/2026/03/09/art-house-productions-announces-25th-anniversary-year-of-performing-and-visual-arts-programming/</w:t>
        </w:r>
      </w:hyperlink>
      <w:r>
        <w:t xml:space="preserve"> - Art House Productions has announced its 25th anniversary year of multidisciplinary performing and visual arts programming in Jersey City. Since its inception, Art House has inspired, entertained, and challenged audiences through ambitious artistic programming, provided arts education that fosters lifelong learning, and celebrated the power of the arts to illuminate our shared humanity. The organisation serves as a creative home for artists developing new work, elevates emerging and under-recognised voices, and offers established artists space to take meaningful creative risks. The 25th anniversary season reflects the mission and values that have guided Art House for a quarter-century. Founded by Christine Goodman in September 2001 in response to the September 11 attacks, Art House brought the community together through art and dialogue. The organisation became a nonprofit 501(c)(3) in 2007, was later honoured with the Key to the City, and appointed Meredith Burns as its second Executive Director in 2017. In 2023, Art House established its long-term home at The Hendrix on Marin Boulevard in downtown Jersey City. Today, it presents programming more than 220 days per year across theatre, dance, music, visual arts, comedy, and film. The 2026 programs include RENT: The Musical, JC Fridays, HerStory: An Oratory Play, The INKubator New Play Program &amp; Festival, The Jersey City Comedy Festival, The History Play Partnership Program, The Art House Gallery, and various monthly series such as Classic Cinema Club, FOCUS: Innovative Choreography Series, UNPLUGGED: Jersey City, and Your Voice, Our Band. The organisation also offers education and community programs, including partnerships with Skyline Arts, School of Rock Hoboken, WonderWorkz, and Educational Arts Team, as well as the Arts in Education Program, which provides in-school and community-based arts instruction for K–12 students in Hudson County. Art House Productions is committed to accessibility and inclusion, offering features such as wheelchair-accessible seating, ASL interpretation upon request, audio description upon request, service animals welcome, and fully accessible restrooms. For accommodations, contact 201-579-0532 or email [email protected].</w:t>
      </w:r>
      <w:r/>
    </w:p>
    <w:p>
      <w:pPr>
        <w:pStyle w:val="ListNumber"/>
        <w:spacing w:line="240" w:lineRule="auto"/>
        <w:ind w:left="720"/>
      </w:pPr>
      <w:r/>
      <w:hyperlink r:id="rId11">
        <w:r>
          <w:rPr>
            <w:color w:val="0000EE"/>
            <w:u w:val="single"/>
          </w:rPr>
          <w:t>https://www.arthouseproductions.org/collections/2026-jersey-city-pride</w:t>
        </w:r>
      </w:hyperlink>
      <w:r>
        <w:t xml:space="preserve"> - Art House Productions is celebrating Jersey City Pride 2026 with a series of events throughout August. The lineup includes T/HOWS@RT/HOWS from August 1 to August 30, Queer Flipside on August 7, Beginners on August 9, Rocky Horror Picture Show on August 13, Expression II on August 14, The White Party on August 15, and A Cell Phone Movie on August 20. These events aim to celebrate and support the LGBTQ+ community in Jersey City, offering a diverse range of performances and activities that highlight the city's vibrant queer culture. The 'Queer Flipside' event on August 7 is particularly noteworthy, featuring a double-feature film and theatre presentation that combines protest party themes with comedy, kundiman, and storytelling. This event underscores Art House Productions' commitment to providing inclusive and engaging programming that resonates with the community.</w:t>
      </w:r>
      <w:r/>
    </w:p>
    <w:p>
      <w:pPr>
        <w:pStyle w:val="ListNumber"/>
        <w:spacing w:line="240" w:lineRule="auto"/>
        <w:ind w:left="720"/>
      </w:pPr>
      <w:r/>
      <w:hyperlink r:id="rId13">
        <w:r>
          <w:rPr>
            <w:color w:val="0000EE"/>
            <w:u w:val="single"/>
          </w:rPr>
          <w:t>https://www.newjerseystage.com/articles2/2026/07/22/art-house-productions-expands-youth-education-programming-with-skyline-arts/</w:t>
        </w:r>
      </w:hyperlink>
      <w:r>
        <w:t xml:space="preserve"> - Art House Productions has expanded its youth education programming by welcoming Skyline Arts as its newest education programme. Skyline Arts, the premier performing arts school in Jersey City, is dedicated to guiding young artists in discovering their unique voices and expressing themselves through song, dance, and dramatic arts. This collaboration marks a significant milestone, as Skyline Arts officially becomes an Art House Productions education programme. The existing programmes and teaching artists will continue under the leadership of Founding Managing Director Cory Seminowicz and Founding Artistic Director Nadia Vynnytsky, ensuring continuity for current families while introducing expanded offerings, resources, 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jerseystage.com/articles2/2026/08/03/art-house-productions-presents-queer-flipside-a-night-of-powerful-storytelling-on-friday/" TargetMode="External"/><Relationship Id="rId10" Type="http://schemas.openxmlformats.org/officeDocument/2006/relationships/hyperlink" Target="https://www.newjerseystage.com/articles2/2026/03/09/art-house-productions-announces-25th-anniversary-year-of-performing-and-visual-arts-programming/" TargetMode="External"/><Relationship Id="rId11" Type="http://schemas.openxmlformats.org/officeDocument/2006/relationships/hyperlink" Target="https://www.arthouseproductions.org/collections/2026-jersey-city-pride" TargetMode="External"/><Relationship Id="rId12" Type="http://schemas.openxmlformats.org/officeDocument/2006/relationships/hyperlink" Target="https://www.arthouseproductions.org/pages/art-house-productions-25th-anniversary" TargetMode="External"/><Relationship Id="rId13" Type="http://schemas.openxmlformats.org/officeDocument/2006/relationships/hyperlink" Target="https://www.newjerseystage.com/articles2/2026/07/22/art-house-productions-expands-youth-education-programming-with-skyline-a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