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Dolly White Party in Nice 2026: New Location, Same Summer Vibe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party-goers are already marking calendars as Dolly returns for another night of music, dancing and community spirit in Nice; the beloved white-themed street party moves to Rue Defly on 14 August, promising DJs, live art and proceeds for local LGBTQIA+ history projects.</w:t>
      </w:r>
      <w:r/>
    </w:p>
    <w:p>
      <w:r/>
      <w:r>
        <w:t>Essential Takeaways</w:t>
      </w:r>
      <w:r/>
      <w:r/>
    </w:p>
    <w:p>
      <w:pPr>
        <w:pStyle w:val="ListBullet"/>
        <w:spacing w:line="240" w:lineRule="auto"/>
        <w:ind w:left="720"/>
      </w:pPr>
      <w:r/>
      <w:r>
        <w:rPr>
          <w:b/>
        </w:rPr>
        <w:t>When and where:</w:t>
      </w:r>
      <w:r>
        <w:t xml:space="preserve"> Dolly White Party takes place on Thursday 14 August, from 6pm to midnight on Rue Defly in Nice.</w:t>
      </w:r>
      <w:r/>
    </w:p>
    <w:p>
      <w:pPr>
        <w:pStyle w:val="ListBullet"/>
        <w:spacing w:line="240" w:lineRule="auto"/>
        <w:ind w:left="720"/>
      </w:pPr>
      <w:r/>
      <w:r>
        <w:rPr>
          <w:b/>
        </w:rPr>
        <w:t>Music line-up:</w:t>
      </w:r>
      <w:r>
        <w:t xml:space="preserve"> Resident DJ Carlo Mora opens the evening, followed by Jissé, Anna Crouse and Ben Crafter for the late slot.</w:t>
      </w:r>
      <w:r/>
    </w:p>
    <w:p>
      <w:pPr>
        <w:pStyle w:val="ListBullet"/>
        <w:spacing w:line="240" w:lineRule="auto"/>
        <w:ind w:left="720"/>
      </w:pPr>
      <w:r/>
      <w:r>
        <w:rPr>
          <w:b/>
        </w:rPr>
        <w:t>Art and atmosphere:</w:t>
      </w:r>
      <w:r>
        <w:t xml:space="preserve"> Patrick Moya will perform live painting with large-scale 3D projections, adding a visual spectacle to the dancefloor.</w:t>
      </w:r>
      <w:r/>
    </w:p>
    <w:p>
      <w:pPr>
        <w:pStyle w:val="ListBullet"/>
        <w:spacing w:line="240" w:lineRule="auto"/>
        <w:ind w:left="720"/>
      </w:pPr>
      <w:r/>
      <w:r>
        <w:rPr>
          <w:b/>
        </w:rPr>
        <w:t>Entry and cause:</w:t>
      </w:r>
      <w:r>
        <w:t xml:space="preserve"> A small €5 contribution is requested; funds support Mémoire Manquante, the new association archiving LGBTQIA+ history on the Riviera.</w:t>
      </w:r>
      <w:r/>
    </w:p>
    <w:p>
      <w:pPr>
        <w:pStyle w:val="ListBullet"/>
        <w:spacing w:line="240" w:lineRule="auto"/>
        <w:ind w:left="720"/>
      </w:pPr>
      <w:r/>
      <w:r>
        <w:rPr>
          <w:b/>
        </w:rPr>
        <w:t>Dress code and feel:</w:t>
      </w:r>
      <w:r>
        <w:t xml:space="preserve"> Wear white, expect an inclusive, friendly crowd, easy street-party vibes and several local businesses backing the event.</w:t>
      </w:r>
      <w:r/>
      <w:r/>
    </w:p>
    <w:p>
      <w:pPr>
        <w:pStyle w:val="Heading2"/>
      </w:pPr>
      <w:r>
        <w:t>New street, familiar spirit , what’s changing and what stays the same</w:t>
      </w:r>
      <w:r/>
    </w:p>
    <w:p>
      <w:r/>
      <w:r>
        <w:t>Dolly’s moved from Place du Pin to Rue Defly, but the mood will be instantly recognisable: sunlit, music-driven and full of friendly chatter. Organisers say the change of location opens fresh corners of Nice to the party, while keeping the event’s warm, inclusive identity intact. If you’ve been before, bring the same energy; if you’re new, pack comfortable shoes and a light jacket for the late-evening breeze.</w:t>
      </w:r>
      <w:r/>
    </w:p>
    <w:p>
      <w:pPr>
        <w:pStyle w:val="Heading2"/>
      </w:pPr>
      <w:r>
        <w:t>A DJ line-up that builds the night , how the soundtrack unfolds</w:t>
      </w:r>
      <w:r/>
    </w:p>
    <w:p>
      <w:r/>
      <w:r>
        <w:t>The music shifts from sunset ease to a late-night peak, starting with Carlo Mora’s familiar, relaxed set at 6pm and crescendoing to Ben Crafter’s midnight close. That pacing suits a mixed crowd: early arrivals can catch mellow grooves, while later revellers get a proper dance finish. It’s a good rule of thumb to arrive for at least one full set if you want to avoid FOMO and sample the event’s full musical arc.</w:t>
      </w:r>
      <w:r/>
    </w:p>
    <w:p>
      <w:pPr>
        <w:pStyle w:val="Heading2"/>
      </w:pPr>
      <w:r>
        <w:t>Live art by Patrick Moya , colour, mascot and big-screen projections</w:t>
      </w:r>
      <w:r/>
    </w:p>
    <w:p>
      <w:r/>
      <w:r>
        <w:t>Patrick Moya, who created Dolly’s mascot, will be painting live and projecting large-scale 3D films, adding a playful, surreal texture to the street party. The visuals will give photographers and onlookers great moments to capture, and the live painting creates a communal focal point beyond the dancefloor. Expect bright colours, whimsical detail and a few Instagram-ready tableaux.</w:t>
      </w:r>
      <w:r/>
    </w:p>
    <w:p>
      <w:pPr>
        <w:pStyle w:val="Heading2"/>
      </w:pPr>
      <w:r>
        <w:t>A small ticket, a big purpose , Mémoire Manquante and community archives</w:t>
      </w:r>
      <w:r/>
    </w:p>
    <w:p>
      <w:r/>
      <w:r>
        <w:t>Organisers ask for a €5 contribution to cover costs and support Mémoire Manquante, a newly formed association dedicated to collecting and sharing local LGBTQIA+ history. It’s a reminder that these nights aren’t just fun; they help fund memory-keeping for a community whose stories have often been overlooked. That small fee makes it easy to help preserve regional heritage while you enjoy the party.</w:t>
      </w:r>
      <w:r/>
    </w:p>
    <w:p>
      <w:pPr>
        <w:pStyle w:val="Heading2"/>
      </w:pPr>
      <w:r>
        <w:t>Local support makes it happen , partnerships and practicalities</w:t>
      </w:r>
      <w:r/>
    </w:p>
    <w:p>
      <w:r/>
      <w:r>
        <w:t>The Ville de Nice events department and Rue Defly businesses, from cafés to bars, have backed the night, making logistics and hospitality smoother. That local buy-in means more stalls, better street layout and neighbours who welcome the late crowds. Practical tip: check transport options in advance and arrive early if you want a prime spot close to the art installations or the DJ booth.</w:t>
      </w:r>
      <w:r/>
    </w:p>
    <w:p>
      <w:r/>
      <w:r>
        <w:t>It's a small change of address that keeps Dolly’s big-hearted welcome alive , wear white and join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https://riviera-buzz.com/dolly-white-party-returns-to-nice-this-august/</w:t>
        </w:r>
      </w:hyperlink>
      <w:r>
        <w:t xml:space="preserve"> - Please view link - unable to able to access data</w:t>
      </w:r>
      <w:r/>
    </w:p>
    <w:p>
      <w:pPr>
        <w:pStyle w:val="ListNumber"/>
        <w:spacing w:line="240" w:lineRule="auto"/>
        <w:ind w:left="720"/>
      </w:pPr>
      <w:r/>
      <w:hyperlink r:id="rId9">
        <w:r>
          <w:rPr>
            <w:color w:val="0000EE"/>
            <w:u w:val="single"/>
          </w:rPr>
          <w:t>https://riviera-buzz.com/dolly-white-party-returns-to-nice-this-august/</w:t>
        </w:r>
      </w:hyperlink>
      <w:r>
        <w:t xml:space="preserve"> - The Dolly White Party is returning to Nice on 14 August 2026, from 6:00 pm to midnight, at Rue Defly. This event is renowned for its music, dancing, and inclusive atmosphere, aiming to unite people through great music and a welcoming environment. The DJ lineup includes Carlo Mora, Jissé, Anna Crouse, and Ben Crafter. Additionally, artist Patrick Moya will perform live painting and showcase his 3D films. A €5 contribution is requested to support the association Mémoire Manquante, dedicated to preserving the history of LGBTQIA+ communities on the French Riviera.</w:t>
      </w:r>
      <w:r/>
    </w:p>
    <w:p>
      <w:pPr>
        <w:pStyle w:val="ListNumber"/>
        <w:spacing w:line="240" w:lineRule="auto"/>
        <w:ind w:left="720"/>
      </w:pPr>
      <w:r/>
      <w:hyperlink r:id="rId11">
        <w:r>
          <w:rPr>
            <w:color w:val="0000EE"/>
            <w:u w:val="single"/>
          </w:rPr>
          <w:t>https://www.gaytravel4u.com/event/dolly-white-party-nice/</w:t>
        </w:r>
      </w:hyperlink>
      <w:r>
        <w:t xml:space="preserve"> - The Dolly White Party in Nice is an annual street party organised by the Centre LGBT Côte d'Azur, typically held in mid-August. The event features world-class DJs, live performances, and vibrant drag queens, creating a festive atmosphere. The party starts at 6 pm and runs until midnight. Nice, known for its significant gay scene, offers a variety of LGBTQ+ friendly venues, with most gay bars and clubs located in the Old Town, also known as Vieux Nice.</w:t>
      </w:r>
      <w:r/>
    </w:p>
    <w:p>
      <w:pPr>
        <w:pStyle w:val="ListNumber"/>
        <w:spacing w:line="240" w:lineRule="auto"/>
        <w:ind w:left="720"/>
      </w:pPr>
      <w:r/>
      <w:hyperlink r:id="rId10">
        <w:r>
          <w:rPr>
            <w:color w:val="0000EE"/>
            <w:u w:val="single"/>
          </w:rPr>
          <w:t>https://provence-alpes-cotedazur.com/en/things-to-do/events/all-events/dolly-stockfish-party-nice-en-6096086/</w:t>
        </w:r>
      </w:hyperlink>
      <w:r>
        <w:t xml:space="preserve"> - The Dolly Stockfish Party is a free, inclusive, and wildly festive night at the heart of the French Riviera's LGBTQIA+ scene. Held on 28 February 2026 at LE STOCKFISH in Nice, the event featured four DJs: Anna Crouse, Ben Crafter, Fredsky, and Jissé. Entertainment included fire-stricken go-go dancers, iconic characters, surprise performers, VJ projections by Patrick Moya, and decor by Moya. The carnival dress code was strongly encouraged, inviting attendees to dare, shine, and go wild.</w:t>
      </w:r>
      <w:r/>
    </w:p>
    <w:p>
      <w:pPr>
        <w:pStyle w:val="ListNumber"/>
        <w:spacing w:line="240" w:lineRule="auto"/>
        <w:ind w:left="720"/>
      </w:pPr>
      <w:r/>
      <w:hyperlink r:id="rId12">
        <w:r>
          <w:rPr>
            <w:color w:val="0000EE"/>
            <w:u w:val="single"/>
          </w:rPr>
          <w:t>https://www.nice-premium.com/lgbtq-in-nice-and-on-the-french-riviera-consolidated-rights-growing-visibility-but-still-very-real-challenges/</w:t>
        </w:r>
      </w:hyperlink>
      <w:r>
        <w:t xml:space="preserve"> - Nice has become one of the main LGBTQ+ hubs in southern France, with events like the Pink Parade and Lou Queernaval, the first openly LGBTQ+ carnival in France. The city boasts an active network of associations, a growing cultural offering, and a commitment to inclusive hospitality. However, challenges remain, highlighting the need for continued advocacy and support for the LGBTQ+ community in the region.</w:t>
      </w:r>
      <w:r/>
    </w:p>
    <w:p>
      <w:pPr>
        <w:pStyle w:val="ListNumber"/>
        <w:spacing w:line="240" w:lineRule="auto"/>
        <w:ind w:left="720"/>
      </w:pPr>
      <w:r/>
      <w:hyperlink r:id="rId13">
        <w:r>
          <w:rPr>
            <w:color w:val="0000EE"/>
            <w:u w:val="single"/>
          </w:rPr>
          <w:t>https://www.vacationer.travel/lou-queernaval-returns-to-nice-a-carnival-of-pride-history-and-visibility/</w:t>
        </w:r>
      </w:hyperlink>
      <w:r>
        <w:t xml:space="preserve"> - Lou Queernaval, France's first and only LGBTQIA+ carnival, returns to Nice on 27 February 2026. Organised by the COC LGBTQI association with support from the City of Nice, the event blends carnival tradition with a message of inclusion and visibility. It celebrates diversity, creativity, and collective joy, welcoming LGBTQIA+ communities, allies, families, and visitors from around the world to participate in this uniquely Niçois expression of pride.</w:t>
      </w:r>
      <w:r/>
    </w:p>
    <w:p>
      <w:pPr>
        <w:pStyle w:val="ListNumber"/>
        <w:spacing w:line="240" w:lineRule="auto"/>
        <w:ind w:left="720"/>
      </w:pPr>
      <w:r/>
      <w:hyperlink r:id="rId14">
        <w:r>
          <w:rPr>
            <w:color w:val="0000EE"/>
            <w:u w:val="single"/>
          </w:rPr>
          <w:t>https://qluvis.com/Nice/BLITZ-XXL-436821</w:t>
        </w:r>
      </w:hyperlink>
      <w:r>
        <w:t xml:space="preserve"> - BLITZ XXL is an explosive queer event in Nice, taking place on 5 September 2026 at the Théâtre de Verdure. The event offers an immersive experience in 80s, 90s, New Wave, and club culture, featuring extravagant performances, freedom, and artistic madness. The monumental night brings together generations, styles, and icons in an extraordinary scenography. The lineup includes international guest DJs Francesco Pagano, Chris Bekker, and John Dixon, with a special announcement of the 30th anniversary of the legendary Dolly Party in 2027.</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iviera-buzz.com/dolly-white-party-returns-to-nice-this-august/" TargetMode="External"/><Relationship Id="rId10" Type="http://schemas.openxmlformats.org/officeDocument/2006/relationships/hyperlink" Target="https://provence-alpes-cotedazur.com/en/things-to-do/events/all-events/dolly-stockfish-party-nice-en-6096086/" TargetMode="External"/><Relationship Id="rId11" Type="http://schemas.openxmlformats.org/officeDocument/2006/relationships/hyperlink" Target="https://www.gaytravel4u.com/event/dolly-white-party-nice/" TargetMode="External"/><Relationship Id="rId12" Type="http://schemas.openxmlformats.org/officeDocument/2006/relationships/hyperlink" Target="https://www.nice-premium.com/lgbtq-in-nice-and-on-the-french-riviera-consolidated-rights-growing-visibility-but-still-very-real-challenges/" TargetMode="External"/><Relationship Id="rId13" Type="http://schemas.openxmlformats.org/officeDocument/2006/relationships/hyperlink" Target="https://www.vacationer.travel/lou-queernaval-returns-to-nice-a-carnival-of-pride-history-and-visibility/" TargetMode="External"/><Relationship Id="rId14" Type="http://schemas.openxmlformats.org/officeDocument/2006/relationships/hyperlink" Target="https://qluvis.com/Nice/BLITZ-XXL-4368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