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Christopher Street Day Response: How Small Towns Mark Pride with Strength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in Schlüchtern turned out for a quietly powerful Christopher Street Day, where around 250 people dressed predominantly in black to show strength, solidarity and mourning after the Berlin attack; it mattered because rural visibility often needs a different, bolder language than city parades.</w:t>
      </w:r>
      <w:r/>
    </w:p>
    <w:p>
      <w:r/>
      <w:r>
        <w:t>Essential Takeaways</w:t>
      </w:r>
      <w:r/>
      <w:r/>
    </w:p>
    <w:p>
      <w:pPr>
        <w:pStyle w:val="ListBullet"/>
        <w:spacing w:line="240" w:lineRule="auto"/>
        <w:ind w:left="720"/>
      </w:pPr>
      <w:r/>
      <w:r>
        <w:rPr>
          <w:b/>
        </w:rPr>
        <w:t>Attendance:</w:t>
      </w:r>
      <w:r>
        <w:t xml:space="preserve"> Around 250 people joined Schlüchtern’s CSD, creating an intimate, community feel.</w:t>
      </w:r>
      <w:r/>
    </w:p>
    <w:p>
      <w:pPr>
        <w:pStyle w:val="ListBullet"/>
        <w:spacing w:line="240" w:lineRule="auto"/>
        <w:ind w:left="720"/>
      </w:pPr>
      <w:r/>
      <w:r>
        <w:rPr>
          <w:b/>
        </w:rPr>
        <w:t>Colour choice:</w:t>
      </w:r>
      <w:r>
        <w:t xml:space="preserve"> Wearing black was a deliberate symbol of resistance and mourning, not just sadness.</w:t>
      </w:r>
      <w:r/>
    </w:p>
    <w:p>
      <w:pPr>
        <w:pStyle w:val="ListBullet"/>
        <w:spacing w:line="240" w:lineRule="auto"/>
        <w:ind w:left="720"/>
      </w:pPr>
      <w:r/>
      <w:r>
        <w:rPr>
          <w:b/>
        </w:rPr>
        <w:t>Atmosphere:</w:t>
      </w:r>
      <w:r>
        <w:t xml:space="preserve"> Police described the event as peaceful and calm, with a clear message of defiance.</w:t>
      </w:r>
      <w:r/>
    </w:p>
    <w:p>
      <w:pPr>
        <w:pStyle w:val="ListBullet"/>
        <w:spacing w:line="240" w:lineRule="auto"/>
        <w:ind w:left="720"/>
      </w:pPr>
      <w:r/>
      <w:r>
        <w:rPr>
          <w:b/>
        </w:rPr>
        <w:t>Local focus:</w:t>
      </w:r>
      <w:r>
        <w:t xml:space="preserve"> Organisers aimed to tailor Pride to a less urban area, seeking outreach and education.</w:t>
      </w:r>
      <w:r/>
    </w:p>
    <w:p>
      <w:pPr>
        <w:pStyle w:val="ListBullet"/>
        <w:spacing w:line="240" w:lineRule="auto"/>
        <w:ind w:left="720"/>
      </w:pPr>
      <w:r/>
      <w:r>
        <w:rPr>
          <w:b/>
        </w:rPr>
        <w:t>Context:</w:t>
      </w:r>
      <w:r>
        <w:t xml:space="preserve"> The gathering followed the violent Berlin attack, adding urgency and solidarity to the day.</w:t>
      </w:r>
      <w:r/>
      <w:r/>
    </w:p>
    <w:p>
      <w:pPr>
        <w:pStyle w:val="Heading2"/>
      </w:pPr>
      <w:r>
        <w:t>A quieter pride, loud in meaning</w:t>
      </w:r>
      <w:r/>
    </w:p>
    <w:p>
      <w:r/>
      <w:r>
        <w:t>The clearest image from Schlüchtern was of people in black, which felt more like armour than fashion , a sombre, sturdy crowd refusing to be cowed. Organisers say the colour choice was planned months ago to differentiate their CSD and to speak the language of their local community. According to local reporting, the dark clothes were chosen as a symbol of resistance as much as mourning, a way of saying “we are here” without the usual carnival brightness.</w:t>
      </w:r>
      <w:r/>
    </w:p>
    <w:p>
      <w:pPr>
        <w:pStyle w:val="Heading2"/>
      </w:pPr>
      <w:r>
        <w:t>Why rural Pride looks different</w:t>
      </w:r>
      <w:r/>
    </w:p>
    <w:p>
      <w:r/>
      <w:r>
        <w:t>Small towns don’t always mirror the big-city rainbow spectacle, and organisers argued that’s deliberate. They wanted to meet neighbours where they are, create a respectful, recognisable statement and open conversations that might not happen otherwise. Observers noted the event had been peaceful and well-policed, and attendees told reporters they felt it was important to show visibility in a less urban setting where awareness can lag behind.</w:t>
      </w:r>
      <w:r/>
    </w:p>
    <w:p>
      <w:pPr>
        <w:pStyle w:val="Heading2"/>
      </w:pPr>
      <w:r>
        <w:t>The Berlin attack's shadow and the call for resilience</w:t>
      </w:r>
      <w:r/>
    </w:p>
    <w:p>
      <w:r/>
      <w:r>
        <w:t>The CSD in Schlüchtern took place in the immediate aftermath of a violent attack in Berlin that left people grieving and shocked. That national context sharpened the message: Pride isn’t just celebration, it’s also protection and protest. Participants said they felt an obligation to be visible and strong , not to give hate the victory of silencing them. Authorities described the local gathering as calm, a sign that communities can respond to trauma with solidarity.</w:t>
      </w:r>
      <w:r/>
    </w:p>
    <w:p>
      <w:pPr>
        <w:pStyle w:val="Heading2"/>
      </w:pPr>
      <w:r>
        <w:t>Practical lessons from a small-town CSD</w:t>
      </w:r>
      <w:r/>
    </w:p>
    <w:p>
      <w:r/>
      <w:r>
        <w:t>If organisers in other small towns are taking notes, several simple tactics stand out. Choosing a unifying visual theme , in this case black , can make a modest march feel cohesive and powerful. Clear communication with police and community leaders keeps events peaceful. And balancing tribute with outreach helps make the day both commemorative and future-facing. For anyone planning a local Pride, consider what will resonate locally rather than copying urban templates.</w:t>
      </w:r>
      <w:r/>
    </w:p>
    <w:p>
      <w:pPr>
        <w:pStyle w:val="Heading2"/>
      </w:pPr>
      <w:r>
        <w:t>What this means for Pride nationwide</w:t>
      </w:r>
      <w:r/>
    </w:p>
    <w:p>
      <w:r/>
      <w:r>
        <w:t>Events like Schlüchtern’s show Pride is adaptable: it can be loud and glittering, or dark and defiant, and both are valid responses to the same movement. The wider trend is a diversified landscape of Pride moments , from megacities’ colourful marches to smaller, targeted actions that prioritise education and safety. Ultimately, the posture of resilience in the face of violence sends a clear signal: visibility matters everywhere.</w:t>
      </w:r>
      <w:r/>
    </w:p>
    <w:p>
      <w:r/>
      <w:r>
        <w:t>It's a small change in tone that can make every demonstration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2">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https://www.faz.net/aktuell/rhein-main/gross-gerau-nach-tod-von-fussgaenger-kein-hinweis-auf-fremdverschulden-aktuelle-nachrichten-aus-frankfurt-hessen-faz-19735361.html</w:t>
        </w:r>
      </w:hyperlink>
      <w:r>
        <w:t xml:space="preserve"> - Please view link - unable to able to access data</w:t>
      </w:r>
      <w:r/>
    </w:p>
    <w:p>
      <w:pPr>
        <w:pStyle w:val="ListNumber"/>
        <w:spacing w:line="240" w:lineRule="auto"/>
        <w:ind w:left="720"/>
      </w:pPr>
      <w:r/>
      <w:hyperlink r:id="rId10">
        <w:r>
          <w:rPr>
            <w:color w:val="0000EE"/>
            <w:u w:val="single"/>
          </w:rPr>
          <w:t>https://www.berlin.de/polizei/polizeimeldungen/2024/pressemitteilung.1471487.php</w:t>
        </w:r>
      </w:hyperlink>
      <w:r>
        <w:t xml:space="preserve"> - On July 27, 2024, the Berlin police protected two gatherings ahead of the Christopher Street Day (CSD). Approximately 360 officers were deployed, resulting in four injuries among the police. The events included a motorcycle procession titled "Lesbische</w:t>
      </w:r>
      <w:r>
        <w:rPr>
          <w:i/>
        </w:rPr>
        <w:t xml:space="preserve"> und queere Sichtbarkeit" and a demonstration named "Dyke</w:t>
      </w:r>
      <w:r>
        <w:t xml:space="preserve"> March Berlin," both aiming to promote visibility and equality for lesbian and queer individuals. The demonstrations were largely peaceful, despite some disturbances from participants expressing pro-Palestinian and pro-Israeli sentiments. A total of 28 individuals were temporarily detained during the events. (</w:t>
      </w:r>
      <w:hyperlink r:id="rId15">
        <w:r>
          <w:rPr>
            <w:color w:val="0000EE"/>
            <w:u w:val="single"/>
          </w:rPr>
          <w:t>berlin.de</w:t>
        </w:r>
      </w:hyperlink>
      <w:r>
        <w:t>)</w:t>
      </w:r>
      <w:r/>
    </w:p>
    <w:p>
      <w:pPr>
        <w:pStyle w:val="ListNumber"/>
        <w:spacing w:line="240" w:lineRule="auto"/>
        <w:ind w:left="720"/>
      </w:pPr>
      <w:r/>
      <w:hyperlink r:id="rId11">
        <w:r>
          <w:rPr>
            <w:color w:val="0000EE"/>
            <w:u w:val="single"/>
          </w:rPr>
          <w:t>https://www.zeit.de/news/2024-07/27/glitzer-regenbogen-und-politische-forderungen-beim-csd</w:t>
        </w:r>
      </w:hyperlink>
      <w:r>
        <w:t xml:space="preserve"> - On July 27, 2024, tens of thousands participated in the 46th Berlin Christopher Street Day (CSD) under the motto "Nur gemeinsam stark – für Demokratie und Vielfalt" (Only strong together – for democracy and diversity). The event was marked by vibrant displays of glitter and rainbow colours, with participants advocating for queer rights. Singer Herbert Grönemeyer performed as a special guest, emphasising the need to fight for a progressive world and to protect democracy from fundamentalist and fascist forces. The organisers called for the inclusion of protections for queer individuals in Germany's Basic Law. (</w:t>
      </w:r>
      <w:hyperlink r:id="rId16">
        <w:r>
          <w:rPr>
            <w:color w:val="0000EE"/>
            <w:u w:val="single"/>
          </w:rPr>
          <w:t>zeit.de</w:t>
        </w:r>
      </w:hyperlink>
      <w:r>
        <w:t>)</w:t>
      </w:r>
      <w:r/>
    </w:p>
    <w:p>
      <w:pPr>
        <w:pStyle w:val="ListNumber"/>
        <w:spacing w:line="240" w:lineRule="auto"/>
        <w:ind w:left="720"/>
      </w:pPr>
      <w:r/>
      <w:hyperlink r:id="rId12">
        <w:r>
          <w:rPr>
            <w:color w:val="0000EE"/>
            <w:u w:val="single"/>
          </w:rPr>
          <w:t>https://www.berliner-zeitung.de/article/csd-2024-die-looks-im-berlin-street-style-2239295</w:t>
        </w:r>
      </w:hyperlink>
      <w:r>
        <w:t xml:space="preserve"> - The 46th Berlin Christopher Street Day (CSD) on July 27, 2024, showcased a diverse array of street styles, blending fashion with political statements. Participants donned a mix of outfits, from nerd glasses and feather boas to more daring attire, reflecting the event's celebratory and political nature. The CSD has evolved beyond traditional leather and fetish looks, embracing a broader spectrum of fashion choices. The focus was notably on the celebration of the body, with many participants opting for bold and expressive styles. (</w:t>
      </w:r>
      <w:hyperlink r:id="rId17">
        <w:r>
          <w:rPr>
            <w:color w:val="0000EE"/>
            <w:u w:val="single"/>
          </w:rPr>
          <w:t>berliner-zeitung.de</w:t>
        </w:r>
      </w:hyperlink>
      <w:r>
        <w:t>)</w:t>
      </w:r>
      <w:r/>
    </w:p>
    <w:p>
      <w:pPr>
        <w:pStyle w:val="ListNumber"/>
        <w:spacing w:line="240" w:lineRule="auto"/>
        <w:ind w:left="720"/>
      </w:pPr>
      <w:r/>
      <w:hyperlink r:id="rId13">
        <w:r>
          <w:rPr>
            <w:color w:val="0000EE"/>
            <w:u w:val="single"/>
          </w:rPr>
          <w:t>https://www.zeit.de/news/2024-07/27/happy-pride-viele-feiern-beim-berliner-csd</w:t>
        </w:r>
      </w:hyperlink>
      <w:r>
        <w:t xml:space="preserve"> - The 46th Berlin Christopher Street Day (CSD) on July 27, 2024, attracted hundreds of thousands of participants, despite initial rainy conditions. The event, under the motto "Nur gemeinsam stark – für Demokratie und Vielfalt" (Only strong together – for democracy and diversity), featured vibrant celebrations with rainbow umbrellas and enthusiastic participants. The police observed many joyful and friendly faces, with approximately 1,200 officers deployed to ensure safety. While there were minimal incidents, a group of right-wing individuals in typical attire attempted to approach the procession but were prevented by police intervention. (</w:t>
      </w:r>
      <w:hyperlink r:id="rId18">
        <w:r>
          <w:rPr>
            <w:color w:val="0000EE"/>
            <w:u w:val="single"/>
          </w:rPr>
          <w:t>zeit.de</w:t>
        </w:r>
      </w:hyperlink>
      <w:r>
        <w:t>)</w:t>
      </w:r>
      <w:r/>
    </w:p>
    <w:p>
      <w:pPr>
        <w:pStyle w:val="ListNumber"/>
        <w:spacing w:line="240" w:lineRule="auto"/>
        <w:ind w:left="720"/>
      </w:pPr>
      <w:r/>
      <w:hyperlink r:id="rId19">
        <w:r>
          <w:rPr>
            <w:color w:val="0000EE"/>
            <w:u w:val="single"/>
          </w:rPr>
          <w:t>https://www.zeit.de/news/2024-10/12/angriff-nach-christopher-street-day-mann-stellt-sich</w:t>
        </w:r>
      </w:hyperlink>
      <w:r>
        <w:t xml:space="preserve"> - In October 2024, a suspect turned himself in after an attack on a 24-year-old man at the Brandenburg Gate subway station in Berlin-Mitte. The incident occurred in late July, following the Christopher Street Day celebrations, where the victim was allegedly insulted and assaulted by two men. The police had previously issued photos seeking the perpetrators, leading to the suspect's surrender. Investigations into the second suspect are ongoing. (</w:t>
      </w:r>
      <w:hyperlink r:id="rId20">
        <w:r>
          <w:rPr>
            <w:color w:val="0000EE"/>
            <w:u w:val="single"/>
          </w:rPr>
          <w:t>zeit.de</w:t>
        </w:r>
      </w:hyperlink>
      <w:r>
        <w:t>)</w:t>
      </w:r>
      <w:r/>
    </w:p>
    <w:p>
      <w:pPr>
        <w:pStyle w:val="ListNumber"/>
        <w:spacing w:line="240" w:lineRule="auto"/>
        <w:ind w:left="720"/>
      </w:pPr>
      <w:r/>
      <w:hyperlink r:id="rId14">
        <w:r>
          <w:rPr>
            <w:color w:val="0000EE"/>
            <w:u w:val="single"/>
          </w:rPr>
          <w:t>https://www.the-berliner.com/english-news-berlin/attack-csd-pride-neo-nazis-junge-nationalisten-arrested-potsdamer-platz/</w:t>
        </w:r>
      </w:hyperlink>
      <w:r>
        <w:t xml:space="preserve"> - On July 27, 2024, approximately 30 members of a far-right group were detained by police near Potsdamer Platz in Berlin. The group, consisting mainly of young men, had reportedly planned to attack the Christopher Street Day (CSD) pride procession. Their intentions were thwarted when police intervened, leading to their arrest and removal from the area. While minors were released shortly after, the adults remained in custody until after midnight. The 46th CSD, held under the motto "Only strong together – for democracy and diversity," saw around 250,000 people marching through the city. (</w:t>
      </w:r>
      <w:hyperlink r:id="rId21">
        <w:r>
          <w:rPr>
            <w:color w:val="0000EE"/>
            <w:u w:val="single"/>
          </w:rPr>
          <w:t>the-berliner.com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z.net/aktuell/rhein-main/gross-gerau-nach-tod-von-fussgaenger-kein-hinweis-auf-fremdverschulden-aktuelle-nachrichten-aus-frankfurt-hessen-faz-19735361.html" TargetMode="External"/><Relationship Id="rId10" Type="http://schemas.openxmlformats.org/officeDocument/2006/relationships/hyperlink" Target="https://www.berlin.de/polizei/polizeimeldungen/2024/pressemitteilung.1471487.php" TargetMode="External"/><Relationship Id="rId11" Type="http://schemas.openxmlformats.org/officeDocument/2006/relationships/hyperlink" Target="https://www.zeit.de/news/2024-07/27/glitzer-regenbogen-und-politische-forderungen-beim-csd" TargetMode="External"/><Relationship Id="rId12" Type="http://schemas.openxmlformats.org/officeDocument/2006/relationships/hyperlink" Target="https://www.berliner-zeitung.de/article/csd-2024-die-looks-im-berlin-street-style-2239295" TargetMode="External"/><Relationship Id="rId13" Type="http://schemas.openxmlformats.org/officeDocument/2006/relationships/hyperlink" Target="https://www.zeit.de/news/2024-07/27/happy-pride-viele-feiern-beim-berliner-csd" TargetMode="External"/><Relationship Id="rId14" Type="http://schemas.openxmlformats.org/officeDocument/2006/relationships/hyperlink" Target="https://www.the-berliner.com/english-news-berlin/attack-csd-pride-neo-nazis-junge-nationalisten-arrested-potsdamer-platz/" TargetMode="External"/><Relationship Id="rId15" Type="http://schemas.openxmlformats.org/officeDocument/2006/relationships/hyperlink" Target="https://www.berlin.de/polizei/polizeimeldungen/2024/pressemitteilung.1471487.php?utm_source=openai" TargetMode="External"/><Relationship Id="rId16" Type="http://schemas.openxmlformats.org/officeDocument/2006/relationships/hyperlink" Target="https://www.zeit.de/news/2024-07/27/glitzer-regenbogen-und-politische-forderungen-beim-csd?utm_source=openai" TargetMode="External"/><Relationship Id="rId17" Type="http://schemas.openxmlformats.org/officeDocument/2006/relationships/hyperlink" Target="https://www.berliner-zeitung.de/article/csd-2024-die-looks-im-berlin-street-style-2239295?utm_source=openai" TargetMode="External"/><Relationship Id="rId18" Type="http://schemas.openxmlformats.org/officeDocument/2006/relationships/hyperlink" Target="https://www.zeit.de/news/2024-07/27/happy-pride-viele-feiern-beim-berliner-csd?utm_source=openai" TargetMode="External"/><Relationship Id="rId19" Type="http://schemas.openxmlformats.org/officeDocument/2006/relationships/hyperlink" Target="https://www.zeit.de/news/2024-10/12/angriff-nach-christopher-street-day-mann-stellt-sich" TargetMode="External"/><Relationship Id="rId20" Type="http://schemas.openxmlformats.org/officeDocument/2006/relationships/hyperlink" Target="https://www.zeit.de/news/2024-10/12/angriff-nach-christopher-street-day-mann-stellt-sich?utm_source=openai" TargetMode="External"/><Relationship Id="rId21" Type="http://schemas.openxmlformats.org/officeDocument/2006/relationships/hyperlink" Target="https://www.the-berliner.com/english-news-berlin/attack-csd-pride-neo-nazis-junge-nationalisten-arrested-potsdamer-platz/?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