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Celebrity Throwbacks: Paris Hilton’s Union Jack Moment at Brighton Pride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pop-culture fans were treated to a vivid blast from the past when Paris Hilton channelled Ginger Spice in a Union Jack mini dress at Brighton &amp; Hove Pride, a bold nod to 1990s pop fashion that lit up the 35th-anniversary celebrations and had fans buzzing across the UK.</w:t>
      </w:r>
      <w:r/>
    </w:p>
    <w:p>
      <w:r/>
      <w:r>
        <w:t>Essential Takeaways</w:t>
      </w:r>
      <w:r/>
      <w:r/>
    </w:p>
    <w:p>
      <w:pPr>
        <w:pStyle w:val="ListBullet"/>
        <w:spacing w:line="240" w:lineRule="auto"/>
        <w:ind w:left="720"/>
      </w:pPr>
      <w:r/>
      <w:r>
        <w:rPr>
          <w:b/>
        </w:rPr>
        <w:t>Standout look:</w:t>
      </w:r>
      <w:r>
        <w:t xml:space="preserve"> Paris Hilton wore a Union Jack mini dress with knee-high boots and matching dancers, a clear tribute to Geri Halliwell’s iconic 1997 outfit.</w:t>
      </w:r>
      <w:r/>
    </w:p>
    <w:p>
      <w:pPr>
        <w:pStyle w:val="ListBullet"/>
        <w:spacing w:line="240" w:lineRule="auto"/>
        <w:ind w:left="720"/>
      </w:pPr>
      <w:r/>
      <w:r>
        <w:rPr>
          <w:b/>
        </w:rPr>
        <w:t>Big stage:</w:t>
      </w:r>
      <w:r>
        <w:t xml:space="preserve"> The performance took place at Brighton &amp; Hove Pride in the Park during the festival’s 35th anniversary, drawing major names and big crowds.</w:t>
      </w:r>
      <w:r/>
    </w:p>
    <w:p>
      <w:pPr>
        <w:pStyle w:val="ListBullet"/>
        <w:spacing w:line="240" w:lineRule="auto"/>
        <w:ind w:left="720"/>
      </w:pPr>
      <w:r/>
      <w:r>
        <w:rPr>
          <w:b/>
        </w:rPr>
        <w:t>90s nostalgia:</w:t>
      </w:r>
      <w:r>
        <w:t xml:space="preserve"> The outfit revived one of pop’s most recognisable fashion moments, stirring conversations about Spice Girls’ influence on culture and style.</w:t>
      </w:r>
      <w:r/>
    </w:p>
    <w:p>
      <w:pPr>
        <w:pStyle w:val="ListBullet"/>
        <w:spacing w:line="240" w:lineRule="auto"/>
        <w:ind w:left="720"/>
      </w:pPr>
      <w:r/>
      <w:r>
        <w:rPr>
          <w:b/>
        </w:rPr>
        <w:t>Vibrant atmosphere:</w:t>
      </w:r>
      <w:r>
        <w:t xml:space="preserve"> The staging, choreography and costume palette created a cohesive, celebratory visual that felt both retro and playful.</w:t>
      </w:r>
      <w:r/>
    </w:p>
    <w:p>
      <w:pPr>
        <w:pStyle w:val="ListBullet"/>
        <w:spacing w:line="240" w:lineRule="auto"/>
        <w:ind w:left="720"/>
      </w:pPr>
      <w:r/>
      <w:r>
        <w:rPr>
          <w:b/>
        </w:rPr>
        <w:t>Practical note:</w:t>
      </w:r>
      <w:r>
        <w:t xml:space="preserve"> Fans loved the theatricality and recognisability; expect more revival looks at festivals and Pride events this season.</w:t>
      </w:r>
      <w:r/>
      <w:r/>
    </w:p>
    <w:p>
      <w:pPr>
        <w:pStyle w:val="Heading2"/>
      </w:pPr>
      <w:r>
        <w:t>Paris Hilton’s retro reference landed with a cheer</w:t>
      </w:r>
      <w:r/>
    </w:p>
    <w:p>
      <w:r/>
      <w:r>
        <w:t>Paris stepped onto the Brighton stage in a Union Jack mini-dress that immediately read as a deliberate throwback, softening the modern gloss with a cheeky 90s energy. The knee-high boots and matching outfits on her dancers made the styling feel like a full re-enactment rather than a fleeting wink, and the crowd reacted like they’d been handed a nostalgia playlist in real life. According to coverage of the event, the look was part of the Pride line-up that celebrated the festival’s 35th year, so the choice felt celebratory as well as stylish.</w:t>
      </w:r>
      <w:r/>
    </w:p>
    <w:p>
      <w:pPr>
        <w:pStyle w:val="Heading2"/>
      </w:pPr>
      <w:r>
        <w:t>How one dress rewrote pop-fashion shorthand</w:t>
      </w:r>
      <w:r/>
    </w:p>
    <w:p>
      <w:r/>
      <w:r>
        <w:t>The original Union Jack dress worn by Geri Halliwell at the 1997 BRIT Awards is often cited among the decade’s most iconic pieces, and it set a template for pop-star costuming that hinged on instant recognisability. Vogue and other fashion outlets have charted its rise to cultural shorthand, noting how a single outfit can become shorthand for an era. Paris’s homage makes the point again: clothes can be a memory shortcut, and revivals like this let audiences revisit a mood as much as a moment.</w:t>
      </w:r>
      <w:r/>
    </w:p>
    <w:p>
      <w:pPr>
        <w:pStyle w:val="Heading2"/>
      </w:pPr>
      <w:r>
        <w:t>Why Pride was the perfect stage for a remixed classic</w:t>
      </w:r>
      <w:r/>
    </w:p>
    <w:p>
      <w:r/>
      <w:r>
        <w:t>Brighton &amp; Hove Pride is as much about spectacle as it is politics and community, and the festival has a long tradition of theatrical performances. Bringing a pop-culture landmark onto that platform feels natural; it’s a joyful reclamation that connects generations. Festivalgoers and performers often use costume to signal solidarity, fun, and history, so the Union Jack motif, reimagined within a Pride context, read as both glamorous and playful.</w:t>
      </w:r>
      <w:r/>
    </w:p>
    <w:p>
      <w:pPr>
        <w:pStyle w:val="Heading2"/>
      </w:pPr>
      <w:r>
        <w:t>Trends this nod might push forward</w:t>
      </w:r>
      <w:r/>
    </w:p>
    <w:p>
      <w:r/>
      <w:r>
        <w:t>Expect other artists and festival-goers to keep mining 90s pop references through summer and beyond. From sequinned statement pieces to flag motifs and coordinated choreography, the ingredients are simple and effective. If you’re inspired to recreate the look for a festival or party, choose sturdy boots, pick a dress length you’re comfortable with, and coordinate accessories to keep the vibe cohesive rather than costume-y.</w:t>
      </w:r>
      <w:r/>
    </w:p>
    <w:p>
      <w:pPr>
        <w:pStyle w:val="Heading2"/>
      </w:pPr>
      <w:r>
        <w:t>A brief cultural read: why these moments endure</w:t>
      </w:r>
      <w:r/>
    </w:p>
    <w:p>
      <w:r/>
      <w:r>
        <w:t>Fashion ephemera becomes iconic when it taps into a wider story, girl-group energy, a political mood, or a media moment. The Union Jack dress did that in 1997, and repeat performances remind us how pop culture recirculates meanings. Paris Hilton’s take is both tribute and performance: a reminder that a single image can keep on giving, decades later.</w:t>
      </w:r>
      <w:r/>
    </w:p>
    <w:p>
      <w:r/>
      <w:r>
        <w:t>It's a small, theatrical nod that keeps a pop-culture moment alive and makes Pride feel a little more celebratory.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3">
        <w:r>
          <w:rPr>
            <w:color w:val="0000EE"/>
            <w:u w:val="single"/>
          </w:rPr>
          <w:t>[6]</w:t>
        </w:r>
      </w:hyperlink>
      <w:r>
        <w:t xml:space="preserve">- Paragraph 4: </w:t>
      </w:r>
      <w:hyperlink r:id="rId14">
        <w:r>
          <w:rPr>
            <w:color w:val="0000EE"/>
            <w:u w:val="single"/>
          </w:rPr>
          <w:t>[7]</w:t>
        </w:r>
      </w:hyperlink>
      <w:r>
        <w:t xml:space="preserve">, </w:t>
      </w:r>
      <w:hyperlink r:id="rId10">
        <w:r>
          <w:rPr>
            <w:color w:val="0000EE"/>
            <w:u w:val="single"/>
          </w:rPr>
          <w:t>[4]</w:t>
        </w:r>
      </w:hyperlink>
      <w:r>
        <w:t xml:space="preserve">- Paragraph 5: </w:t>
      </w:r>
      <w:hyperlink r:id="rId11">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https://www.nezavisne.com/magazin/jet-set/Paris-Hilton-iznenadila-stajlingom-koji-svi-pamte-FOTO/976274</w:t>
        </w:r>
      </w:hyperlink>
      <w:r>
        <w:t xml:space="preserve"> - Please view link - unable to able to access data</w:t>
      </w:r>
      <w:r/>
    </w:p>
    <w:p>
      <w:pPr>
        <w:pStyle w:val="ListNumber"/>
        <w:spacing w:line="240" w:lineRule="auto"/>
        <w:ind w:left="720"/>
      </w:pPr>
      <w:r/>
      <w:hyperlink r:id="rId9">
        <w:r>
          <w:rPr>
            <w:color w:val="0000EE"/>
            <w:u w:val="single"/>
          </w:rPr>
          <w:t>https://www.nezavisne.com/magazin/jet-set/Paris-Hilton-iznenadila-stajlingom-koji-svi-pamte-FOTO/976274</w:t>
        </w:r>
      </w:hyperlink>
      <w:r>
        <w:t xml:space="preserve"> - Paris Hilton drew significant attention with her performance at the Brighton &amp; Hove Pride festival, donning a mini dress featuring the British flag. This ensemble was inspired by the iconic Union Jack dress worn by Geri Halliwell, known as Ginger Spice, at the 1997 Brit Awards. Hilton's appearance celebrated the 35th anniversary of one of the UK's largest LGBTQ+ festivals, complemented by knee-high boots and choreography that included dancers in Union Jack attire. The event also featured stars like Diana Ross, RAYE, Jessie J, RuPaul, and Mel C, highlighting the enduring influence of the Spice Girls on 1990s pop culture and fashion.</w:t>
      </w:r>
      <w:r/>
    </w:p>
    <w:p>
      <w:pPr>
        <w:pStyle w:val="ListNumber"/>
        <w:spacing w:line="240" w:lineRule="auto"/>
        <w:ind w:left="720"/>
      </w:pPr>
      <w:r/>
      <w:hyperlink r:id="rId11">
        <w:r>
          <w:rPr>
            <w:color w:val="0000EE"/>
            <w:u w:val="single"/>
          </w:rPr>
          <w:t>https://www.vogue.com/article/ginger-spice-union-jack-dress-story</w:t>
        </w:r>
      </w:hyperlink>
      <w:r>
        <w:t xml:space="preserve"> - Geri Halliwell, known as Ginger Spice, reflects on the creation of her iconic Union Jack dress. Originally a black Gucci dress, she customised it with a Union Jack tea towel, adding a peace sign to the back to counteract potential negative associations. The dress became a symbol of 'girl power' and unity, with Halliwell recalling its widespread impact and the positive reactions it garnered.</w:t>
      </w:r>
      <w:r/>
    </w:p>
    <w:p>
      <w:pPr>
        <w:pStyle w:val="ListNumber"/>
        <w:spacing w:line="240" w:lineRule="auto"/>
        <w:ind w:left="720"/>
      </w:pPr>
      <w:r/>
      <w:hyperlink r:id="rId10">
        <w:r>
          <w:rPr>
            <w:color w:val="0000EE"/>
            <w:u w:val="single"/>
          </w:rPr>
          <w:t>https://www.womanandhome.com/ginger-spice-union-jack-dress/</w:t>
        </w:r>
      </w:hyperlink>
      <w:r>
        <w:t xml:space="preserve"> - Geri Halliwell discusses the decision to auction her iconic Union Jack dress after leaving the Spice Girls. She shares insights into the dress's creation, including the use of a tea towel and the addition of a peace sign to address concerns about its symbolism. The auction aimed to support charity, and Halliwell reflects on the dress's lasting impact on fashion and culture.</w:t>
      </w:r>
      <w:r/>
    </w:p>
    <w:p>
      <w:pPr>
        <w:pStyle w:val="ListNumber"/>
        <w:spacing w:line="240" w:lineRule="auto"/>
        <w:ind w:left="720"/>
      </w:pPr>
      <w:r/>
      <w:hyperlink r:id="rId12">
        <w:r>
          <w:rPr>
            <w:color w:val="0000EE"/>
            <w:u w:val="single"/>
          </w:rPr>
          <w:t>https://www.gmanetwork.com/entertainment/showbiznews/ginger-spice-geri-halliwell-looks-back-on-her-iconic-spice-girls-union-jack-dress/60782/</w:t>
        </w:r>
      </w:hyperlink>
      <w:r>
        <w:t xml:space="preserve"> - Geri Halliwell reminisces about her iconic Union Jack dress, detailing its creation and the reactions it received. She recounts the process of transforming a black Gucci dress with a Union Jack tea towel and adding a peace sign to the back. The dress became synonymous with the Spice Girls' 'girl power' message and left a lasting impression on fans worldwide.</w:t>
      </w:r>
      <w:r/>
    </w:p>
    <w:p>
      <w:pPr>
        <w:pStyle w:val="ListNumber"/>
        <w:spacing w:line="240" w:lineRule="auto"/>
        <w:ind w:left="720"/>
      </w:pPr>
      <w:r/>
      <w:hyperlink r:id="rId13">
        <w:r>
          <w:rPr>
            <w:color w:val="0000EE"/>
            <w:u w:val="single"/>
          </w:rPr>
          <w:t>https://commons.wikimedia.org/wiki/File:Union_Jack_dress_Brighton_Pride_2014.jpg</w:t>
        </w:r>
      </w:hyperlink>
      <w:r>
        <w:t xml:space="preserve"> - A photograph capturing a replica of the iconic Union Jack dress at the Brighton Pride event in 2014. The image showcases the enduring popularity and influence of the dress, symbolising the lasting impact of the Spice Girls on LGBTQ+ culture and fashion.</w:t>
      </w:r>
      <w:r/>
    </w:p>
    <w:p>
      <w:pPr>
        <w:pStyle w:val="ListNumber"/>
        <w:spacing w:line="240" w:lineRule="auto"/>
        <w:ind w:left="720"/>
      </w:pPr>
      <w:r/>
      <w:hyperlink r:id="rId14">
        <w:r>
          <w:rPr>
            <w:color w:val="0000EE"/>
            <w:u w:val="single"/>
          </w:rPr>
          <w:t>https://www.glam.com/1364485/iconic-spice-girls-union-jack-dress-designed-ginger/</w:t>
        </w:r>
      </w:hyperlink>
      <w:r>
        <w:t xml:space="preserve"> - An article highlighting Geri Halliwell's role in designing the iconic Union Jack dress. It details her creative process, including the use of a tea towel to customise a black Gucci dress, and the dress's significance in representing the Spice Girls' 'girl power' ethos.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zavisne.com/magazin/jet-set/Paris-Hilton-iznenadila-stajlingom-koji-svi-pamte-FOTO/976274" TargetMode="External"/><Relationship Id="rId10" Type="http://schemas.openxmlformats.org/officeDocument/2006/relationships/hyperlink" Target="https://www.womanandhome.com/ginger-spice-union-jack-dress/" TargetMode="External"/><Relationship Id="rId11" Type="http://schemas.openxmlformats.org/officeDocument/2006/relationships/hyperlink" Target="https://www.vogue.com/article/ginger-spice-union-jack-dress-story" TargetMode="External"/><Relationship Id="rId12" Type="http://schemas.openxmlformats.org/officeDocument/2006/relationships/hyperlink" Target="https://www.gmanetwork.com/entertainment/showbiznews/ginger-spice-geri-halliwell-looks-back-on-her-iconic-spice-girls-union-jack-dress/60782/" TargetMode="External"/><Relationship Id="rId13" Type="http://schemas.openxmlformats.org/officeDocument/2006/relationships/hyperlink" Target="https://commons.wikimedia.org/wiki/File:Union_Jack_dress_Brighton_Pride_2014.jpg" TargetMode="External"/><Relationship Id="rId14" Type="http://schemas.openxmlformats.org/officeDocument/2006/relationships/hyperlink" Target="https://www.glam.com/1364485/iconic-spice-girls-union-jack-dress-designed-ging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