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Moments: Star Turns, Sunny Vibes and Packed Platforms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colour and pop, Brighton &amp; Hove Pride drew thousands to Preston Park for a sun-soaked weekend, with big names, indie favourites and festival-firsts giving the city a buzzy, feel-good lift. Here’s what stood out, why it mattered and how to make the most of next year’s pride plans.</w:t>
      </w:r>
      <w:r/>
    </w:p>
    <w:p>
      <w:r/>
      <w:r>
        <w:t>Essential Takeaways</w:t>
      </w:r>
      <w:r/>
      <w:r/>
    </w:p>
    <w:p>
      <w:pPr>
        <w:pStyle w:val="ListBullet"/>
        <w:spacing w:line="240" w:lineRule="auto"/>
        <w:ind w:left="720"/>
      </w:pPr>
      <w:r/>
      <w:r>
        <w:rPr>
          <w:b/>
        </w:rPr>
        <w:t>Big-name pull:</w:t>
      </w:r>
      <w:r>
        <w:t xml:space="preserve"> Diana Ross headlined a star-studded bill that included Mel C, Holly Johnson and Paris Hilton, drawing huge crowds to the main stage.</w:t>
      </w:r>
      <w:r/>
    </w:p>
    <w:p>
      <w:pPr>
        <w:pStyle w:val="ListBullet"/>
        <w:spacing w:line="240" w:lineRule="auto"/>
        <w:ind w:left="720"/>
      </w:pPr>
      <w:r/>
      <w:r>
        <w:rPr>
          <w:b/>
        </w:rPr>
        <w:t>Energetic sets:</w:t>
      </w:r>
      <w:r>
        <w:t xml:space="preserve"> Mel C brought an infectious on-stage energy and banter, while bands like Pale Waves and Television Romance supplied singalong moments.</w:t>
      </w:r>
      <w:r/>
    </w:p>
    <w:p>
      <w:pPr>
        <w:pStyle w:val="ListBullet"/>
        <w:spacing w:line="240" w:lineRule="auto"/>
        <w:ind w:left="720"/>
      </w:pPr>
      <w:r/>
      <w:r>
        <w:rPr>
          <w:b/>
        </w:rPr>
        <w:t>Local flavour:</w:t>
      </w:r>
      <w:r>
        <w:t xml:space="preserve"> Brighton artists such as Caty Baiser kept the festival grounded and lively, encouraging dancing even in the heat.</w:t>
      </w:r>
      <w:r/>
    </w:p>
    <w:p>
      <w:pPr>
        <w:pStyle w:val="ListBullet"/>
        <w:spacing w:line="240" w:lineRule="auto"/>
        <w:ind w:left="720"/>
      </w:pPr>
      <w:r/>
      <w:r>
        <w:rPr>
          <w:b/>
        </w:rPr>
        <w:t>Transport and prep:</w:t>
      </w:r>
      <w:r>
        <w:t xml:space="preserve"> Brighton station stayed busy but orderly; many festivalgoers stocked up at nearby shops before heading to the park.</w:t>
      </w:r>
      <w:r/>
    </w:p>
    <w:p>
      <w:pPr>
        <w:pStyle w:val="ListBullet"/>
        <w:spacing w:line="240" w:lineRule="auto"/>
        <w:ind w:left="720"/>
      </w:pPr>
      <w:r/>
      <w:r>
        <w:rPr>
          <w:b/>
        </w:rPr>
        <w:t>Community spirit:</w:t>
      </w:r>
      <w:r>
        <w:t xml:space="preserve"> Attendees ranged from seasoned Pride regulars to first-timers, all embracing colourful outfits, camaraderie and celebration.</w:t>
      </w:r>
      <w:r/>
      <w:r/>
    </w:p>
    <w:p>
      <w:pPr>
        <w:pStyle w:val="Heading2"/>
      </w:pPr>
      <w:r>
        <w:t>A headline line-up that actually delivered singalongs</w:t>
      </w:r>
      <w:r/>
    </w:p>
    <w:p>
      <w:r/>
      <w:r>
        <w:t>The star power at Brighton Pride was no mere poster , Diana Ross topped the bill and the crowd turned out in force. Mel C’s set was a particular highlight, mixing high-energy pop with playful stage chat that had the front rows singing and smiling. It’s the sort of performance that feels immediate and communal, the kind of live moment you remember for days.</w:t>
      </w:r>
      <w:r/>
    </w:p>
    <w:p>
      <w:r/>
      <w:r>
        <w:t>According to coverage on the day, indie and pop acts balanced nostalgia with fresh material, so there was something for everyone. If you’re picking acts to catch next year, aim for a mix of the big names and the local performers to get the full festival texture.</w:t>
      </w:r>
      <w:r/>
    </w:p>
    <w:p>
      <w:pPr>
        <w:pStyle w:val="Heading2"/>
      </w:pPr>
      <w:r>
        <w:t>Early slots mattered: why being there at the start paid off</w:t>
      </w:r>
      <w:r/>
    </w:p>
    <w:p>
      <w:r/>
      <w:r>
        <w:t>Pale Waves opened the main stage to a steadily growing crowd, and early arrivals were rewarded with front-row access and quieter movement across the site. Festivalgoers told reporters they were surprised to see such strong sets so early, but the payoff was clear , you could stake out a spot and enjoy multiple favourites without the crush that builds up later.</w:t>
      </w:r>
      <w:r/>
    </w:p>
    <w:p>
      <w:r/>
      <w:r>
        <w:t>If you want a less frantic experience, arrive for the earlier acts, bring sun protection and a foldable seat, and plan breaks between headline sets so you don’t miss anything.</w:t>
      </w:r>
      <w:r/>
    </w:p>
    <w:p>
      <w:pPr>
        <w:pStyle w:val="Heading2"/>
      </w:pPr>
      <w:r>
        <w:t>Local artists kept the mood lively under the sun</w:t>
      </w:r>
      <w:r/>
    </w:p>
    <w:p>
      <w:r/>
      <w:r>
        <w:t>Brighton pop artist Caty Baiser and other local acts brought high-energy shows that encouraged dancing despite baking sunshine. That local talent is the backbone of Pride, giving the event a sense of place and providing discovery moments between the big names.</w:t>
      </w:r>
      <w:r/>
    </w:p>
    <w:p>
      <w:r/>
      <w:r>
        <w:t>City council notices and event guides encouraged attendees to keep hydrated and use on-site services, which is practical advice when you’re dancing outdoors. Treat those local stages as an opportunity to find music you’ll still be listening to after the weekend hype fades.</w:t>
      </w:r>
      <w:r/>
    </w:p>
    <w:p>
      <w:pPr>
        <w:pStyle w:val="Heading2"/>
      </w:pPr>
      <w:r>
        <w:t>Travel: trains, queues and supermarket pitstops</w:t>
      </w:r>
      <w:r/>
    </w:p>
    <w:p>
      <w:r/>
      <w:r>
        <w:t>Brighton station handled a steady flow of visitors calmly, and scenes outside nearby shops saw groups topping up on drinks and snacks before heading into Preston Park. The council’s travel advice emphasised planning your journey and allowing extra time , sensible when thousands are moving in and out.</w:t>
      </w:r>
      <w:r/>
    </w:p>
    <w:p>
      <w:r/>
      <w:r>
        <w:t>For future Pride trips, consider buying essentials before you arrive at peak times, check travel alerts in advance and pick a meeting spot with clear landmarks in case your group splits up.</w:t>
      </w:r>
      <w:r/>
    </w:p>
    <w:p>
      <w:pPr>
        <w:pStyle w:val="Heading2"/>
      </w:pPr>
      <w:r>
        <w:t>Who’s there and why it still feels special</w:t>
      </w:r>
      <w:r/>
    </w:p>
    <w:p>
      <w:r/>
      <w:r>
        <w:t>From long-time returnees who’ve been coming for years to first-timers sizing up Brighton against larger city events, Pride is as much about people as the performances. That mixture , loyal regulars, day-trippers and visitors , creates a friendly, electric atmosphere that big acts amplify.</w:t>
      </w:r>
      <w:r/>
    </w:p>
    <w:p>
      <w:r/>
      <w:r>
        <w:t>Event guides from the council and local press noted the festival’s focus on safety, warmth and celebration, and that balance is what keeps people coming back. It’s less about one headline and more about the whole weekend feeling inclusive and joyful.</w:t>
      </w:r>
      <w:r/>
    </w:p>
    <w:p>
      <w:r/>
      <w:r>
        <w:t>It's a small change to your planning that can make the whole Pride experience smoother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12">
        <w:r>
          <w:rPr>
            <w:color w:val="0000EE"/>
            <w:u w:val="single"/>
          </w:rPr>
          <w:t>[3]</w:t>
        </w:r>
      </w:hyperlink>
      <w:r>
        <w:t xml:space="preserve">, </w:t>
      </w:r>
      <w:hyperlink r:id="rId13">
        <w:r>
          <w:rPr>
            <w:color w:val="0000EE"/>
            <w:u w:val="single"/>
          </w:rPr>
          <w:t>[7]</w:t>
        </w:r>
      </w:hyperlink>
      <w:r>
        <w:t xml:space="preserve">- Paragraph 5: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https://www.theargus.co.uk/news/26429905.festival-goers-enjoy-day-two-brighton-hove-pride/?ref=rss</w:t>
        </w:r>
      </w:hyperlink>
      <w:r>
        <w:t xml:space="preserve"> - Please view link - unable to able to access data</w:t>
      </w:r>
      <w:r/>
    </w:p>
    <w:p>
      <w:pPr>
        <w:pStyle w:val="ListNumber"/>
        <w:spacing w:line="240" w:lineRule="auto"/>
        <w:ind w:left="720"/>
      </w:pPr>
      <w:r/>
      <w:hyperlink r:id="rId10">
        <w:r>
          <w:rPr>
            <w:color w:val="0000EE"/>
            <w:u w:val="single"/>
          </w:rPr>
          <w:t>https://www.itv.com/news/meridian/2023-02-27/headline-acts-announced-for-brighton-and-hove-pride-2023</w:t>
        </w:r>
      </w:hyperlink>
      <w:r>
        <w:t xml:space="preserve"> - ITV News Meridian reports that the Black Eyed Peas are confirmed as the headline act for Saturday 5 August 2023 at Brighton &amp; Hove Pride. Other performers include Zara Larsson, Jax Jones, Dylan, Mae Muller, and Bellah Mae. On Sunday, Steps will headline, joined by Melanie C, Louise, B*Witched, The Vivienne, and Harley Moon Kemp. The article highlights that all ticket revenue supports the operational costs of the Pride Festival and community fundraising for the Rainbow Fund and Pride Social Impact Fund. (</w:t>
      </w:r>
      <w:hyperlink r:id="rId16">
        <w:r>
          <w:rPr>
            <w:color w:val="0000EE"/>
            <w:u w:val="single"/>
          </w:rPr>
          <w:t>itv.com</w:t>
        </w:r>
      </w:hyperlink>
      <w:r>
        <w:t>)</w:t>
      </w:r>
      <w:r/>
    </w:p>
    <w:p>
      <w:pPr>
        <w:pStyle w:val="ListNumber"/>
        <w:spacing w:line="240" w:lineRule="auto"/>
        <w:ind w:left="720"/>
      </w:pPr>
      <w:r/>
      <w:hyperlink r:id="rId12">
        <w:r>
          <w:rPr>
            <w:color w:val="0000EE"/>
            <w:u w:val="single"/>
          </w:rPr>
          <w:t>https://www.brighton-hove.gov.uk/news/2023/plan-your-travel-pride</w:t>
        </w:r>
      </w:hyperlink>
      <w:r>
        <w:t xml:space="preserve"> - The Brighton &amp; Hove City Council advises attendees to plan their travel for Pride 2023, noting that no trains will serve stations in Brighton &amp; Hove on Saturday 5 August due to national industrial action. Train services will operate on Friday 4 and Sunday 6 August. The council urges everyone to plan their journey ahead and stay for longer over the weekend. (</w:t>
      </w:r>
      <w:hyperlink r:id="rId17">
        <w:r>
          <w:rPr>
            <w:color w:val="0000EE"/>
            <w:u w:val="single"/>
          </w:rPr>
          <w:t>brighton-hove.gov.uk</w:t>
        </w:r>
      </w:hyperlink>
      <w:r>
        <w:t>)</w:t>
      </w:r>
      <w:r/>
    </w:p>
    <w:p>
      <w:pPr>
        <w:pStyle w:val="ListNumber"/>
        <w:spacing w:line="240" w:lineRule="auto"/>
        <w:ind w:left="720"/>
      </w:pPr>
      <w:r/>
      <w:hyperlink r:id="rId14">
        <w:r>
          <w:rPr>
            <w:color w:val="0000EE"/>
            <w:u w:val="single"/>
          </w:rPr>
          <w:t>https://www.brighton-hove.gov.uk/news/2023/wishing-you-safe-happy-and-warm-pride-weekend</w:t>
        </w:r>
      </w:hyperlink>
      <w:r>
        <w:t xml:space="preserve"> - Brighton &amp; Hove City Council wishes attendees a safe and happy Pride weekend, acknowledging the forecast of unseasonably windy and wet weather on Saturday due to Storm Antoni. The council advises participants to come prepared with warm and waterproof clothing. Organisers are working with the council and emergency services to adjust event plans as needed. (</w:t>
      </w:r>
      <w:hyperlink r:id="rId18">
        <w:r>
          <w:rPr>
            <w:color w:val="0000EE"/>
            <w:u w:val="single"/>
          </w:rPr>
          <w:t>brighton-hove.gov.uk</w:t>
        </w:r>
      </w:hyperlink>
      <w:r>
        <w:t>)</w:t>
      </w:r>
      <w:r/>
    </w:p>
    <w:p>
      <w:pPr>
        <w:pStyle w:val="ListNumber"/>
        <w:spacing w:line="240" w:lineRule="auto"/>
        <w:ind w:left="720"/>
      </w:pPr>
      <w:r/>
      <w:hyperlink r:id="rId11">
        <w:r>
          <w:rPr>
            <w:color w:val="0000EE"/>
            <w:u w:val="single"/>
          </w:rPr>
          <w:t>https://www.brighton-hove.gov.uk/news/2023/fabuloso-pride-its-way</w:t>
        </w:r>
      </w:hyperlink>
      <w:r>
        <w:t xml:space="preserve"> - Brighton &amp; Hove City Council announces that Fabuloso Pride, the city's official community fundraiser, is set to take place on Saturday 5 August 2023. The event features over 100 LGBTQ+ artists and runs between 5th and 6th August, with tickets still available. (</w:t>
      </w:r>
      <w:hyperlink r:id="rId19">
        <w:r>
          <w:rPr>
            <w:color w:val="0000EE"/>
            <w:u w:val="single"/>
          </w:rPr>
          <w:t>brighton-hove.gov.uk</w:t>
        </w:r>
      </w:hyperlink>
      <w:r>
        <w:t>)</w:t>
      </w:r>
      <w:r/>
    </w:p>
    <w:p>
      <w:pPr>
        <w:pStyle w:val="ListNumber"/>
        <w:spacing w:line="240" w:lineRule="auto"/>
        <w:ind w:left="720"/>
      </w:pPr>
      <w:r/>
      <w:hyperlink r:id="rId15">
        <w:r>
          <w:rPr>
            <w:color w:val="0000EE"/>
            <w:u w:val="single"/>
          </w:rPr>
          <w:t>https://www.brighton-hove.gov.uk/news/2023/celebrating-trans-pride-2023</w:t>
        </w:r>
      </w:hyperlink>
      <w:r>
        <w:t xml:space="preserve"> - The Brighton &amp; Hove City Council celebrates the 10th Trans Pride event, scheduled for Saturday 15 July 2023. The day includes a protest march starting at 12 noon from Jubilee Square, followed by the Trans Pride Park Celebrations from 1pm to 6pm. The council expresses solidarity with Trans, Nonbinary, and intersex communities and highlights the importance of Trans Pride in providing a safe, inclusive space for TNBI people. (</w:t>
      </w:r>
      <w:hyperlink r:id="rId20">
        <w:r>
          <w:rPr>
            <w:color w:val="0000EE"/>
            <w:u w:val="single"/>
          </w:rPr>
          <w:t>brighton-hove.gov.uk</w:t>
        </w:r>
      </w:hyperlink>
      <w:r>
        <w:t>)</w:t>
      </w:r>
      <w:r/>
    </w:p>
    <w:p>
      <w:pPr>
        <w:pStyle w:val="ListNumber"/>
        <w:spacing w:line="240" w:lineRule="auto"/>
        <w:ind w:left="720"/>
      </w:pPr>
      <w:r/>
      <w:hyperlink r:id="rId13">
        <w:r>
          <w:rPr>
            <w:color w:val="0000EE"/>
            <w:u w:val="single"/>
          </w:rPr>
          <w:t>https://www.brighton-hove.gov.uk/news/2023/pride-2023-travel-information</w:t>
        </w:r>
      </w:hyperlink>
      <w:r>
        <w:t xml:space="preserve"> - Brighton &amp; Hove City Council provides travel information for Pride 2023, noting that several roads in the city centre will be closed on both Saturday and Sunday for the community parade, the festival in Preston Park, and the Pride Village Party in Kemp Town. The Pride LGBTQ+ Community Parade starts at Hove Lawns at 11am on Saturday and travels through the city centre to Preston Park. The council advises attendees to plan their journeys accordingly. (</w:t>
      </w:r>
      <w:hyperlink r:id="rId21">
        <w:r>
          <w:rPr>
            <w:color w:val="0000EE"/>
            <w:u w:val="single"/>
          </w:rPr>
          <w:t>brighton-hove.gov.uk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9905.festival-goers-enjoy-day-two-brighton-hove-pride/?ref=rss" TargetMode="External"/><Relationship Id="rId10" Type="http://schemas.openxmlformats.org/officeDocument/2006/relationships/hyperlink" Target="https://www.itv.com/news/meridian/2023-02-27/headline-acts-announced-for-brighton-and-hove-pride-2023" TargetMode="External"/><Relationship Id="rId11" Type="http://schemas.openxmlformats.org/officeDocument/2006/relationships/hyperlink" Target="https://www.brighton-hove.gov.uk/news/2023/fabuloso-pride-its-way" TargetMode="External"/><Relationship Id="rId12" Type="http://schemas.openxmlformats.org/officeDocument/2006/relationships/hyperlink" Target="https://www.brighton-hove.gov.uk/news/2023/plan-your-travel-pride" TargetMode="External"/><Relationship Id="rId13" Type="http://schemas.openxmlformats.org/officeDocument/2006/relationships/hyperlink" Target="https://www.brighton-hove.gov.uk/news/2023/pride-2023-travel-information" TargetMode="External"/><Relationship Id="rId14" Type="http://schemas.openxmlformats.org/officeDocument/2006/relationships/hyperlink" Target="https://www.brighton-hove.gov.uk/news/2023/wishing-you-safe-happy-and-warm-pride-weekend" TargetMode="External"/><Relationship Id="rId15" Type="http://schemas.openxmlformats.org/officeDocument/2006/relationships/hyperlink" Target="https://www.brighton-hove.gov.uk/news/2023/celebrating-trans-pride-2023" TargetMode="External"/><Relationship Id="rId16" Type="http://schemas.openxmlformats.org/officeDocument/2006/relationships/hyperlink" Target="https://www.itv.com/news/meridian/2023-02-27/headline-acts-announced-for-brighton-and-hove-pride-2023?utm_source=openai" TargetMode="External"/><Relationship Id="rId17" Type="http://schemas.openxmlformats.org/officeDocument/2006/relationships/hyperlink" Target="https://www.brighton-hove.gov.uk/news/2023/plan-your-travel-pride?utm_source=openai" TargetMode="External"/><Relationship Id="rId18" Type="http://schemas.openxmlformats.org/officeDocument/2006/relationships/hyperlink" Target="https://www.brighton-hove.gov.uk/news/2023/wishing-you-safe-happy-and-warm-pride-weekend?utm_source=openai" TargetMode="External"/><Relationship Id="rId19" Type="http://schemas.openxmlformats.org/officeDocument/2006/relationships/hyperlink" Target="https://www.brighton-hove.gov.uk/news/2023/fabuloso-pride-its-way?utm_source=openai" TargetMode="External"/><Relationship Id="rId20" Type="http://schemas.openxmlformats.org/officeDocument/2006/relationships/hyperlink" Target="https://www.brighton-hove.gov.uk/news/2023/celebrating-trans-pride-2023?utm_source=openai" TargetMode="External"/><Relationship Id="rId21" Type="http://schemas.openxmlformats.org/officeDocument/2006/relationships/hyperlink" Target="https://www.brighton-hove.gov.uk/news/2023/pride-2023-travel-informa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