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Moments: Standout Acts and Festival Vibes at Pride on the Park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flocked to Preston Park as Brighton and Hove Pride kicked off its two-day Pride on the Park fundraiser, drawing headline acts, high-energy sets and a feel-good crowd , here's what made day one buzz, who played, and what it means for the local LGBTQ+ scene.</w:t>
      </w:r>
      <w:r/>
    </w:p>
    <w:p>
      <w:r/>
      <w:r>
        <w:t>Essential Takeaways</w:t>
      </w:r>
      <w:r/>
      <w:r/>
    </w:p>
    <w:p>
      <w:pPr>
        <w:pStyle w:val="ListBullet"/>
        <w:spacing w:line="240" w:lineRule="auto"/>
        <w:ind w:left="720"/>
      </w:pPr>
      <w:r/>
      <w:r>
        <w:rPr>
          <w:b/>
        </w:rPr>
        <w:t>Headline energy:</w:t>
      </w:r>
      <w:r>
        <w:t xml:space="preserve"> Award-winning pop star Raye closed Saturday with a heartfelt set of her biggest hits, thanking the LGBTQ+ community. </w:t>
      </w:r>
      <w:r/>
    </w:p>
    <w:p>
      <w:pPr>
        <w:pStyle w:val="ListBullet"/>
        <w:spacing w:line="240" w:lineRule="auto"/>
        <w:ind w:left="720"/>
      </w:pPr>
      <w:r/>
      <w:r>
        <w:rPr>
          <w:b/>
        </w:rPr>
        <w:t>Big names:</w:t>
      </w:r>
      <w:r>
        <w:t xml:space="preserve"> Jessie J, Self Esteem, G-Flip, Moonchild Sanelly and Leigh-Anne were among the day’s main stage performers. </w:t>
      </w:r>
      <w:r/>
    </w:p>
    <w:p>
      <w:pPr>
        <w:pStyle w:val="ListBullet"/>
        <w:spacing w:line="240" w:lineRule="auto"/>
        <w:ind w:left="720"/>
      </w:pPr>
      <w:r/>
      <w:r>
        <w:rPr>
          <w:b/>
        </w:rPr>
        <w:t>Icon moment:</w:t>
      </w:r>
      <w:r>
        <w:t xml:space="preserve"> RuPaul delivered a lively DJ set in the icon slot with party anthems and a theatrical send-off. </w:t>
      </w:r>
      <w:r/>
    </w:p>
    <w:p>
      <w:pPr>
        <w:pStyle w:val="ListBullet"/>
        <w:spacing w:line="240" w:lineRule="auto"/>
        <w:ind w:left="720"/>
      </w:pPr>
      <w:r/>
      <w:r>
        <w:rPr>
          <w:b/>
        </w:rPr>
        <w:t>Community focus:</w:t>
      </w:r>
      <w:r>
        <w:t xml:space="preserve"> Pride on the Park serves as the event’s official fundraiser, supporting local LGBTQ+ groups and activities. </w:t>
      </w:r>
      <w:r/>
    </w:p>
    <w:p>
      <w:pPr>
        <w:pStyle w:val="ListBullet"/>
        <w:spacing w:line="240" w:lineRule="auto"/>
        <w:ind w:left="720"/>
      </w:pPr>
      <w:r/>
      <w:r>
        <w:rPr>
          <w:b/>
        </w:rPr>
        <w:t>Festival feel:</w:t>
      </w:r>
      <w:r>
        <w:t xml:space="preserve"> Sunny Preston Park, buzzing crowds and an accessible layout kept the day sociable, colourful and celebratory.</w:t>
      </w:r>
      <w:r/>
      <w:r/>
    </w:p>
    <w:p>
      <w:pPr>
        <w:pStyle w:val="Heading2"/>
      </w:pPr>
      <w:r>
        <w:t>Raye closed the night with gratitude and pop power</w:t>
      </w:r>
      <w:r/>
    </w:p>
    <w:p>
      <w:r/>
      <w:r>
        <w:t>The best moment of the evening felt like an emotional exhale , Raye thanked the crowd and launched into a crowd-pleasing run of hits with a warm, intimate touch. She spoke directly to the audience about the support she'd found in the LGBTQ+ community, and that gratitude landed: the songs felt celebratory and personal rather than purely theatrical. For anyone choosing setlists for festival closers, this was a reminder that connection outshines pyrotechnics.</w:t>
      </w:r>
      <w:r/>
    </w:p>
    <w:p>
      <w:pPr>
        <w:pStyle w:val="Heading2"/>
      </w:pPr>
      <w:r>
        <w:t>Big-stage variety kept the day moving</w:t>
      </w:r>
      <w:r/>
    </w:p>
    <w:p>
      <w:r/>
      <w:r>
        <w:t>From soulful pop to indie-fused attitude and dancefloor-ready tracks, the line-up showed the organisers balancing familiar chart acts with alternative voices. Jessie J brought powerhouse vocals to the main stage, while Self Esteem and G-Flip offered distinct flavours and charisma. Moonchild Sanelly injected bold, kinetic energy, and Leigh-Anne rounded out the variety with slick performance polish. Variety like this keeps different parts of the crowd engaged across long festival days.</w:t>
      </w:r>
      <w:r/>
    </w:p>
    <w:p>
      <w:pPr>
        <w:pStyle w:val="Heading2"/>
      </w:pPr>
      <w:r>
        <w:t>RuPaul’s icon slot was a theatrical club set</w:t>
      </w:r>
      <w:r/>
    </w:p>
    <w:p>
      <w:r/>
      <w:r>
        <w:t>The icon slot leaned into performance and nostalgia: RuPaul DJed an hour of unapologetic party anthems, opening with their own track and weaving in classics such as Respect and throwback club hits. The set’s theatrical close , a remix of a Whitney Houston staple and a cheeky, on-stage exit , gave the crowd a performative, cathartic finish. It’s the sort of slot that proves Pride can be both a concert and a communal dancefloor.</w:t>
      </w:r>
      <w:r/>
    </w:p>
    <w:p>
      <w:pPr>
        <w:pStyle w:val="Heading2"/>
      </w:pPr>
      <w:r>
        <w:t>Why Pride on the Park still matters locally</w:t>
      </w:r>
      <w:r/>
    </w:p>
    <w:p>
      <w:r/>
      <w:r>
        <w:t>Preston Park’s role as the fundraiser hub means the festival is more than headline names; it’s a vital engine for local support projects. The event channels ticket sales and attention into community services, outreach and safe-space initiatives across Brighton and Hove, keeping the festival rooted in practical impact. If you’re choosing which days to attend, remember that being there helps sustain local groups beyond the weekend’s glitter.</w:t>
      </w:r>
      <w:r/>
    </w:p>
    <w:p>
      <w:pPr>
        <w:pStyle w:val="Heading2"/>
      </w:pPr>
      <w:r>
        <w:t>Tips for next time: how to enjoy Pride like a local</w:t>
      </w:r>
      <w:r/>
    </w:p>
    <w:p>
      <w:r/>
      <w:r>
        <w:t>Plan your day around the acts you really want to see and leave time to wander the stalls and community spaces , that’s where you’ll find smaller charities and grassroots projects doing vital work. Bring sun protection and layers; Preston Park can be warm midday and breezy by evening. If you’re travelling in, allow extra time for public transport and pick meeting points with mobile signal in mind.</w:t>
      </w:r>
      <w:r/>
    </w:p>
    <w:p>
      <w:r/>
      <w:r>
        <w:t>It’s a vivid, noisy, generous kind of celebration , and a weekend that leaves you feeling part of something that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3">
        <w:r>
          <w:rPr>
            <w:color w:val="0000EE"/>
            <w:u w:val="single"/>
          </w:rPr>
          <w:t>[7]</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5">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https://www.theargus.co.uk/news/26429636.top-performances-brighton-pride-2026---pictures/?ref=rss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https://www.brighton-pride.org/pride-on-the-park-2026-headliner-annoucement/</w:t>
        </w:r>
      </w:hyperlink>
      <w:r>
        <w:t xml:space="preserve"> - Brighton &amp; Hove Pride has announced that global superstar Diana Ross will headline the main stage on Sunday, 2nd August 2026, marking her Brighton Pride debut. Chart-topping sensation RAYE is set to headline day one on Saturday, 1st August 2026. The event will also feature performances by Jessie J, Self Esteem, G-Flip, Moonchild Sanelly, RuPaul (DJ set), and Leigh-Anne. The festival is part of the 35th anniversary celebrations of Brighton &amp; Hove Pride, with the theme 'The Power of Love'.</w:t>
      </w:r>
      <w:r/>
    </w:p>
    <w:p>
      <w:pPr>
        <w:pStyle w:val="ListNumber"/>
        <w:spacing w:line="240" w:lineRule="auto"/>
        <w:ind w:left="720"/>
      </w:pPr>
      <w:r/>
      <w:hyperlink r:id="rId12">
        <w:r>
          <w:rPr>
            <w:color w:val="0000EE"/>
            <w:u w:val="single"/>
          </w:rPr>
          <w:t>https://www.brightonandhovenews.org/2026/03/26/brighton-hove-pride-announces-full-2026-line-up/</w:t>
        </w:r>
      </w:hyperlink>
      <w:r>
        <w:t xml:space="preserve"> - Brighton &amp; Hove Pride has unveiled the full line-up for the 2026 'Pride On The Park' event. Highlights include Paris Hilton headlining on Sunday, 2nd August, and Holly Johnson of Frankie Goes to Hollywood performing on the main stage. Other acts include Leigh-Anne, G-Flip, Moonchild Sanelly, Melanie C (DJ set), and RuPaul (DJ set). The dance arena will feature Armand Van Helden, The Blessed Madonna, Girls Don’t Sync, HAAi, Hannah Wants, and I. Jordan. The event is part of the 35th anniversary celebrations of Brighton &amp; Hove Pride.</w:t>
      </w:r>
      <w:r/>
    </w:p>
    <w:p>
      <w:pPr>
        <w:pStyle w:val="ListNumber"/>
        <w:spacing w:line="240" w:lineRule="auto"/>
        <w:ind w:left="720"/>
      </w:pPr>
      <w:r/>
      <w:hyperlink r:id="rId11">
        <w:r>
          <w:rPr>
            <w:color w:val="0000EE"/>
            <w:u w:val="single"/>
          </w:rPr>
          <w:t>https://www.visitbrighton.com/whats-on/brighton-and-hove-pride-p2571021</w:t>
        </w:r>
      </w:hyperlink>
      <w:r>
        <w:t xml:space="preserve"> - Pride on the Park 2026 is scheduled for Saturday, 1st and Sunday, 2nd August, at Preston Park, marking Brighton &amp; Hove Pride’s 35th anniversary. Saturday's main stage is headlined by RAYE, with performances from Jessie J, Self Esteem, Leigh-Anne, G-Flip, and Moonchild Sanelly. Sunday's headliner is Diana Ross, joined by FIVE, Holly Johnson, Melanie C (DJ set), and Paris Hilton (live). The dance arena features Armand Van Helden, The Blessed Madonna, Girls Don’t Sync, HAAi, Hannah Wants, and I. Jordan. VIP and camping options are limited and sold out by mid-July last year.</w:t>
      </w:r>
      <w:r/>
    </w:p>
    <w:p>
      <w:pPr>
        <w:pStyle w:val="ListNumber"/>
        <w:spacing w:line="240" w:lineRule="auto"/>
        <w:ind w:left="720"/>
      </w:pPr>
      <w:r/>
      <w:hyperlink r:id="rId15">
        <w:r>
          <w:rPr>
            <w:color w:val="0000EE"/>
            <w:u w:val="single"/>
          </w:rPr>
          <w:t>https://www.brighton-pride.org/residents/</w:t>
        </w:r>
      </w:hyperlink>
      <w:r>
        <w:t xml:space="preserve"> - Brighton &amp; Hove Pride's 'Pride on the Park' event is taking place on Saturday, 1st and Sunday, 2nd August 2026, in Preston Park. The Pride Parade will start on Saturday, 1st August, at 11:00 am from Hove Lawns and proceed through the city to finish at Preston Circus. Roads around Preston Circus will close at 9:30 am, with the parade arriving around 1:00 pm and dispersal complete by 4:00 pm, aiming to reopen roads at 4:30 pm.</w:t>
      </w:r>
      <w:r/>
    </w:p>
    <w:p>
      <w:pPr>
        <w:pStyle w:val="ListNumber"/>
        <w:spacing w:line="240" w:lineRule="auto"/>
        <w:ind w:left="720"/>
      </w:pPr>
      <w:r/>
      <w:hyperlink r:id="rId14">
        <w:r>
          <w:rPr>
            <w:color w:val="0000EE"/>
            <w:u w:val="single"/>
          </w:rPr>
          <w:t>https://www.planomato.com/en/brighton/p/rupaul-brighton-hove-pride-2026</w:t>
        </w:r>
      </w:hyperlink>
      <w:r>
        <w:t xml:space="preserve"> - Drag superstar RuPaul is scheduled to perform a DJ set during the Brighton and Hove Pride 2026 festival at Preston Park. The event, known as 'Pride on the Park', is returning to Preston Park on the weekend of 1st and 2nd August 2026, marking the 35th anniversary of LGBTQ+ pride in the city. The organisers have chosen 'The Power of Love' as the theme for this edition, which will be reflected in the community parade that kicks off the weekend.</w:t>
      </w:r>
      <w:r/>
    </w:p>
    <w:p>
      <w:pPr>
        <w:pStyle w:val="ListNumber"/>
        <w:spacing w:line="240" w:lineRule="auto"/>
        <w:ind w:left="720"/>
      </w:pPr>
      <w:r/>
      <w:hyperlink r:id="rId13">
        <w:r>
          <w:rPr>
            <w:color w:val="0000EE"/>
            <w:u w:val="single"/>
          </w:rPr>
          <w:t>https://www.ents24.com/festival/brighton-pride-2026-pride-on-the-park/7386381</w:t>
        </w:r>
      </w:hyperlink>
      <w:r>
        <w:t xml:space="preserve"> - Brighton &amp; Hove Pride 2026, celebrating 35 years of bold, joyful LGBTQ+ visibility, will take place at Preston Park on Saturday, 1st August, and Sunday, 2nd August 2026. The event features headliners RAYE and Diana Ross, with performances from Jessie J, Self Esteem, FIVE, Holly Johnson, Paris Hilton, RuPaul, and many others. The festival includes a main stage, cabaret areas, and community zones across the park, with accessibility features such as wheelchair viewing platforms and a designated BSL zone.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9636.top-performances-brighton-pride-2026---pictures/?ref=rss" TargetMode="External"/><Relationship Id="rId10" Type="http://schemas.openxmlformats.org/officeDocument/2006/relationships/hyperlink" Target="https://www.brighton-pride.org/pride-on-the-park-2026-headliner-annoucement/"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www.brightonandhovenews.org/2026/03/26/brighton-hove-pride-announces-full-2026-line-up/" TargetMode="External"/><Relationship Id="rId13" Type="http://schemas.openxmlformats.org/officeDocument/2006/relationships/hyperlink" Target="https://www.ents24.com/festival/brighton-pride-2026-pride-on-the-park/7386381" TargetMode="External"/><Relationship Id="rId14" Type="http://schemas.openxmlformats.org/officeDocument/2006/relationships/hyperlink" Target="https://www.planomato.com/en/brighton/p/rupaul-brighton-hove-pride-2026" TargetMode="External"/><Relationship Id="rId15" Type="http://schemas.openxmlformats.org/officeDocument/2006/relationships/hyperlink" Target="https://www.brighton-pride.org/resid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