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Pride 2026 Outfit Ideas to Inspire Your Next Festival Look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with colour and cheeky creativity, Brighton Pride 2026 saw seaside sartorial moments worthy of a runway. From daring drag statements to playful sailor caps, attendees and stars alike turned the seafront into festival-fashion theatre , here’s what stood out, why it worked and how you can steal the vibe next time.</w:t>
      </w:r>
      <w:r/>
    </w:p>
    <w:p>
      <w:r/>
      <w:r>
        <w:t>Essential Takeaways</w:t>
      </w:r>
      <w:r/>
      <w:r/>
    </w:p>
    <w:p>
      <w:pPr>
        <w:pStyle w:val="ListBullet"/>
        <w:spacing w:line="240" w:lineRule="auto"/>
        <w:ind w:left="720"/>
      </w:pPr>
      <w:r/>
      <w:r>
        <w:rPr>
          <w:b/>
        </w:rPr>
        <w:t>Standout moments:</w:t>
      </w:r>
      <w:r>
        <w:t xml:space="preserve"> Celebrity sightings and bold street looks made fashion as headline-grabbing as the music, with Leigh-Anne Pinnock and Tiara Skye among those photographed.</w:t>
      </w:r>
      <w:r/>
    </w:p>
    <w:p>
      <w:pPr>
        <w:pStyle w:val="ListBullet"/>
        <w:spacing w:line="240" w:lineRule="auto"/>
        <w:ind w:left="720"/>
      </w:pPr>
      <w:r/>
      <w:r>
        <w:rPr>
          <w:b/>
        </w:rPr>
        <w:t>Playful themes:</w:t>
      </w:r>
      <w:r>
        <w:t xml:space="preserve"> Sailor hats, furs (yes, even a topless furry), and joyful pinks dominated , fun, tactile pieces that read well in photos.</w:t>
      </w:r>
      <w:r/>
    </w:p>
    <w:p>
      <w:pPr>
        <w:pStyle w:val="ListBullet"/>
        <w:spacing w:line="240" w:lineRule="auto"/>
        <w:ind w:left="720"/>
      </w:pPr>
      <w:r/>
      <w:r>
        <w:rPr>
          <w:b/>
        </w:rPr>
        <w:t>Practical tips:</w:t>
      </w:r>
      <w:r>
        <w:t xml:space="preserve"> Choose breathable fabrics for a long day outdoors, add bold accessories for impact, and plan layers for a breezy Brighton evening.</w:t>
      </w:r>
      <w:r/>
    </w:p>
    <w:p>
      <w:pPr>
        <w:pStyle w:val="ListBullet"/>
        <w:spacing w:line="240" w:lineRule="auto"/>
        <w:ind w:left="720"/>
      </w:pPr>
      <w:r/>
      <w:r>
        <w:rPr>
          <w:b/>
        </w:rPr>
        <w:t>Festival feel:</w:t>
      </w:r>
      <w:r>
        <w:t xml:space="preserve"> The looks mixed DIY flair with high-glam moments, so you can recreate them on any budget and still feel festival-ready.</w:t>
      </w:r>
      <w:r/>
      <w:r/>
    </w:p>
    <w:p>
      <w:pPr>
        <w:pStyle w:val="Heading2"/>
      </w:pPr>
      <w:r>
        <w:t>Where fashion met parade: why Brighton became a colourful catwalk</w:t>
      </w:r>
      <w:r/>
    </w:p>
    <w:p>
      <w:r/>
      <w:r>
        <w:t>Brighton Pride always feels like a party and this year the crowd’s outfits matched the energy , bright, loud and very confident. Attendees embraced theatricality, so you saw everything from glitter-heavy drag to minimalist pops of colour that read perfectly against the seafront. According to coverage, the weekend combined a packed parade with a star-studded Pride on the Park, which helped turn casual onlookers into impromptu style stars. If you’re planning to channel the weekend at your next event, think about a single statement piece , a hat, cape or dramatic shoe , that photographs well and lasts through a long day.</w:t>
      </w:r>
      <w:r/>
    </w:p>
    <w:p>
      <w:pPr>
        <w:pStyle w:val="Heading2"/>
      </w:pPr>
      <w:r>
        <w:t>Celebrity looks that set the mood (and inspired instant copycat dresses)</w:t>
      </w:r>
      <w:r/>
    </w:p>
    <w:p>
      <w:r/>
      <w:r>
        <w:t>Celebrities always raise the stakes, and this Pride was no different: Leigh-Anne Pinnock made a stylish entrance, while beloved icons mingled with festival-goers. Those sightings gave the whole weekend a red-carpet-by-the-sea vibe and proved that high-impact accessories , oversized sunglasses, platform boots or a show-stopping headdress , can elevate even a simple outfit. When recreating celeb-inspired looks, aim for balance: choose one high-drama item and keep the rest comfortable so you can dance and parade without fuss.</w:t>
      </w:r>
      <w:r/>
    </w:p>
    <w:p>
      <w:pPr>
        <w:pStyle w:val="Heading2"/>
      </w:pPr>
      <w:r>
        <w:t>Playful themes: sailors, furs and queer runway moments</w:t>
      </w:r>
      <w:r/>
    </w:p>
    <w:p>
      <w:r/>
      <w:r>
        <w:t>There’s a joyful theatricality to Pride fashion, and this year’s sailors in caps and a half-naked furry are proof that humour goes hand in hand with glam. These whimsical choices show festival-goers are leaning into costume and character. For your own outfit, pick a theme that feels fun rather than forced , a nod to nautical details, a furry accessory at the shoulders, or matching colour palettes with friends makes for memorable group photos. Keep movement and ventilation in mind; novelty pieces should be lightweight or removable as the day heats up.</w:t>
      </w:r>
      <w:r/>
    </w:p>
    <w:p>
      <w:pPr>
        <w:pStyle w:val="Heading2"/>
      </w:pPr>
      <w:r>
        <w:t>How to build a Brighton-ready festival outfit , comfort meets spectacle</w:t>
      </w:r>
      <w:r/>
    </w:p>
    <w:p>
      <w:r/>
      <w:r>
        <w:t>Practicality matters: sun, wind and lots of walking around the seafront mean breathable fabrics and sensible soles are non-negotiable. Layering helps , think mesh tops under bold jackets, or clip-on embellishments that you can add for photos and stash for comfort. Small, easy-care items like waterproof pouches and compact sunscreen keep the look intact and the mood high. And if you want a high-fashion moment, invest in one standout accessory rather than multiple fussy pieces; it’s easier to manage and looks sharper in photos.</w:t>
      </w:r>
      <w:r/>
    </w:p>
    <w:p>
      <w:pPr>
        <w:pStyle w:val="Heading2"/>
      </w:pPr>
      <w:r>
        <w:t>Street style vs stage style: blending DIY flair with polished pieces</w:t>
      </w:r>
      <w:r/>
    </w:p>
    <w:p>
      <w:r/>
      <w:r>
        <w:t>Brighton’s street style this year mixed home-made touches with carefully chosen designer items, giving each look personality without trying too hard. DIY elements , painted tops, sewn-on patches, or reworked vintage pieces , feel authentic and sustainable, while a tailored jacket or expertly applied makeup adds polish. If budget’s a concern, thrift a base item and upgrade it with trims, pins or patches to make it Pride-perfect. The takeaway: authenticity reads better than mimicry, so pick pieces that tell your story.</w:t>
      </w:r>
      <w:r/>
    </w:p>
    <w:p>
      <w:r/>
      <w:r>
        <w:t>It's a small change that can make every Pride moment feel more intentional ,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https://www.attitude.co.uk/news/brighton-pride-2026-outfits-festival-fashion-530450/</w:t>
        </w:r>
      </w:hyperlink>
      <w:r>
        <w:t xml:space="preserve"> - Please view link - unable to able to access data</w:t>
      </w:r>
      <w:r/>
    </w:p>
    <w:p>
      <w:pPr>
        <w:pStyle w:val="ListNumber"/>
        <w:spacing w:line="240" w:lineRule="auto"/>
        <w:ind w:left="720"/>
      </w:pPr>
      <w:r/>
      <w:hyperlink r:id="rId9">
        <w:r>
          <w:rPr>
            <w:color w:val="0000EE"/>
            <w:u w:val="single"/>
          </w:rPr>
          <w:t>https://www.attitude.co.uk/news/brighton-pride-2026-outfits-festival-fashion-530450/</w:t>
        </w:r>
      </w:hyperlink>
      <w:r>
        <w:t xml:space="preserve"> - Attitude magazine showcases standout outfits from Brighton Pride 2026, highlighting diverse fashion choices that made an impact during the event. The article features images of attendees in sailor hats, furry costumes, and appearances by celebrities like Leigh-Anne Pinnock and Tiara Skye. The piece captures the vibrant and creative spirit of the festival, offering inspiration for future festival looks.</w:t>
      </w:r>
      <w:r/>
    </w:p>
    <w:p>
      <w:pPr>
        <w:pStyle w:val="ListNumber"/>
        <w:spacing w:line="240" w:lineRule="auto"/>
        <w:ind w:left="720"/>
      </w:pPr>
      <w:r/>
      <w:hyperlink r:id="rId10">
        <w:r>
          <w:rPr>
            <w:color w:val="0000EE"/>
            <w:u w:val="single"/>
          </w:rPr>
          <w:t>https://www.planomato.com/en/brighton/p/brighton-pride-2026-654</w:t>
        </w:r>
      </w:hyperlink>
      <w:r>
        <w:t xml:space="preserve"> - Planomato provides an overview of Brighton Pride 2026, marking its 35th anniversary with events on August 1st and 2nd. The article details the community parade under the theme 'The Power Of Love' and the 'Pride in the Park' festival at Preston Park, featuring headliners RAYE and Diana Ross. It also offers ticket pricing estimates and encourages readers to monitor official channels for final ticket releases.</w:t>
      </w:r>
      <w:r/>
    </w:p>
    <w:p>
      <w:pPr>
        <w:pStyle w:val="ListNumber"/>
        <w:spacing w:line="240" w:lineRule="auto"/>
        <w:ind w:left="720"/>
      </w:pPr>
      <w:r/>
      <w:hyperlink r:id="rId10">
        <w:r>
          <w:rPr>
            <w:color w:val="0000EE"/>
            <w:u w:val="single"/>
          </w:rPr>
          <w:t>https://www.planomato.com/en/brighton/p/brighton-pride-2026-654</w:t>
        </w:r>
      </w:hyperlink>
      <w:r>
        <w:t xml:space="preserve"> - Planomato offers a comprehensive guide to Brighton Pride 2026, detailing the community parade and the 'Pride in the Park' festival at Preston Park. The article highlights the event's theme, 'The Power Of Love,' and provides ticket pricing estimates, encouraging readers to monitor official channels for final ticket releases.</w:t>
      </w:r>
      <w:r/>
    </w:p>
    <w:p>
      <w:pPr>
        <w:pStyle w:val="ListNumber"/>
        <w:spacing w:line="240" w:lineRule="auto"/>
        <w:ind w:left="720"/>
      </w:pPr>
      <w:r/>
      <w:hyperlink r:id="rId10">
        <w:r>
          <w:rPr>
            <w:color w:val="0000EE"/>
            <w:u w:val="single"/>
          </w:rPr>
          <w:t>https://www.planomato.com/en/brighton/p/brighton-pride-2026-654</w:t>
        </w:r>
      </w:hyperlink>
      <w:r>
        <w:t xml:space="preserve"> - Planomato provides an overview of Brighton Pride 2026, marking its 35th anniversary with events on August 1st and 2nd. The article details the community parade under the theme 'The Power Of Love' and the 'Pride in the Park' festival at Preston Park, featuring headliners RAYE and Diana Ross. It also offers ticket pricing estimates and encourages readers to monitor official channels for final ticket releases.</w:t>
      </w:r>
      <w:r/>
    </w:p>
    <w:p>
      <w:pPr>
        <w:pStyle w:val="ListNumber"/>
        <w:spacing w:line="240" w:lineRule="auto"/>
        <w:ind w:left="720"/>
      </w:pPr>
      <w:r/>
      <w:hyperlink r:id="rId10">
        <w:r>
          <w:rPr>
            <w:color w:val="0000EE"/>
            <w:u w:val="single"/>
          </w:rPr>
          <w:t>https://www.planomato.com/en/brighton/p/brighton-pride-2026-654</w:t>
        </w:r>
      </w:hyperlink>
      <w:r>
        <w:t xml:space="preserve"> - Planomato provides an overview of Brighton Pride 2026, marking its 35th anniversary with events on August 1st and 2nd. The article details the community parade under the theme 'The Power Of Love' and the 'Pride in the Park' festival at Preston Park, featuring headliners RAYE and Diana Ross. It also offers ticket pricing estimates and encourages readers to monitor official channels for final ticket releases.</w:t>
      </w:r>
      <w:r/>
    </w:p>
    <w:p>
      <w:pPr>
        <w:pStyle w:val="ListNumber"/>
        <w:spacing w:line="240" w:lineRule="auto"/>
        <w:ind w:left="720"/>
      </w:pPr>
      <w:r/>
      <w:hyperlink r:id="rId10">
        <w:r>
          <w:rPr>
            <w:color w:val="0000EE"/>
            <w:u w:val="single"/>
          </w:rPr>
          <w:t>https://www.planomato.com/en/brighton/p/brighton-pride-2026-654</w:t>
        </w:r>
      </w:hyperlink>
      <w:r>
        <w:t xml:space="preserve"> - Planomato provides an overview of Brighton Pride 2026, marking its 35th anniversary with events on August 1st and 2nd. The article details the community parade under the theme 'The Power Of Love' and the 'Pride in the Park' festival at Preston Park, featuring headliners RAYE and Diana Ross. It also offers ticket pricing estimates and encourages readers to monitor official channels for final ticket releases.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brighton-pride-2026-outfits-festival-fashion-530450/" TargetMode="External"/><Relationship Id="rId10" Type="http://schemas.openxmlformats.org/officeDocument/2006/relationships/hyperlink" Target="https://www.planomato.com/en/brighton/p/brighton-pride-2026-6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