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Moments: Why Locals Say This Year Felt Different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purpose, Brighton Pride 2026 drew crowds, allies and new voices to the seafront , and it mattered. From refugee groups to British Naturism and loud calls to defend trans futures, the festival felt both celebratory and politically urgent for residents and visitors alike.</w:t>
      </w:r>
      <w:r/>
    </w:p>
    <w:p>
      <w:r/>
      <w:r>
        <w:t>Essential Takeaways</w:t>
      </w:r>
      <w:r/>
      <w:r/>
    </w:p>
    <w:p>
      <w:pPr>
        <w:pStyle w:val="ListBullet"/>
        <w:spacing w:line="240" w:lineRule="auto"/>
        <w:ind w:left="720"/>
      </w:pPr>
      <w:r/>
      <w:r>
        <w:rPr>
          <w:b/>
        </w:rPr>
        <w:t>Big turnout:</w:t>
      </w:r>
      <w:r>
        <w:t xml:space="preserve"> Allies and community groups flooded the seafront, creating a lively, inclusive atmosphere. </w:t>
      </w:r>
      <w:r/>
    </w:p>
    <w:p>
      <w:pPr>
        <w:pStyle w:val="ListBullet"/>
        <w:spacing w:line="240" w:lineRule="auto"/>
        <w:ind w:left="720"/>
      </w:pPr>
      <w:r/>
      <w:r>
        <w:rPr>
          <w:b/>
        </w:rPr>
        <w:t>Trans visibility:</w:t>
      </w:r>
      <w:r>
        <w:t xml:space="preserve"> Demonstrations and stalls pushed "Defend trans futures" and support for trans swimming and spaces. </w:t>
      </w:r>
      <w:r/>
    </w:p>
    <w:p>
      <w:pPr>
        <w:pStyle w:val="ListBullet"/>
        <w:spacing w:line="240" w:lineRule="auto"/>
        <w:ind w:left="720"/>
      </w:pPr>
      <w:r/>
      <w:r>
        <w:rPr>
          <w:b/>
        </w:rPr>
        <w:t>New refugee voices:</w:t>
      </w:r>
      <w:r>
        <w:t xml:space="preserve"> "No borders, no binaries" marked the arrival of queer refugee groups onto Pride's main stage. </w:t>
      </w:r>
      <w:r/>
    </w:p>
    <w:p>
      <w:pPr>
        <w:pStyle w:val="ListBullet"/>
        <w:spacing w:line="240" w:lineRule="auto"/>
        <w:ind w:left="720"/>
      </w:pPr>
      <w:r/>
      <w:r>
        <w:rPr>
          <w:b/>
        </w:rPr>
        <w:t>Relaxed, varied vibe:</w:t>
      </w:r>
      <w:r>
        <w:t xml:space="preserve"> Everything from a steel band to nudist representation gave the day an unexpectedly eclectic, joyful feel. </w:t>
      </w:r>
      <w:r/>
    </w:p>
    <w:p>
      <w:pPr>
        <w:pStyle w:val="ListBullet"/>
        <w:spacing w:line="240" w:lineRule="auto"/>
        <w:ind w:left="720"/>
      </w:pPr>
      <w:r/>
      <w:r>
        <w:rPr>
          <w:b/>
        </w:rPr>
        <w:t>Practical support:</w:t>
      </w:r>
      <w:r>
        <w:t xml:space="preserve"> Mental-health and youth services had a strong presence, offering direct help and resources.</w:t>
      </w:r>
      <w:r/>
      <w:r/>
    </w:p>
    <w:p>
      <w:pPr>
        <w:pStyle w:val="Heading2"/>
      </w:pPr>
      <w:r>
        <w:t>A bright, busy parade , and a sharper political edge</w:t>
      </w:r>
      <w:r/>
    </w:p>
    <w:p>
      <w:r/>
      <w:r>
        <w:t>Brighton Pride has always been colourful, but this year felt more pointed. The seafront parade returned with familiar pageantry , dancers, steel bands, the Brighton Gay Men’s Chorus , and a sharper political soundtrack, with placards calling to "Defend trans futures" and urging decriminalisation across the Commonwealth. The mix of festival cheer and hard messages made the event feel less like a party and more like a gathering with a purpose. For anyone planning to join next year, bring sunscreen, water and your patience for big crowds , the mood was warm, loud and very engaged.</w:t>
      </w:r>
      <w:r/>
    </w:p>
    <w:p>
      <w:pPr>
        <w:pStyle w:val="Heading2"/>
      </w:pPr>
      <w:r>
        <w:t>Trans issues took centre stage</w:t>
      </w:r>
      <w:r/>
    </w:p>
    <w:p>
      <w:r/>
      <w:r>
        <w:t>You couldn’t miss the emphasis on trans rights. Groups and banners raising awareness of trans swimming access and campaigning for safer, inclusive spaces were visible throughout the route. According to local trans activists, this visibility is crucial for everyday safety and access, and many attendees said seeing services and slogans in public felt affirming. If you’re supporting trans friends, small gestures , asking preferred pronouns, backing inclusive facilities at local pools , make a real difference beyond Pride weekend.</w:t>
      </w:r>
      <w:r/>
    </w:p>
    <w:p>
      <w:pPr>
        <w:pStyle w:val="Heading2"/>
      </w:pPr>
      <w:r>
        <w:t>New voices: queer refugees and "no borders" slogans</w:t>
      </w:r>
      <w:r/>
    </w:p>
    <w:p>
      <w:r/>
      <w:r>
        <w:t>This year saw queer refugee groups make a more prominent showing, with "No borders, no binaries" banners signalling a welcome that’s explicitly international. That shift reflects broader conversations about migration, asylum and LGBT+ safety in the UK. For community organisers, the message is straightforward: Pride can be a space to spotlight how global conflicts and border policies intersect with queer lives. Volunteering with local support groups or donating to refugee-focused charities are quick ways to help if you want to turn sympathy into practical support.</w:t>
      </w:r>
      <w:r/>
    </w:p>
    <w:p>
      <w:pPr>
        <w:pStyle w:val="Heading2"/>
      </w:pPr>
      <w:r>
        <w:t>Mental-health, youth projects and practical help on site</w:t>
      </w:r>
      <w:r/>
    </w:p>
    <w:p>
      <w:r/>
      <w:r>
        <w:t>Alongside the music and spectacle, practical services were easy to find. Allsorts youth project and mental-health teams offered information and quiet spaces, while national helplines and local charities handed out contacts and support leaflets. That presence matters , Pride can be intense, and having a calm tent or a friendly volunteer to point you to help can change someone’s day. If you’re heading to events, note where the welfare hubs are and check the festival map so you can look out for friends.</w:t>
      </w:r>
      <w:r/>
    </w:p>
    <w:p>
      <w:pPr>
        <w:pStyle w:val="Heading2"/>
      </w:pPr>
      <w:r>
        <w:t>Unexpected pockets of culture and comedy</w:t>
      </w:r>
      <w:r/>
    </w:p>
    <w:p>
      <w:r/>
      <w:r>
        <w:t>Pride’s charm partly comes from its delightful variety: nudists from British Naturism flagged their spot, Brighton Tattoo shops joined the fun, and playful performances , Dykeing Boots, Ju-Jitsu kata demos, even Proud Science Alliance banners , kept things surprising. The vibe was one of communal creativity; whether you liked the theatre floats or the curious juxtaposition of a steel band next to a science stall, there was always something to smile at. For visitors, the takeaway is simple: wander beyond the main stage and you’ll find the festival’s best little moments.</w:t>
      </w:r>
      <w:r/>
    </w:p>
    <w:p>
      <w:r/>
      <w:r>
        <w:t>It's a small change that can make every attendance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3">
        <w:r>
          <w:rPr>
            <w:color w:val="0000EE"/>
            <w:u w:val="single"/>
          </w:rPr>
          <w:t>[7]</w:t>
        </w:r>
      </w:hyperlink>
      <w:r>
        <w:t xml:space="preserve">, </w:t>
      </w:r>
      <w:hyperlink r:id="rId9">
        <w:r>
          <w:rPr>
            <w:color w:val="0000EE"/>
            <w:u w:val="single"/>
          </w:rPr>
          <w:t>[1]</w:t>
        </w:r>
      </w:hyperlink>
      <w:r>
        <w:t xml:space="preserve">- Paragraph 5: </w:t>
      </w:r>
      <w:hyperlink r:id="rId11">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https://clareflourish.wordpress.com/2026/08/03/brighton-pride-2026/</w:t>
        </w:r>
      </w:hyperlink>
      <w:r>
        <w:t xml:space="preserve"> - Please view link - unable to able to access data</w:t>
      </w:r>
      <w:r/>
    </w:p>
    <w:p>
      <w:pPr>
        <w:pStyle w:val="ListNumber"/>
        <w:spacing w:line="240" w:lineRule="auto"/>
        <w:ind w:left="720"/>
      </w:pPr>
      <w:r/>
      <w:hyperlink r:id="rId10">
        <w:r>
          <w:rPr>
            <w:color w:val="0000EE"/>
            <w:u w:val="single"/>
          </w:rPr>
          <w:t>https://www.navigatebrighton.co.uk/</w:t>
        </w:r>
      </w:hyperlink>
      <w:r>
        <w:t xml:space="preserve"> - Navigate Brighton is a community organisation dedicated to supporting trans, non-binary, and intersex individuals in the Brighton area. Established in 2011, they offer a range of services including support groups, education, and training, all aimed at fostering a safe and inclusive environment for the TNBI community. Their mission is to empower individuals by providing resources and a sense of belonging, ensuring that everyone can live authentically and confidently.</w:t>
      </w:r>
      <w:r/>
    </w:p>
    <w:p>
      <w:pPr>
        <w:pStyle w:val="ListNumber"/>
        <w:spacing w:line="240" w:lineRule="auto"/>
        <w:ind w:left="720"/>
      </w:pPr>
      <w:r/>
      <w:hyperlink r:id="rId14">
        <w:r>
          <w:rPr>
            <w:color w:val="0000EE"/>
            <w:u w:val="single"/>
          </w:rPr>
          <w:t>https://www.brightongmc.org/</w:t>
        </w:r>
      </w:hyperlink>
      <w:r>
        <w:t xml:space="preserve"> - The Brighton Gay Men's Chorus is a vibrant community choir that celebrates diversity through music. Open to all self-identifying men who are LGBTQ-friendly, the chorus performs a wide repertoire ranging from pop to classical. They are committed to socialising, singing, and supporting both their members and the broader community. The chorus also engages in fundraising activities to support local charities and initiatives, reinforcing their role as active participants in the community.</w:t>
      </w:r>
      <w:r/>
    </w:p>
    <w:p>
      <w:pPr>
        <w:pStyle w:val="ListNumber"/>
        <w:spacing w:line="240" w:lineRule="auto"/>
        <w:ind w:left="720"/>
      </w:pPr>
      <w:r/>
      <w:hyperlink r:id="rId12">
        <w:r>
          <w:rPr>
            <w:color w:val="0000EE"/>
            <w:u w:val="single"/>
          </w:rPr>
          <w:t>https://transpridebrighton.org/about/about-trans-pride-brighton/</w:t>
        </w:r>
      </w:hyperlink>
      <w:r>
        <w:t xml:space="preserve"> - Trans Pride Brighton is the first and largest Trans Pride event outside of America, hosting the largest protest for trans liberation in Europe since 2013. Organised by a grassroots, community-led team, the event aims to inspire trans, intersex, gender variant, and queer individuals to make a real difference by celebrating trans lives and gender diversity. Their mission includes educating and eliminating discrimination by promoting equality and diversity through visibility, while also celebrating the unique history of the community.</w:t>
      </w:r>
      <w:r/>
    </w:p>
    <w:p>
      <w:pPr>
        <w:pStyle w:val="ListNumber"/>
        <w:spacing w:line="240" w:lineRule="auto"/>
        <w:ind w:left="720"/>
      </w:pPr>
      <w:r/>
      <w:hyperlink r:id="rId14">
        <w:r>
          <w:rPr>
            <w:color w:val="0000EE"/>
            <w:u w:val="single"/>
          </w:rPr>
          <w:t>https://www.brightongmc.org/</w:t>
        </w:r>
      </w:hyperlink>
      <w:r>
        <w:t xml:space="preserve"> - The Brighton Gay Men's Chorus is a vibrant community choir that celebrates diversity through music. Open to all self-identifying men who are LGBTQ-friendly, the chorus performs a wide repertoire ranging from pop to classical. They are committed to socialising, singing, and supporting both their members and the broader community. The chorus also engages in fundraising activities to support local charities and initiatives, reinforcing their role as active participants in the community.</w:t>
      </w:r>
      <w:r/>
    </w:p>
    <w:p>
      <w:pPr>
        <w:pStyle w:val="ListNumber"/>
        <w:spacing w:line="240" w:lineRule="auto"/>
        <w:ind w:left="720"/>
      </w:pPr>
      <w:r/>
      <w:hyperlink r:id="rId11">
        <w:r>
          <w:rPr>
            <w:color w:val="0000EE"/>
            <w:u w:val="single"/>
          </w:rPr>
          <w:t>https://bn.org.uk/news/news/pressreleases/british-naturism-to-feature-in-brighton-pride-2026-r2131/</w:t>
        </w:r>
      </w:hyperlink>
      <w:r>
        <w:t xml:space="preserve"> - British Naturism has been confirmed as a participant in the Pride Parade in Brighton 2026. Sharing a strong sense of common cause with many organisations and communities, British Naturism aims to present Naturism to an open-minded, celebratory audience and to champion values such as equality, acceptance, authenticity, and body positivity. The parade offers an opportunity to showcase Naturism in the heart of Brighton, alongside thousands of people celebrating who they are.</w:t>
      </w:r>
      <w:r/>
    </w:p>
    <w:p>
      <w:pPr>
        <w:pStyle w:val="ListNumber"/>
        <w:spacing w:line="240" w:lineRule="auto"/>
        <w:ind w:left="720"/>
      </w:pPr>
      <w:r/>
      <w:hyperlink r:id="rId13">
        <w:r>
          <w:rPr>
            <w:color w:val="0000EE"/>
            <w:u w:val="single"/>
          </w:rPr>
          <w:t>https://www.switchboard.org.uk/</w:t>
        </w:r>
      </w:hyperlink>
      <w:r>
        <w:t xml:space="preserve"> - Brighton &amp; Hove LGBT Switchboard is a charity providing a sense of community, support, and information for LGBTQ+ individuals. They connect people and support them directly through specially developed services or link them to other specialist organisations. Their offerings include training, support services, and community engagement, all aimed at fostering a supportive environment for the LGBTQ+ community in Brighton and Hove.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areflourish.wordpress.com/2026/08/03/brighton-pride-2026/" TargetMode="External"/><Relationship Id="rId10" Type="http://schemas.openxmlformats.org/officeDocument/2006/relationships/hyperlink" Target="https://www.navigatebrighton.co.uk/" TargetMode="External"/><Relationship Id="rId11" Type="http://schemas.openxmlformats.org/officeDocument/2006/relationships/hyperlink" Target="https://bn.org.uk/news/news/pressreleases/british-naturism-to-feature-in-brighton-pride-2026-r2131/" TargetMode="External"/><Relationship Id="rId12" Type="http://schemas.openxmlformats.org/officeDocument/2006/relationships/hyperlink" Target="https://transpridebrighton.org/about/about-trans-pride-brighton/" TargetMode="External"/><Relationship Id="rId13" Type="http://schemas.openxmlformats.org/officeDocument/2006/relationships/hyperlink" Target="https://www.switchboard.org.uk/" TargetMode="External"/><Relationship Id="rId14" Type="http://schemas.openxmlformats.org/officeDocument/2006/relationships/hyperlink" Target="https://www.brightongm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