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Line-up and What It Means for the 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revellers and local businesses have converged on Brighton this weekend as the city marks Brighton Pride’s 35th anniversary with headline acts, huge crowds and a reminder of why visibility still matters. Here’s who’s playing, what to expect, and why the festival is a big deal for the seaside town.</w:t>
      </w:r>
      <w:r/>
    </w:p>
    <w:p>
      <w:r/>
      <w:r>
        <w:t>Essential Takeaways</w:t>
      </w:r>
      <w:r/>
      <w:r/>
    </w:p>
    <w:p>
      <w:pPr>
        <w:pStyle w:val="ListBullet"/>
        <w:spacing w:line="240" w:lineRule="auto"/>
        <w:ind w:left="720"/>
      </w:pPr>
      <w:r/>
      <w:r>
        <w:rPr>
          <w:b/>
        </w:rPr>
        <w:t>Huge turnout:</w:t>
      </w:r>
      <w:r>
        <w:t xml:space="preserve"> Around 300,000 people expected to join the parade, with up to 450,000 estimated to be in the city for Pride.</w:t>
      </w:r>
      <w:r/>
    </w:p>
    <w:p>
      <w:pPr>
        <w:pStyle w:val="ListBullet"/>
        <w:spacing w:line="240" w:lineRule="auto"/>
        <w:ind w:left="720"/>
      </w:pPr>
      <w:r/>
      <w:r>
        <w:rPr>
          <w:b/>
        </w:rPr>
        <w:t>Star-studded bill:</w:t>
      </w:r>
      <w:r>
        <w:t xml:space="preserve"> Raye and Diana Ross headline Pride in the Park, joined by Jessie J, Self Esteem, Leigh-Anne, RuPaul and more.</w:t>
      </w:r>
      <w:r/>
    </w:p>
    <w:p>
      <w:pPr>
        <w:pStyle w:val="ListBullet"/>
        <w:spacing w:line="240" w:lineRule="auto"/>
        <w:ind w:left="720"/>
      </w:pPr>
      <w:r/>
      <w:r>
        <w:rPr>
          <w:b/>
        </w:rPr>
        <w:t>Historic milestone:</w:t>
      </w:r>
      <w:r>
        <w:t xml:space="preserve"> This is the 35th anniversary of Brighton Pride, tracing roots back to a small 1973 march.</w:t>
      </w:r>
      <w:r/>
    </w:p>
    <w:p>
      <w:pPr>
        <w:pStyle w:val="ListBullet"/>
        <w:spacing w:line="240" w:lineRule="auto"/>
        <w:ind w:left="720"/>
      </w:pPr>
      <w:r/>
      <w:r>
        <w:rPr>
          <w:b/>
        </w:rPr>
        <w:t>Safety and solidarity:</w:t>
      </w:r>
      <w:r>
        <w:t xml:space="preserve"> Enhanced policing and public vigils followed recent attacks abroad; organisers emphasise resilience.</w:t>
      </w:r>
      <w:r/>
    </w:p>
    <w:p>
      <w:pPr>
        <w:pStyle w:val="ListBullet"/>
        <w:spacing w:line="240" w:lineRule="auto"/>
        <w:ind w:left="720"/>
      </w:pPr>
      <w:r/>
      <w:r>
        <w:rPr>
          <w:b/>
        </w:rPr>
        <w:t>Economic and charitable boost:</w:t>
      </w:r>
      <w:r>
        <w:t xml:space="preserve"> The event delivers a major local spending lift and has raised more than £1.4m for LGBTQ+ causes.</w:t>
      </w:r>
      <w:r/>
      <w:r/>
    </w:p>
    <w:p>
      <w:pPr>
        <w:pStyle w:val="Heading2"/>
      </w:pPr>
      <w:r>
        <w:t>Big names, big crowds , the line-up that turned Brighton into a stage</w:t>
      </w:r>
      <w:r/>
    </w:p>
    <w:p>
      <w:r/>
      <w:r>
        <w:t>Brighton’s seaside lawns and Preston Park have become a magnet for music lovers and party-goers, and this year’s roster reads like a greatest-hits playlist with modern pop flavour. Raye took the mainstage on Saturday, and Diana Ross is due on Sunday, bookending the weekend with two very different but equally headline-grabbing presences. Jessie J, Self Esteem and Leigh-Anne add pop and R&amp;B heft, while RuPaul’s DJ set brings club energy.</w:t>
      </w:r>
      <w:r/>
    </w:p>
    <w:p>
      <w:r/>
      <w:r>
        <w:t>Local listings and festival organisers confirmed the full bill in the spring, so people had time to plan travel and tickets. That mix of legacy artists and current chart-toppers reflects a conscious choice to honour Pride’s past while keeping it fresh and festival-friendly.</w:t>
      </w:r>
      <w:r/>
    </w:p>
    <w:p>
      <w:pPr>
        <w:pStyle w:val="Heading2"/>
      </w:pPr>
      <w:r>
        <w:t>Why the 35th anniversary matters , a look back and a look forward</w:t>
      </w:r>
      <w:r/>
    </w:p>
    <w:p>
      <w:r/>
      <w:r>
        <w:t>The first Brighton Pride march was held in July 1973, organised by the Sussex Gay Liberation Front, but only a handful felt safe enough to join. Pride didn’t return until 1991, which makes this anniversary not just a party but a marker of progress and persistence. Organisers have said they wanted to honour early activists and “remember the courage it took to be visible”.</w:t>
      </w:r>
      <w:r/>
    </w:p>
    <w:p>
      <w:r/>
      <w:r>
        <w:t>That backstory matters on a weekend when crowds were visibly carrying supportive placards for Berlin after a recent attack there. Brighton’s Pride has always been political as well as celebratory, and this year organisers emphasised resilience and unity.</w:t>
      </w:r>
      <w:r/>
    </w:p>
    <w:p>
      <w:pPr>
        <w:pStyle w:val="Heading2"/>
      </w:pPr>
      <w:r>
        <w:t>Safety, solidarity and the contemporary context</w:t>
      </w:r>
      <w:r/>
    </w:p>
    <w:p>
      <w:r/>
      <w:r>
        <w:t>Events around Europe have tightened the focus on security at large gatherings, and Brighton was no exception. Following the Berlin incident, police presence was stepped up and organisers consulted with authorities to strike a balance between openness and vigilance. Managing director Paul Kemp told reporters the community was thinking of victims abroad and that the parade’s message , “we are coming out, and we are not going away” , felt particularly poignant.</w:t>
      </w:r>
      <w:r/>
    </w:p>
    <w:p>
      <w:r/>
      <w:r>
        <w:t>If you’re planning to attend, be ready for sensible measures: arrive early, know your exit routes and use the festival’s information points. Expect road closures around Preston Circus and plan public-transport options accordingly.</w:t>
      </w:r>
      <w:r/>
    </w:p>
    <w:p>
      <w:pPr>
        <w:pStyle w:val="Heading2"/>
      </w:pPr>
      <w:r>
        <w:t>What it means for local business and charities</w:t>
      </w:r>
      <w:r/>
    </w:p>
    <w:p>
      <w:r/>
      <w:r>
        <w:t>Brighton Pride is a major economic event for the city. With nearly half a million people potentially descending on the streets, hospitality, retail and transport all feel the boost. Organisers estimate the weekend has raised more than £1.4m for LGBTQ+ causes, which helps local groups and national charities alike.</w:t>
      </w:r>
      <w:r/>
    </w:p>
    <w:p>
      <w:r/>
      <w:r>
        <w:t>For small businesses, the festival is both an opportunity and a logistical puzzle. If you run a cafe or a B&amp;B, stock up early; if you’re a resident, expect lively streets and packed venues but also a tangible cultural and financial lift.</w:t>
      </w:r>
      <w:r/>
    </w:p>
    <w:p>
      <w:pPr>
        <w:pStyle w:val="Heading2"/>
      </w:pPr>
      <w:r>
        <w:t>Choosing how to enjoy Pride , tips for first-timers and veterans</w:t>
      </w:r>
      <w:r/>
    </w:p>
    <w:p>
      <w:r/>
      <w:r>
        <w:t>If you’ve never been, pick a meeting point and set a phone-check time with friends , crowds are big and mobile signals can be flaky. Bring layers for seaside winds, comfortable shoes for long parade routes and a small, secure bag. If you’re there for specific acts, arrive early to claim a decent spot at Pride in the Park; for the parade, position yourself along the King’s Road or near Preston Park to see floats and performers up close.</w:t>
      </w:r>
      <w:r/>
    </w:p>
    <w:p>
      <w:r/>
      <w:r>
        <w:t>Remember to pace yourself: it’s a long day of music, speeches and marches. Look out for official information points and first-aid stations, and respect road closures to keep the event flowing.</w:t>
      </w:r>
      <w:r/>
    </w:p>
    <w:p>
      <w:r/>
      <w:r>
        <w:t>It's a small change that can make every visit to Pride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https://www.independent.co.uk/news/uk/home-news/brighton-pride-festival-jessie-j-raye-diana-ross-b3025800.html</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unveiled its full 2026 line-up, featuring headliners RAYE and Diana Ross. The main stage will also host performances by Jessie J, Self Esteem, Leigh-Anne, G Flip, and Moonchild Sanelly. The dance arena will feature The Blessed Madonna, HAAi, I. Jordan, Hannah Wants, Bimini, Daniel Avery, Patrick Mason, and Girls Don't Sync. The event is set to take place on 1st and 2nd August 2026 at Preston Park, Brighton.</w:t>
      </w:r>
      <w:r/>
    </w:p>
    <w:p>
      <w:pPr>
        <w:pStyle w:val="ListNumber"/>
        <w:spacing w:line="240" w:lineRule="auto"/>
        <w:ind w:left="720"/>
      </w:pPr>
      <w:r/>
      <w:hyperlink r:id="rId12">
        <w:r>
          <w:rPr>
            <w:color w:val="0000EE"/>
            <w:u w:val="single"/>
          </w:rPr>
          <w:t>https://readdork.com/news/brighton-hove-pride-2026-performers/</w:t>
        </w:r>
      </w:hyperlink>
      <w:r>
        <w:t xml:space="preserve"> - Brighton &amp; Hove Pride has announced the first wave of artists for its 2026 event. On Saturday 1st August, RuPaul will make their debut at Brighton Pride with an exclusive DJ set, alongside Jessie J and Self Esteem. Sunday 2nd August will see the return of Five. This follows the earlier announcement of RAYE and Diana Ross as headliners for the event.</w:t>
      </w:r>
      <w:r/>
    </w:p>
    <w:p>
      <w:pPr>
        <w:pStyle w:val="ListNumber"/>
        <w:spacing w:line="240" w:lineRule="auto"/>
        <w:ind w:left="720"/>
      </w:pPr>
      <w:r/>
      <w:hyperlink r:id="rId13">
        <w:r>
          <w:rPr>
            <w:color w:val="0000EE"/>
            <w:u w:val="single"/>
          </w:rPr>
          <w:t>https://sussex.news/events/pride/brighton-hove-pride-2026-a-defining-line-up-blending-icons-club-culture-and-queer-futures/39087/</w:t>
        </w:r>
      </w:hyperlink>
      <w:r>
        <w:t xml:space="preserve"> - Brighton &amp; Hove Pride 2026 offers a diverse line-up blending iconic artists, club culture, and queer futures. Headliners include Diana Ross, RAYE, and Paris Hilton. The main stage features Leigh-Anne, G Flip, Moonchild Sanelly, Melanie C, Holly Johnson, Jessie J, RuPaul, Self Esteem, and Five. The dance arena boasts Armand Van Helden, Purple Disco Machine, The Blessed Madonna, HAAi, I. Jordan, Hannah Wants, Bimini, Daniel Avery, Patrick Mason, and Girls Don't Sync.</w:t>
      </w:r>
      <w:r/>
    </w:p>
    <w:p>
      <w:pPr>
        <w:pStyle w:val="ListNumber"/>
        <w:spacing w:line="240" w:lineRule="auto"/>
        <w:ind w:left="720"/>
      </w:pPr>
      <w:r/>
      <w:hyperlink r:id="rId11">
        <w:r>
          <w:rPr>
            <w:color w:val="0000EE"/>
            <w:u w:val="single"/>
          </w:rPr>
          <w:t>https://www.attitude.co.uk/culture/brighton-pride-2026-headliners-diana-ross-raye-rupaul-512965/</w:t>
        </w:r>
      </w:hyperlink>
      <w:r>
        <w:t xml:space="preserve"> - Brighton Pride 2026's headliners include Diana Ross, RAYE, and RuPaul. RAYE will perform on Saturday 1st August, marking her second appearance at Brighton Pride. RuPaul will debut with an exclusive DJ set on the same day. Jessie J, Self Esteem, and Five are also part of the line-up, with performances scheduled for Sunday 2nd August.</w:t>
      </w:r>
      <w:r/>
    </w:p>
    <w:p>
      <w:pPr>
        <w:pStyle w:val="ListNumber"/>
        <w:spacing w:line="240" w:lineRule="auto"/>
        <w:ind w:left="720"/>
      </w:pPr>
      <w:r/>
      <w:hyperlink r:id="rId14">
        <w:r>
          <w:rPr>
            <w:color w:val="0000EE"/>
            <w:u w:val="single"/>
          </w:rPr>
          <w:t>https://www.brightonandhovenews.org/2026/06/03/diana-ross-raye-rupaul-paris-hilton-holly-johnson-many-more-booked-for-brighton-hove-pride/</w:t>
        </w:r>
      </w:hyperlink>
      <w:r>
        <w:t xml:space="preserve"> - Brighton &amp; Hove Pride 2026, celebrating its 35th anniversary, has announced a star-studded line-up. Headliners include Diana Ross, RAYE, and Paris Hilton. Other performers are Holly Johnson, Melanie C, Leigh-Anne, Jessie J, Self Esteem, RuPaul, and Five. The event is scheduled for 1st and 2nd August 2026 at Preston Park, Brighton.</w:t>
      </w:r>
      <w:r/>
    </w:p>
    <w:p>
      <w:pPr>
        <w:pStyle w:val="ListNumber"/>
        <w:spacing w:line="240" w:lineRule="auto"/>
        <w:ind w:left="720"/>
      </w:pPr>
      <w:r/>
      <w:hyperlink r:id="rId15">
        <w:r>
          <w:rPr>
            <w:color w:val="0000EE"/>
            <w:u w:val="single"/>
          </w:rPr>
          <w:t>https://www.jambase.com/festival/pride-on-the-park-2026</w:t>
        </w:r>
      </w:hyperlink>
      <w:r>
        <w:t xml:space="preserve"> - Pride on the Park 2026, part of Brighton &amp; Hove Pride, is set for 1st and 2nd August 2026 at Preston Park, Brighton. The line-up includes headliners RAYE, Diana Ross, and Jessie J. Other performers are Self Esteem, Leigh-Anne, G Flip, Moonchild Sanelly, RuPaul, Purple Disco Machine, Bimini, Daniel Avery, Patrick Mason, and Girls Don't Sync.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home-news/brighton-pride-festival-jessie-j-raye-diana-ross-b3025800.html"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attitude.co.uk/culture/brighton-pride-2026-headliners-diana-ross-raye-rupaul-512965/" TargetMode="External"/><Relationship Id="rId12" Type="http://schemas.openxmlformats.org/officeDocument/2006/relationships/hyperlink" Target="https://readdork.com/news/brighton-hove-pride-2026-performers/" TargetMode="External"/><Relationship Id="rId13" Type="http://schemas.openxmlformats.org/officeDocument/2006/relationships/hyperlink" Target="https://sussex.news/events/pride/brighton-hove-pride-2026-a-defining-line-up-blending-icons-club-culture-and-queer-futures/39087/" TargetMode="External"/><Relationship Id="rId14" Type="http://schemas.openxmlformats.org/officeDocument/2006/relationships/hyperlink" Target="https://www.brightonandhovenews.org/2026/06/03/diana-ross-raye-rupaul-paris-hilton-holly-johnson-many-more-booked-for-brighton-hove-pride/" TargetMode="External"/><Relationship Id="rId15" Type="http://schemas.openxmlformats.org/officeDocument/2006/relationships/hyperlink" Target="https://www.jambase.com/festival/pride-on-the-park-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