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Guide: stars, security and the ticket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have been talking: Brighton &amp; Hove Pride closed its 35th-anniversary weekend with Diana Ross at Preston Park, but soaring ticket tiers and VIP packages have reignited questions about accessibility, community roots and what modern Pride should cost.</w:t>
      </w:r>
      <w:r/>
    </w:p>
    <w:p>
      <w:r/>
      <w:r>
        <w:t>Essential takeaways</w:t>
      </w:r>
      <w:r/>
      <w:r/>
    </w:p>
    <w:p>
      <w:pPr>
        <w:pStyle w:val="ListBullet"/>
        <w:spacing w:line="240" w:lineRule="auto"/>
        <w:ind w:left="720"/>
      </w:pPr>
      <w:r/>
      <w:r>
        <w:rPr>
          <w:b/>
        </w:rPr>
        <w:t>Headline act:</w:t>
      </w:r>
      <w:r>
        <w:t xml:space="preserve"> Diana Ross closed Pride with a career-spanning set, including a bespoke song for the city and classics like I’m Coming Out. </w:t>
      </w:r>
      <w:r/>
    </w:p>
    <w:p>
      <w:pPr>
        <w:pStyle w:val="ListBullet"/>
        <w:spacing w:line="240" w:lineRule="auto"/>
        <w:ind w:left="720"/>
      </w:pPr>
      <w:r/>
      <w:r>
        <w:rPr>
          <w:b/>
        </w:rPr>
        <w:t>Big weekend:</w:t>
      </w:r>
      <w:r>
        <w:t xml:space="preserve"> Organisers estimated hundreds of thousands would join the parade and city events, creating a lively, crowded feel. </w:t>
      </w:r>
      <w:r/>
    </w:p>
    <w:p>
      <w:pPr>
        <w:pStyle w:val="ListBullet"/>
        <w:spacing w:line="240" w:lineRule="auto"/>
        <w:ind w:left="720"/>
      </w:pPr>
      <w:r/>
      <w:r>
        <w:rPr>
          <w:b/>
        </w:rPr>
        <w:t>Price polarisation:</w:t>
      </w:r>
      <w:r>
        <w:t xml:space="preserve"> Standard to VIP tickets ranged widely, prompting debate over affordability and the festival’s commercial direction. </w:t>
      </w:r>
      <w:r/>
    </w:p>
    <w:p>
      <w:pPr>
        <w:pStyle w:val="ListBullet"/>
        <w:spacing w:line="240" w:lineRule="auto"/>
        <w:ind w:left="720"/>
      </w:pPr>
      <w:r/>
      <w:r>
        <w:rPr>
          <w:b/>
        </w:rPr>
        <w:t>Security visible:</w:t>
      </w:r>
      <w:r>
        <w:t xml:space="preserve"> Armed and plain-clothed officers were deployed amid heightened concerns following a recent Berlin attack. </w:t>
      </w:r>
      <w:r/>
    </w:p>
    <w:p>
      <w:pPr>
        <w:pStyle w:val="ListBullet"/>
        <w:spacing w:line="240" w:lineRule="auto"/>
        <w:ind w:left="720"/>
      </w:pPr>
      <w:r/>
      <w:r>
        <w:rPr>
          <w:b/>
        </w:rPr>
        <w:t>Support measures:</w:t>
      </w:r>
      <w:r>
        <w:t xml:space="preserve"> Pride continues to offer access and carer ticketing information, though critics say more affordable options are needed.</w:t>
      </w:r>
      <w:r/>
      <w:r/>
    </w:p>
    <w:p>
      <w:pPr>
        <w:pStyle w:val="Heading2"/>
      </w:pPr>
      <w:r>
        <w:t>Diana Ross, nostalgia and a distinct Pride soundtrack</w:t>
      </w:r>
      <w:r/>
    </w:p>
    <w:p>
      <w:r/>
      <w:r>
        <w:t>There’s something soothing about a singer who can open with I’m Coming Out and make an entire park sing along. Diana Ross gave Brighton a glossy, emotional headline moment, mixing Supremes-era hits, solo classics and a new song written for Pride. The set anchored a weekend that felt equal parts celebration and communal catharsis, with a warm, singalong atmosphere.</w:t>
      </w:r>
      <w:r/>
    </w:p>
    <w:p>
      <w:r/>
      <w:r>
        <w:t>This year’s line-up also included Raye, Paris Hilton, Mel C and more, signalling organisers’ aim to balance legacy acts with current pop names. For fans that means long queues and big crowds, but also headline moments that keep Brighton on the national festival map.</w:t>
      </w:r>
      <w:r/>
    </w:p>
    <w:p>
      <w:pPr>
        <w:pStyle w:val="Heading2"/>
      </w:pPr>
      <w:r>
        <w:t>Ticket tiers and the affordability row , why it matters</w:t>
      </w:r>
      <w:r/>
    </w:p>
    <w:p>
      <w:r/>
      <w:r>
        <w:t>Ticket prices for Pride on the Park ranged broadly, from lower-cost entries up to premium packages. That gap has reopened familiar debates: when does a community protest become a commercial festival? Critics told national outlets they’re boycotting because they feel the event has shifted away from its radical roots.</w:t>
      </w:r>
      <w:r/>
    </w:p>
    <w:p>
      <w:r/>
      <w:r>
        <w:t>Organisers argue sponsorship and tiered pricing fund logistics and charitable giving; they point to substantial sums raised for LGBTQ+ causes. Still, if you’re budgeting for Pride, check access pages and carer ticket policies in advance , there are discounted options, but they may be limited or require early booking.</w:t>
      </w:r>
      <w:r/>
    </w:p>
    <w:p>
      <w:pPr>
        <w:pStyle w:val="Heading2"/>
      </w:pPr>
      <w:r>
        <w:t>Accessibility, inclusion and the trans community conversation</w:t>
      </w:r>
      <w:r/>
    </w:p>
    <w:p>
      <w:r/>
      <w:r>
        <w:t>Pride adverts itself as for everyone, yet voices from within the community say not everyone feels welcome. Some trans attendees reported feeling excluded, and that perception colours conversations about pricing and corporate branding. These are complex issues that local groups and organisers will need to grapple with if Pride is to remain a genuinely inclusive event.</w:t>
      </w:r>
      <w:r/>
    </w:p>
    <w:p>
      <w:r/>
      <w:r>
        <w:t>Practical tip: consult the official access and carer ticket info before you buy, and look for community stalls or solidarity spaces on the day if you want a quieter, more supportive spot in the crowds.</w:t>
      </w:r>
      <w:r/>
    </w:p>
    <w:p>
      <w:pPr>
        <w:pStyle w:val="Heading2"/>
      </w:pPr>
      <w:r>
        <w:t>Security on show after European attacks</w:t>
      </w:r>
      <w:r/>
    </w:p>
    <w:p>
      <w:r/>
      <w:r>
        <w:t>The weekend came just a week after a violent incident at a Pride event in Berlin, and that sombre context shaped planning. Brighton’s security operation combined armed officers with uniformed and plain-clothed teams , something the force described as standard for an event of this size. The visible security presence can feel reassuring to many, though it also reminds us of the risks organisers must plan for.</w:t>
      </w:r>
      <w:r/>
    </w:p>
    <w:p>
      <w:r/>
      <w:r>
        <w:t>Organisers emphasised that the weekend was planned over months, balancing celebratory spirit with safety needs. If you’re attending, expect bag searches and increased policing, and allow extra time to get to park stages.</w:t>
      </w:r>
      <w:r/>
    </w:p>
    <w:p>
      <w:pPr>
        <w:pStyle w:val="Heading2"/>
      </w:pPr>
      <w:r>
        <w:t>From protest to pageant , the long arc of Brighton Pride</w:t>
      </w:r>
      <w:r/>
    </w:p>
    <w:p>
      <w:r/>
      <w:r>
        <w:t>Brighton’s first Pride march in 1973 was tiny and risky, and the modern parade sprung from protest movements such as opposition to Section 28. The festival’s Power of Love theme this year deliberately honoured activist roots, yet the tug-of-war between political protest and large-scale festivalisation keeps resurfacing.</w:t>
      </w:r>
      <w:r/>
    </w:p>
    <w:p>
      <w:r/>
      <w:r>
        <w:t>That tension isn’t new, but it feels sharper when headline acts and VIP areas carry high price tags. For many, the challenge is finding ways to preserve protest, visibility and community support while keeping events financially viable.</w:t>
      </w:r>
      <w:r/>
    </w:p>
    <w:p>
      <w:r/>
      <w:r>
        <w:t>It's a small set of choices , who headlines, how tickets are priced, what access is offered , but they shape whether Pride feels like a day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[2]</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https://www.gaydio.co.uk/whats-new/news/gaydio-news/brighton-pride-wraps-35th-anniversary-weekend-with-diana-ross-and-fresh-ticket-price-debate/</w:t>
        </w:r>
      </w:hyperlink>
      <w:r>
        <w:t xml:space="preserve"> - Please view link - unable to able to access data</w:t>
      </w:r>
      <w:r/>
    </w:p>
    <w:p>
      <w:pPr>
        <w:pStyle w:val="ListNumber"/>
        <w:spacing w:line="240" w:lineRule="auto"/>
        <w:ind w:left="720"/>
      </w:pPr>
      <w:r/>
      <w:hyperlink r:id="rId12">
        <w:r>
          <w:rPr>
            <w:color w:val="0000EE"/>
            <w:u w:val="single"/>
          </w:rPr>
          <w:t>https://www.brighton-pride.org/access/</w:t>
        </w:r>
      </w:hyperlink>
      <w:r>
        <w:t xml:space="preserve"> - Brighton &amp; Hove Pride is committed to ensuring the event is accessible to everyone. The Access Team provides assistance for attendees with permanent or long-term access requirements, offering free PA/Carer tickets and detailed information on facilities and support services. For more information, contact the Access Team at access@brighton-pride.org.</w:t>
      </w:r>
      <w:r/>
    </w:p>
    <w:p>
      <w:pPr>
        <w:pStyle w:val="ListNumber"/>
        <w:spacing w:line="240" w:lineRule="auto"/>
        <w:ind w:left="720"/>
      </w:pPr>
      <w:r/>
      <w:hyperlink r:id="rId15">
        <w:r>
          <w:rPr>
            <w:color w:val="0000EE"/>
            <w:u w:val="single"/>
          </w:rPr>
          <w:t>https://www.planomato.com/en/brighton/p/brighton-pride-2026-654</w:t>
        </w:r>
      </w:hyperlink>
      <w:r>
        <w:t xml:space="preserve"> - Brighton Pride 2026 marks its 35th anniversary with a weekend of events on 1st and 2nd August. The community parade, themed 'The Power Of Love', is free to watch along the route. The 'Pride in the Park' festival at Preston Park requires a ticket, with prices estimated between £58 and £64 for a single day, and around £89 for a weekend pass.</w:t>
      </w:r>
      <w:r/>
    </w:p>
    <w:p>
      <w:pPr>
        <w:pStyle w:val="ListNumber"/>
        <w:spacing w:line="240" w:lineRule="auto"/>
        <w:ind w:left="720"/>
      </w:pPr>
      <w:r/>
      <w:hyperlink r:id="rId10">
        <w:r>
          <w:rPr>
            <w:color w:val="0000EE"/>
            <w:u w:val="single"/>
          </w:rPr>
          <w:t>https://www.gaytimes.com/brighton-pride-2026-announces-diana-ross-and-raye-for-landmark-35th-year/</w:t>
        </w:r>
      </w:hyperlink>
      <w:r>
        <w:t xml:space="preserve"> - Brighton Pride 2026 announces RAYE and Diana Ross as headliners for its 35th anniversary. The two-day event at Preston Park on 1st and 2nd August 2026 will celebrate inclusivity, unity, and pride under the theme 'The Power of Love'. The festival honours the courage of early activists and acknowledges their impact on the LGBTQ+ community.</w:t>
      </w:r>
      <w:r/>
    </w:p>
    <w:p>
      <w:pPr>
        <w:pStyle w:val="ListNumber"/>
        <w:spacing w:line="240" w:lineRule="auto"/>
        <w:ind w:left="720"/>
      </w:pPr>
      <w:r/>
      <w:hyperlink r:id="rId11">
        <w:r>
          <w:rPr>
            <w:color w:val="0000EE"/>
            <w:u w:val="single"/>
          </w:rPr>
          <w:t>https://allaccesslondon.com/2026/05/24/brighton-pride-2026-raye-and-diana-ross-to-headline-pride-on-park-as-festival-marks-35th-birthday/</w:t>
        </w:r>
      </w:hyperlink>
      <w:r>
        <w:t xml:space="preserve"> - Brighton &amp; Hove Pride 2026 celebrates its 35th anniversary with RAYE and Diana Ross headlining 'Pride on the Park' on 1st and 2nd August. The festival features performances from global pop acts, including RuPaul, Paris Hilton, and Holly Johnson. Applications for the Pride Parade along Brighton promenade on 1st August are now open.</w:t>
      </w:r>
      <w:r/>
    </w:p>
    <w:p>
      <w:pPr>
        <w:pStyle w:val="ListNumber"/>
        <w:spacing w:line="240" w:lineRule="auto"/>
        <w:ind w:left="720"/>
      </w:pPr>
      <w:r/>
      <w:hyperlink r:id="rId14">
        <w:r>
          <w:rPr>
            <w:color w:val="0000EE"/>
            <w:u w:val="single"/>
          </w:rPr>
          <w:t>https://brighton-pride.instantdocsbase.com/help/how-can-i-get-a-carers-ticket</w:t>
        </w:r>
      </w:hyperlink>
      <w:r>
        <w:t xml:space="preserve"> - Brighton &amp; Hove Pride offers free PA/Carer tickets for Pride on the Park and Pride Street Party. To apply, submit evidence such as a DLA letter, Personal Independence Payment, or Access Card with +1. More details and support are available through AXS Help Centre. Note: PA tickets are not available for the Campsite; all guests should be included within the booking.</w:t>
      </w:r>
      <w:r/>
    </w:p>
    <w:p>
      <w:pPr>
        <w:pStyle w:val="ListNumber"/>
        <w:spacing w:line="240" w:lineRule="auto"/>
        <w:ind w:left="720"/>
      </w:pPr>
      <w:r/>
      <w:hyperlink r:id="rId13">
        <w:r>
          <w:rPr>
            <w:color w:val="0000EE"/>
            <w:u w:val="single"/>
          </w:rPr>
          <w:t>https://www.brightonandhovenews.org/2026/06/03/diana-ross-raye-rupaul-paris-hilton-holly-johnson-many-more-booked-for-brighton-hove-pride/</w:t>
        </w:r>
      </w:hyperlink>
      <w:r>
        <w:t xml:space="preserve"> - Brighton &amp; Hove Pride 2026, celebrating its 35th anniversary, features performances from Diana Ross, RAYE, RuPaul, Paris Hilton, Holly Johnson, and more. The event includes the annual LGBTQ+ Community Parade under the theme 'The Power of Love', honouring 35 years of Brighton &amp; Hove Pride. The festival offers a weekend of entertainment for everyone.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dio.co.uk/whats-new/news/gaydio-news/brighton-pride-wraps-35th-anniversary-weekend-with-diana-ross-and-fresh-ticket-price-debate/" TargetMode="External"/><Relationship Id="rId10" Type="http://schemas.openxmlformats.org/officeDocument/2006/relationships/hyperlink" Target="https://www.gaytimes.com/brighton-pride-2026-announces-diana-ross-and-raye-for-landmark-35th-year/" TargetMode="External"/><Relationship Id="rId11" Type="http://schemas.openxmlformats.org/officeDocument/2006/relationships/hyperlink" Target="https://allaccesslondon.com/2026/05/24/brighton-pride-2026-raye-and-diana-ross-to-headline-pride-on-park-as-festival-marks-35th-birthday/" TargetMode="External"/><Relationship Id="rId12" Type="http://schemas.openxmlformats.org/officeDocument/2006/relationships/hyperlink" Target="https://www.brighton-pride.org/access/" TargetMode="External"/><Relationship Id="rId13" Type="http://schemas.openxmlformats.org/officeDocument/2006/relationships/hyperlink" Target="https://www.brightonandhovenews.org/2026/06/03/diana-ross-raye-rupaul-paris-hilton-holly-johnson-many-more-booked-for-brighton-hove-pride/" TargetMode="External"/><Relationship Id="rId14" Type="http://schemas.openxmlformats.org/officeDocument/2006/relationships/hyperlink" Target="https://brighton-pride.instantdocsbase.com/help/how-can-i-get-a-carers-ticket" TargetMode="External"/><Relationship Id="rId15" Type="http://schemas.openxmlformats.org/officeDocument/2006/relationships/hyperlink" Target="https://www.planomato.com/en/brighton/p/brighton-pride-2026-6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