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&amp; Hove Pride Moments from the 35th Anniversary Parade and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sparkle: Brighton &amp; Hove Pride drew an estimated 300,000 people for its 35th anniversary weekend, with vibrant parades, headline concerts and citywide parties that underscored why this seaside festival remains one of the UK's most joyful celebrations of LGBTQ+ life.</w:t>
      </w:r>
      <w:r/>
    </w:p>
    <w:p>
      <w:r/>
      <w:r>
        <w:t>Essential Takeaways</w:t>
      </w:r>
      <w:r/>
      <w:r/>
    </w:p>
    <w:p>
      <w:pPr>
        <w:pStyle w:val="ListBullet"/>
        <w:spacing w:line="240" w:lineRule="auto"/>
        <w:ind w:left="720"/>
      </w:pPr>
      <w:r/>
      <w:r>
        <w:rPr>
          <w:b/>
        </w:rPr>
        <w:t>Huge turnout:</w:t>
      </w:r>
      <w:r>
        <w:t xml:space="preserve"> An estimated 300,000 spectators lined the streets and filled Preston Park across the weekend, creating a buzzy, communal atmosphere.</w:t>
      </w:r>
      <w:r/>
    </w:p>
    <w:p>
      <w:pPr>
        <w:pStyle w:val="ListBullet"/>
        <w:spacing w:line="240" w:lineRule="auto"/>
        <w:ind w:left="720"/>
      </w:pPr>
      <w:r/>
      <w:r>
        <w:rPr>
          <w:b/>
        </w:rPr>
        <w:t>Parade diversity:</w:t>
      </w:r>
      <w:r>
        <w:t xml:space="preserve"> More than 125 groups joined the LGBTQ+ Community Parade under the theme "The Power of Love", offering colour, creativity and clear political pride.</w:t>
      </w:r>
      <w:r/>
    </w:p>
    <w:p>
      <w:pPr>
        <w:pStyle w:val="ListBullet"/>
        <w:spacing w:line="240" w:lineRule="auto"/>
        <w:ind w:left="720"/>
      </w:pPr>
      <w:r/>
      <w:r>
        <w:rPr>
          <w:b/>
        </w:rPr>
        <w:t>Top billing:</w:t>
      </w:r>
      <w:r>
        <w:t xml:space="preserve"> Headline performers included Jessie J, Self Esteem, Leigh-Anne, RuPaul and RAYE, with Diana Ross closing Sunday’s programme.</w:t>
      </w:r>
      <w:r/>
    </w:p>
    <w:p>
      <w:pPr>
        <w:pStyle w:val="ListBullet"/>
        <w:spacing w:line="240" w:lineRule="auto"/>
        <w:ind w:left="720"/>
      </w:pPr>
      <w:r/>
      <w:r>
        <w:rPr>
          <w:b/>
        </w:rPr>
        <w:t>Festival variety:</w:t>
      </w:r>
      <w:r>
        <w:t xml:space="preserve"> Beyond the main stage there were cabaret, family-friendly zones, dance stages, community spaces and the lively Pride Street Party on Marine Parade.</w:t>
      </w:r>
      <w:r/>
    </w:p>
    <w:p>
      <w:pPr>
        <w:pStyle w:val="ListBullet"/>
        <w:spacing w:line="240" w:lineRule="auto"/>
        <w:ind w:left="720"/>
      </w:pPr>
      <w:r/>
      <w:r>
        <w:rPr>
          <w:b/>
        </w:rPr>
        <w:t>Cultural legacy:</w:t>
      </w:r>
      <w:r>
        <w:t xml:space="preserve"> Jubilee Library’s Proud Brighton – We Are Community exhibition and city banners celebrated 35 years of local queer history.</w:t>
      </w:r>
      <w:r/>
      <w:r/>
    </w:p>
    <w:p>
      <w:pPr>
        <w:pStyle w:val="Heading2"/>
      </w:pPr>
      <w:r>
        <w:t>A carnival of colour and community on the seafront</w:t>
      </w:r>
      <w:r/>
    </w:p>
    <w:p>
      <w:r/>
      <w:r>
        <w:t>Brighton’s streets felt electric, alive with the sound of cheering and the tactile splash of rainbow flags. The parade turned the seafront into a rolling showcase of community groups, performers and campaigning networks, and it looked, felt and sounded utterly celebratory.</w:t>
      </w:r>
      <w:r/>
    </w:p>
    <w:p>
      <w:r/>
      <w:r>
        <w:t>Organisers leaned into the anniversary theme, "The Power of Love", which threaded through float design, banners and speeches. For many attendees this year’s parade was both a party and a reminder of why Pride began: visibility and solidarity. If you’re planning to go next year, wear comfy shoes and pack a lightweight layer , the weather by the sea can flip between bright and breezy.</w:t>
      </w:r>
      <w:r/>
    </w:p>
    <w:p>
      <w:pPr>
        <w:pStyle w:val="Heading2"/>
      </w:pPr>
      <w:r>
        <w:t>Big-name music and surprise singalongs</w:t>
      </w:r>
      <w:r/>
    </w:p>
    <w:p>
      <w:r/>
      <w:r>
        <w:t>Festival programming stacked classic anthems and contemporary hits back to back. Saturday’s bill brought pop and performance energy, while Sunday served nostalgia with Diana Ross delivering timeless crowd-pleasers that sent waves across Preston Park.</w:t>
      </w:r>
      <w:r/>
    </w:p>
    <w:p>
      <w:r/>
      <w:r>
        <w:t>According to event listings and local coverage, headline slots showcased a mix of global stars and UK acts, so whether you came for modern pop or old-school soul there was a moment to sing along. Pro tip: arrive early for a good spot near the stage if you want to catch those closing numbers up close.</w:t>
      </w:r>
      <w:r/>
    </w:p>
    <w:p>
      <w:pPr>
        <w:pStyle w:val="Heading2"/>
      </w:pPr>
      <w:r>
        <w:t>More than a main stage , spaces for every mood</w:t>
      </w:r>
      <w:r/>
    </w:p>
    <w:p>
      <w:r/>
      <w:r>
        <w:t>Pride on the Park isn’t just about headline sets; the footprint includes cabaret tents, drag showcases, family areas and dance floors. That variety makes the festival inviting to different ages and energy levels, from quiet community hubs to late-night DJ sets.</w:t>
      </w:r>
      <w:r/>
    </w:p>
    <w:p>
      <w:r/>
      <w:r>
        <w:t>Marine Parade’s Street Party kept the city centre buzzing, with local LGBTQ+ venues opening doors to live music and DJs. If you enjoy exploring, map out a few neighbourhood venues in advance , you’ll discover unexpected performances and a friendlier queue.</w:t>
      </w:r>
      <w:r/>
    </w:p>
    <w:p>
      <w:pPr>
        <w:pStyle w:val="Heading2"/>
      </w:pPr>
      <w:r>
        <w:t>Anniversary exhibitions and public art that matter</w:t>
      </w:r>
      <w:r/>
    </w:p>
    <w:p>
      <w:r/>
      <w:r>
        <w:t>The city marked 35 years with Proud Brighton – We Are Community, a portrait exhibition at Jubilee Library, and a series of portraits displayed on banners across Brighton. Those quieter, reflective elements balance the party and help anchor Pride in local history.</w:t>
      </w:r>
      <w:r/>
    </w:p>
    <w:p>
      <w:r/>
      <w:r>
        <w:t>For residents and visitors alike, the exhibition is a gentle reminder that Pride stitches together joy and memory. Pop in while you’re in town , it’s free, visual and often moving, with stories that add depth to the weekend’s bright spectacle.</w:t>
      </w:r>
      <w:r/>
    </w:p>
    <w:p>
      <w:pPr>
        <w:pStyle w:val="Heading2"/>
      </w:pPr>
      <w:r>
        <w:t>Safety, access and planning tips for next time</w:t>
      </w:r>
      <w:r/>
    </w:p>
    <w:p>
      <w:r/>
      <w:r>
        <w:t>Crowds on this scale mean sensible planning pays off: agree meeting points with friends, use public transport or cycle where possible, and keep hydrated. Accessibility provisions, family zones and quiet spaces are available, so check official maps before you arrive to find what suits your needs.</w:t>
      </w:r>
      <w:r/>
    </w:p>
    <w:p>
      <w:r/>
      <w:r>
        <w:t>The festival’s mix of grassroots groups and big-name acts means you can shift between protest, party and community without leaving the area. Keep an eye on Brighton &amp; Hove Pride’s announcements for future line-ups and access info so you can plan your best Pride yet.</w:t>
      </w:r>
      <w:r/>
    </w:p>
    <w:p>
      <w:r/>
      <w:r>
        <w:t>It's a small change that can make every Pride weekend feel safer, sunnier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5">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https://www.moreradio.online/news-post/hundreds-of-thousands-celebrate-35-years-of-brighton-hove-pride</w:t>
        </w:r>
      </w:hyperlink>
      <w:r>
        <w:t xml:space="preserve"> - Please view link - unable to able to access data</w:t>
      </w:r>
      <w:r/>
    </w:p>
    <w:p>
      <w:pPr>
        <w:pStyle w:val="ListNumber"/>
        <w:spacing w:line="240" w:lineRule="auto"/>
        <w:ind w:left="720"/>
      </w:pPr>
      <w:r/>
      <w:hyperlink r:id="rId10">
        <w:r>
          <w:rPr>
            <w:color w:val="0000EE"/>
            <w:u w:val="single"/>
          </w:rPr>
          <w:t>https://www.brightonandhovenews.org/2026/03/26/brighton-hove-pride-announces-full-2026-line-up/</w:t>
        </w:r>
      </w:hyperlink>
      <w:r>
        <w:t xml:space="preserve"> - Brighton &amp; Hove Pride has unveiled its full line-up for the 2026 'Pride On The Park' event, scheduled for 1st and 2nd August. The main stage will feature headliners RAYE and Diana Ross, with performances from Jessie J, Self Esteem, Leigh-Anne, G Flip, and Moonchild Sanelly. The dance arena boasts acts like Armand Van Helden, Purple Disco Machine, The Blessed Madonna, HAAi, I. Jordan, Hannah Wants, Bimini, Daniel Avery, Patrick Mason, and Girls Don’t Sync. The event aims to celebrate the 35th anniversary of Brighton &amp; Hove Pride with a diverse and inclusive line-up.</w:t>
      </w:r>
      <w:r/>
    </w:p>
    <w:p>
      <w:pPr>
        <w:pStyle w:val="ListNumber"/>
        <w:spacing w:line="240" w:lineRule="auto"/>
        <w:ind w:left="720"/>
      </w:pPr>
      <w:r/>
      <w:hyperlink r:id="rId12">
        <w:r>
          <w:rPr>
            <w:color w:val="0000EE"/>
            <w:u w:val="single"/>
          </w:rPr>
          <w:t>https://sussex.news/events/pride/brighton-hove-pride-2026-a-defining-line-up-blending-icons-club-culture-and-queer-futures/39087/</w:t>
        </w:r>
      </w:hyperlink>
      <w:r>
        <w:t xml:space="preserve"> - The 2026 Brighton &amp; Hove Pride event presents a line-up that honours its past, embraces the present, and looks ahead. Headliners include Diana Ross and RAYE, with main stage performances from Jessie J, Self Esteem, Leigh-Anne, G Flip, and Moonchild Sanelly. The dance arena features Armand Van Helden, Purple Disco Machine, The Blessed Madonna, HAAi, I. Jordan, Hannah Wants, Bimini, Daniel Avery, Patrick Mason, and Girls Don’t Sync. The event offers a multi-layered experience with spaces like Legends Cabaret, The Cocoa Butter Club, Queer Town, and Party Bag, alongside dedicated family areas.</w:t>
      </w:r>
      <w:r/>
    </w:p>
    <w:p>
      <w:pPr>
        <w:pStyle w:val="ListNumber"/>
        <w:spacing w:line="240" w:lineRule="auto"/>
        <w:ind w:left="720"/>
      </w:pPr>
      <w:r/>
      <w:hyperlink r:id="rId13">
        <w:r>
          <w:rPr>
            <w:color w:val="0000EE"/>
            <w:u w:val="single"/>
          </w:rPr>
          <w:t>https://readdork.com/news/brighton-hove-pride-2026-performers/</w:t>
        </w:r>
      </w:hyperlink>
      <w:r>
        <w:t xml:space="preserve"> - Brighton &amp; Hove Pride has announced the first wave of artists for the 2026 'Pride on the Park'. On Saturday 1st August, RuPaul will make their debut at Brighton Pride with an exclusive DJ set, accompanied by Jessie J and Self Esteem. Sunday 2nd August will see the return of Five. This follows the earlier announcement of headliners RAYE and Diana Ross for the event. Pre-sale tickets are available from 10am on Thursday 12th February, with general sales commencing at 10am on Friday 13th February.</w:t>
      </w:r>
      <w:r/>
    </w:p>
    <w:p>
      <w:pPr>
        <w:pStyle w:val="ListNumber"/>
        <w:spacing w:line="240" w:lineRule="auto"/>
        <w:ind w:left="720"/>
      </w:pPr>
      <w:r/>
      <w:hyperlink r:id="rId15">
        <w:r>
          <w:rPr>
            <w:color w:val="0000EE"/>
            <w:u w:val="single"/>
          </w:rPr>
          <w:t>https://brighton.eventstream.tech/events/pride-on-the-park-2026-2026-08-02/</w:t>
        </w:r>
      </w:hyperlink>
      <w:r>
        <w:t xml:space="preserve"> - Pride on the Park 2026, part of Brighton &amp; Hove Pride's 35th anniversary celebrations, is scheduled for Sunday, 2nd August 2026, at Preston Park. The main stage is headlined by Diana Ross, with performances from Five, Holly Johnson, Melanie C (DJ set), and Paris Hilton (live). The dance stage features Armand Van Helden, The Blessed Madonna, Girls Don't Sync, HAAi, Hannah Wants, and I. Jordan. Further performers, individual set times, and an official closing time are still to be announced.</w:t>
      </w:r>
      <w:r/>
    </w:p>
    <w:p>
      <w:pPr>
        <w:pStyle w:val="ListNumber"/>
        <w:spacing w:line="240" w:lineRule="auto"/>
        <w:ind w:left="720"/>
      </w:pPr>
      <w:r/>
      <w:hyperlink r:id="rId14">
        <w:r>
          <w:rPr>
            <w:color w:val="0000EE"/>
            <w:u w:val="single"/>
          </w:rPr>
          <w:t>https://www.brighton-pride.org/pride-on-the-park-2026-headliner-annoucement/</w:t>
        </w:r>
      </w:hyperlink>
      <w:r>
        <w:t xml:space="preserve"> - Brighton &amp; Hove Pride has confirmed that global superstar Diana Ross will headline and close the weekend for the 35th Anniversary Extravaganza on Sunday 2nd August 2026. Chart-topping sensation RAYE is set to headline day one on Saturday 1st August 2026. The event will take place at Preston Park and is part of the official Brighton &amp; Hove Pride fundraiser for local LGBTQ+ community groups.</w:t>
      </w:r>
      <w:r/>
    </w:p>
    <w:p>
      <w:pPr>
        <w:pStyle w:val="ListNumber"/>
        <w:spacing w:line="240" w:lineRule="auto"/>
        <w:ind w:left="720"/>
      </w:pPr>
      <w:r/>
      <w:hyperlink r:id="rId11">
        <w:r>
          <w:rPr>
            <w:color w:val="0000EE"/>
            <w:u w:val="single"/>
          </w:rPr>
          <w:t>https://www.visitbrighton.com/whats-on/brighton-and-hove-pride-p2571021</w:t>
        </w:r>
      </w:hyperlink>
      <w:r>
        <w:t xml:space="preserve"> - Pride on the Park 2026 brings two days of music to Preston Park on Saturday 1 and Sunday 2 August for Brighton &amp; Hove Pride’s 35th anniversary. Saturday is headlined by RAYE, with main stage performances from Jessie J, Self Esteem, Leigh-Anne, G FLIP, and Moonchild Sanelly, plus RuPaul (DJ Set), Purple Disco Machine, Bimini, Daniel Avery, Oxylion &amp; Danger, and Patrick Mason across the weekend stages. Sunday is headlined by the legendary Diana Ross, joined by FIVE, Holly Johnson, Mel C (DJ Set), and Paris Hilton (Live), with weekend-stage sets from Armand Van Helden, The Blessed Madonna, Girls Don’t Sync, HAAi, Hannah Wants, and I. Jordan.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reradio.online/news-post/hundreds-of-thousands-celebrate-35-years-of-brighton-hove-pride" TargetMode="External"/><Relationship Id="rId10" Type="http://schemas.openxmlformats.org/officeDocument/2006/relationships/hyperlink" Target="https://www.brightonandhovenews.org/2026/03/26/brighton-hove-pride-announces-full-2026-line-up/" TargetMode="External"/><Relationship Id="rId11" Type="http://schemas.openxmlformats.org/officeDocument/2006/relationships/hyperlink" Target="https://www.visitbrighton.com/whats-on/brighton-and-hove-pride-p2571021" TargetMode="External"/><Relationship Id="rId12" Type="http://schemas.openxmlformats.org/officeDocument/2006/relationships/hyperlink" Target="https://sussex.news/events/pride/brighton-hove-pride-2026-a-defining-line-up-blending-icons-club-culture-and-queer-futures/39087/" TargetMode="External"/><Relationship Id="rId13" Type="http://schemas.openxmlformats.org/officeDocument/2006/relationships/hyperlink" Target="https://readdork.com/news/brighton-hove-pride-2026-performers/" TargetMode="External"/><Relationship Id="rId14" Type="http://schemas.openxmlformats.org/officeDocument/2006/relationships/hyperlink" Target="https://www.brighton-pride.org/pride-on-the-park-2026-headliner-annoucement/" TargetMode="External"/><Relationship Id="rId15" Type="http://schemas.openxmlformats.org/officeDocument/2006/relationships/hyperlink" Target="https://brighton.eventstream.tech/events/pride-on-the-park-2026-2026-08-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