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Brighton and Hove Pride Parade Pictures and Why the 2026 Route Mattered</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tourists and locals poured onto the seafront as Brighton and Hove transformed into a glittering celebration of love, protest and community; thousands watched floats, drag acts and bands wind from Hove Lawns to Preston Park in a parade that honoured history while calling for continued action.</w:t>
      </w:r>
      <w:r/>
    </w:p>
    <w:p>
      <w:r/>
      <w:r>
        <w:t>Essential Takeaways</w:t>
      </w:r>
      <w:r/>
      <w:r/>
    </w:p>
    <w:p>
      <w:pPr>
        <w:pStyle w:val="ListBullet"/>
        <w:spacing w:line="240" w:lineRule="auto"/>
        <w:ind w:left="720"/>
      </w:pPr>
      <w:r/>
      <w:r>
        <w:rPr>
          <w:b/>
        </w:rPr>
        <w:t>Crowds turned out:</w:t>
      </w:r>
      <w:r>
        <w:t xml:space="preserve"> Thousands lined the seafront and streets, creating a vibrant, smiling atmosphere.</w:t>
      </w:r>
      <w:r/>
    </w:p>
    <w:p>
      <w:pPr>
        <w:pStyle w:val="ListBullet"/>
        <w:spacing w:line="240" w:lineRule="auto"/>
        <w:ind w:left="720"/>
      </w:pPr>
      <w:r/>
      <w:r>
        <w:rPr>
          <w:b/>
        </w:rPr>
        <w:t>New finishing point:</w:t>
      </w:r>
      <w:r>
        <w:t xml:space="preserve"> The parade finished near Preston Circus, a change from previous years and a logistical shift for attendees.</w:t>
      </w:r>
      <w:r/>
    </w:p>
    <w:p>
      <w:pPr>
        <w:pStyle w:val="ListBullet"/>
        <w:spacing w:line="240" w:lineRule="auto"/>
        <w:ind w:left="720"/>
      </w:pPr>
      <w:r/>
      <w:r>
        <w:rPr>
          <w:b/>
        </w:rPr>
        <w:t>Diverse line-up:</w:t>
      </w:r>
      <w:r>
        <w:t xml:space="preserve"> Floats and stalls included charities, local institutions and big names such as Brighton and Hove Albion and the RNLI.</w:t>
      </w:r>
      <w:r/>
    </w:p>
    <w:p>
      <w:pPr>
        <w:pStyle w:val="ListBullet"/>
        <w:spacing w:line="240" w:lineRule="auto"/>
        <w:ind w:left="720"/>
      </w:pPr>
      <w:r/>
      <w:r>
        <w:rPr>
          <w:b/>
        </w:rPr>
        <w:t>Live highlights:</w:t>
      </w:r>
      <w:r>
        <w:t xml:space="preserve"> Drag performances, a steel drum band, roller skaters and a Pride jiu jitsu routine kept energy high.</w:t>
      </w:r>
      <w:r/>
    </w:p>
    <w:p>
      <w:pPr>
        <w:pStyle w:val="ListBullet"/>
        <w:spacing w:line="240" w:lineRule="auto"/>
        <w:ind w:left="720"/>
      </w:pPr>
      <w:r/>
      <w:r>
        <w:rPr>
          <w:b/>
        </w:rPr>
        <w:t>Theme and tone:</w:t>
      </w:r>
      <w:r>
        <w:t xml:space="preserve"> “The power of love” guided banners and speeches, nodding to past struggles like Clause 28 and the AIDS crisis.</w:t>
      </w:r>
      <w:r/>
      <w:r/>
    </w:p>
    <w:p>
      <w:pPr>
        <w:pStyle w:val="Heading2"/>
      </w:pPr>
      <w:r>
        <w:t>A sea of colour from Hove Lawns , the opening moments felt electric</w:t>
      </w:r>
      <w:r/>
    </w:p>
    <w:p>
      <w:r/>
      <w:r>
        <w:t>The parade kicked off just after 11.15am from Hove Lawns, and the scene was instantly sensory , glitter catching the sun, music bumping, and cheers along the promenade. According to Brighton Pride’s event notes, the route沿 the seafront is a staple for the city and fills up fast, so early arrival rewarded people with the best viewing spots. If you were there, you felt the mix of party and purpose: people dancing, but also carrying banners remembering past battles.</w:t>
      </w:r>
      <w:r/>
    </w:p>
    <w:p>
      <w:pPr>
        <w:pStyle w:val="Heading2"/>
      </w:pPr>
      <w:r>
        <w:t>Why the route change to finish near Preston Circus mattered</w:t>
      </w:r>
      <w:r/>
    </w:p>
    <w:p>
      <w:r/>
      <w:r>
        <w:t>Organisers rerouted the finish towards Preston Circus this year, a practical move that shifted the crowd flow away from tradition. VisitBrighton covered the guide to Pride and how changes like this affect travel, local parking and where families gather afterward. For attendees, it meant rethinking where to meet friends, where to catch buses home and which local pubs would be busiest. If you're planning for next year, check the official route page early and map your meeting point beforehand.</w:t>
      </w:r>
      <w:r/>
    </w:p>
    <w:p>
      <w:pPr>
        <w:pStyle w:val="Heading2"/>
      </w:pPr>
      <w:r>
        <w:t>Floats and community groups made it feel local and inclusive</w:t>
      </w:r>
      <w:r/>
    </w:p>
    <w:p>
      <w:r/>
      <w:r>
        <w:t>The parade felt wonderfully Bought-and-paid-for-by-the-city , not in a corporate sense, but in participation. Community organisations from across Sussex took part, including the Sussex Beacon and local colleges; even National Rail and Brighton and Hove Buses fielded entries. Brighton &amp; Hove News announced the wider line-up in advance, which helped build excitement. Seeing familiar local groups alongside big names keeps Pride grounded in community rather than turning it into a totally commercial show.</w:t>
      </w:r>
      <w:r/>
    </w:p>
    <w:p>
      <w:pPr>
        <w:pStyle w:val="Heading2"/>
      </w:pPr>
      <w:r>
        <w:t>The performances gave the day real sparkle , and a few surprises</w:t>
      </w:r>
      <w:r/>
    </w:p>
    <w:p>
      <w:r/>
      <w:r>
        <w:t>Musical acts, a steel drum band and roller skaters provided the celebratory soundtrack, while a Pride-themed jiu jitsu sequence and bold drag sets added theatre and diversity. Those moments make the parade more than just a procession; they’re a rolling variety show that rewards watching the whole route rather than catching a single float. For photographers and families, the best photos often came from those spontaneous snippets of performance between the major floats.</w:t>
      </w:r>
      <w:r/>
    </w:p>
    <w:p>
      <w:pPr>
        <w:pStyle w:val="Heading2"/>
      </w:pPr>
      <w:r>
        <w:t>Theme and politics: “the power of love” with a clear call to action</w:t>
      </w:r>
      <w:r/>
    </w:p>
    <w:p>
      <w:r/>
      <w:r>
        <w:t>This year’s banner , “the power of love” , didn’t shy away from history. Many signs honoured the courage shown during Clause 28 and the AIDS crisis, while also demanding continued rights and protections. Brighton Pride has long balanced celebration with protest, and VisitBrighton’s guide highlights how the festival offers both daytime family-friendly activities and evening events that push a message. That blend is part of what keeps Pride relevant: it’s a party, yes, but also a reminder of why visibility matters.</w:t>
      </w:r>
      <w:r/>
    </w:p>
    <w:p>
      <w:r/>
      <w:r>
        <w:t>It's a small change in finishing point and a big dose of heart , explore next year’s route and plan your spot early.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2">
        <w:r>
          <w:rPr>
            <w:color w:val="0000EE"/>
            <w:u w:val="single"/>
          </w:rPr>
          <w:t>[3]</w:t>
        </w:r>
      </w:hyperlink>
      <w:r>
        <w:t xml:space="preserve">, </w:t>
      </w:r>
      <w:hyperlink r:id="rId13">
        <w:r>
          <w:rPr>
            <w:color w:val="0000EE"/>
            <w:u w:val="single"/>
          </w:rPr>
          <w:t>[7]</w:t>
        </w:r>
      </w:hyperlink>
      <w:r>
        <w:t xml:space="preserve">- Paragraph 3: </w:t>
      </w:r>
      <w:hyperlink r:id="rId14">
        <w:r>
          <w:rPr>
            <w:color w:val="0000EE"/>
            <w:u w:val="single"/>
          </w:rPr>
          <w:t>[4]</w:t>
        </w:r>
      </w:hyperlink>
      <w:r>
        <w:t xml:space="preserve">, </w:t>
      </w:r>
      <w:hyperlink r:id="rId10">
        <w:r>
          <w:rPr>
            <w:color w:val="0000EE"/>
            <w:u w:val="single"/>
          </w:rPr>
          <w:t>[2]</w:t>
        </w:r>
      </w:hyperlink>
      <w:r>
        <w:t xml:space="preserve">- Paragraph 4: </w:t>
      </w:r>
      <w:hyperlink r:id="rId11">
        <w:r>
          <w:rPr>
            <w:color w:val="0000EE"/>
            <w:u w:val="single"/>
          </w:rPr>
          <w:t>[6]</w:t>
        </w:r>
      </w:hyperlink>
      <w:r>
        <w:t xml:space="preserve">, </w:t>
      </w:r>
      <w:hyperlink r:id="rId14">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https://www.theargus.co.uk/news/26428914.brighton-hove-pride-community-parade-pictures/?ref=rss</w:t>
        </w:r>
      </w:hyperlink>
      <w:r>
        <w:t xml:space="preserve"> - Please view link - unable to able to access data</w:t>
      </w:r>
      <w:r/>
    </w:p>
    <w:p>
      <w:pPr>
        <w:pStyle w:val="ListNumber"/>
        <w:spacing w:line="240" w:lineRule="auto"/>
        <w:ind w:left="720"/>
      </w:pPr>
      <w:r/>
      <w:hyperlink r:id="rId10">
        <w:r>
          <w:rPr>
            <w:color w:val="0000EE"/>
            <w:u w:val="single"/>
          </w:rPr>
          <w:t>https://www.brighton-pride.org/pride-parade/</w:t>
        </w:r>
      </w:hyperlink>
      <w:r>
        <w:t xml:space="preserve"> - The Brighton &amp; Hove Pride LGBTQ+ Community Parade 2026 is scheduled for Saturday, 1st August, with the theme 'The Power of Love'. This event marks 35 years since Pride returned to the city in 1991. The parade will start at Hove Lawns and proceed through the city to Preston Park. The organisers aim to ensure that at least two-thirds of entrants are charities, community groups, and local LGBTQ+ businesses, maintaining the parade's community focus. Applications for the parade have now closed.</w:t>
      </w:r>
      <w:r/>
    </w:p>
    <w:p>
      <w:pPr>
        <w:pStyle w:val="ListNumber"/>
        <w:spacing w:line="240" w:lineRule="auto"/>
        <w:ind w:left="720"/>
      </w:pPr>
      <w:r/>
      <w:hyperlink r:id="rId12">
        <w:r>
          <w:rPr>
            <w:color w:val="0000EE"/>
            <w:u w:val="single"/>
          </w:rPr>
          <w:t>https://www.brighton-pride.org/pride-parade-route/</w:t>
        </w:r>
      </w:hyperlink>
      <w:r>
        <w:t xml:space="preserve"> - The Brighton &amp; Hove Pride Community Parade 2026 will commence at 11:00 am on Saturday, 1st August, from Hove Lawns. The route includes Kingsway, West Street, Clock Tower, North Street, Castle Square, Old Steine, Marlborough Place, Gloucester Place, St George's Place, York Place, London Road, and Preston Circus, with dispersal on Beaconsfield Road and exit via Stanford Avenue. Road closures around Preston Circus will begin at 9:30 am, with the parade expected to arrive around 1:00 pm and dispersal completed by 4:00 pm.</w:t>
      </w:r>
      <w:r/>
    </w:p>
    <w:p>
      <w:pPr>
        <w:pStyle w:val="ListNumber"/>
        <w:spacing w:line="240" w:lineRule="auto"/>
        <w:ind w:left="720"/>
      </w:pPr>
      <w:r/>
      <w:hyperlink r:id="rId14">
        <w:r>
          <w:rPr>
            <w:color w:val="0000EE"/>
            <w:u w:val="single"/>
          </w:rPr>
          <w:t>https://www.brightonandhovenews.org/2026/03/26/brighton-hove-pride-announces-full-2026-line-up/</w:t>
        </w:r>
      </w:hyperlink>
      <w:r>
        <w:t xml:space="preserve"> - Brighton &amp; Hove Pride has announced its full 2026 line-up for the 'Pride On The Park' event. Paris Hilton is set to headline on Sunday, 2nd August, bringing her iconic presence to the main stage. Holly Johnson of Frankie Goes to Hollywood will take over the Legends slot, embodying this year's theme: 'The Power of Love'. Other performers include Leigh-Anne, G Flip, Moonchild Sanelly, and Melanie C, who will return to Pride for a dynamic DJ set.</w:t>
      </w:r>
      <w:r/>
    </w:p>
    <w:p>
      <w:pPr>
        <w:pStyle w:val="ListNumber"/>
        <w:spacing w:line="240" w:lineRule="auto"/>
        <w:ind w:left="720"/>
      </w:pPr>
      <w:r/>
      <w:hyperlink r:id="rId15">
        <w:r>
          <w:rPr>
            <w:color w:val="0000EE"/>
            <w:u w:val="single"/>
          </w:rPr>
          <w:t>https://www.brighton-pride.org/residents/</w:t>
        </w:r>
      </w:hyperlink>
      <w:r>
        <w:t xml:space="preserve"> - Residents' information for Brighton &amp; Hove Pride 2026 is available, detailing the Pride Parade and Pride on the Park events. The Pride Parade will take place on Saturday, 1st August, starting at 11:00 am from Hove Lawns and proceeding through the city to Preston Circus. Road closures around Preston Circus will begin at 9:30 am, with the parade expected to arrive around 1:00 pm and dispersal completed by 4:00 pm. Parking suspensions will be in place on Beaconsfield Road, Stanford Avenue, Preston Road, and throughout the parade route.</w:t>
      </w:r>
      <w:r/>
    </w:p>
    <w:p>
      <w:pPr>
        <w:pStyle w:val="ListNumber"/>
        <w:spacing w:line="240" w:lineRule="auto"/>
        <w:ind w:left="720"/>
      </w:pPr>
      <w:r/>
      <w:hyperlink r:id="rId11">
        <w:r>
          <w:rPr>
            <w:color w:val="0000EE"/>
            <w:u w:val="single"/>
          </w:rPr>
          <w:t>https://www.visitbrighton.com/blog/read/2026/06/brighton-and-hove-pride-guide-b342</w:t>
        </w:r>
      </w:hyperlink>
      <w:r>
        <w:t xml:space="preserve"> - The Brighton &amp; Hove Pride Guide provides information on the main events of the weekend, including the Pride Community Parade, Pride on the Park, and the Pride Street Party. The Pride Parade begins at Hove Lawns and travels through the city centre. Pride on the Park is a huge festival at Preston Park in Brighton, and the Pride Street Party takes place on Brighton’s iconic Marine Parade. Details on travel, tickets, and frequently asked questions are also included.</w:t>
      </w:r>
      <w:r/>
    </w:p>
    <w:p>
      <w:pPr>
        <w:pStyle w:val="ListNumber"/>
        <w:spacing w:line="240" w:lineRule="auto"/>
        <w:ind w:left="720"/>
      </w:pPr>
      <w:r/>
      <w:hyperlink r:id="rId13">
        <w:r>
          <w:rPr>
            <w:color w:val="0000EE"/>
            <w:u w:val="single"/>
          </w:rPr>
          <w:t>https://www.visitbrighton.com/whats-on/brighton-and-hove-pride-p2571021</w:t>
        </w:r>
      </w:hyperlink>
      <w:r>
        <w:t xml:space="preserve"> - Brighton &amp; Hove Pride is the UK's biggest LGBTQ+ Pride festival, taking place on 1st and 2nd August 2026. The Pride Community Parade will kickstart Pride weekend under this year’s theme of 'The Power of Love'. The parade will wind through the city, showcasing over one hundred LGBTQ+ charities, community groups, small businesses, emergency services, the NHS, and representatives of other Pride organisations. Pride on the Park brings two days of music to Preston Park, with headliners RAYE and Diana Ross.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argus.co.uk/news/26428914.brighton-hove-pride-community-parade-pictures/?ref=rss" TargetMode="External"/><Relationship Id="rId10" Type="http://schemas.openxmlformats.org/officeDocument/2006/relationships/hyperlink" Target="https://www.brighton-pride.org/pride-parade/" TargetMode="External"/><Relationship Id="rId11" Type="http://schemas.openxmlformats.org/officeDocument/2006/relationships/hyperlink" Target="https://www.visitbrighton.com/blog/read/2026/06/brighton-and-hove-pride-guide-b342" TargetMode="External"/><Relationship Id="rId12" Type="http://schemas.openxmlformats.org/officeDocument/2006/relationships/hyperlink" Target="https://www.brighton-pride.org/pride-parade-route/" TargetMode="External"/><Relationship Id="rId13" Type="http://schemas.openxmlformats.org/officeDocument/2006/relationships/hyperlink" Target="https://www.visitbrighton.com/whats-on/brighton-and-hove-pride-p2571021" TargetMode="External"/><Relationship Id="rId14" Type="http://schemas.openxmlformats.org/officeDocument/2006/relationships/hyperlink" Target="https://www.brightonandhovenews.org/2026/03/26/brighton-hove-pride-announces-full-2026-line-up/" TargetMode="External"/><Relationship Id="rId15" Type="http://schemas.openxmlformats.org/officeDocument/2006/relationships/hyperlink" Target="https://www.brighton-pride.org/reside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