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Benefits of Crossdressing: Why Embracing Gender Play Helps You Live Freer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Discovering crossdressing can be liberating, creative and surprisingly practical , owners of the practice say it boosts confidence, reduces stress and opens new social circles. Whether you’re experimenting at home or steping out in public, here’s why people find crossdressing valuable and how to make it work for you.</w:t>
      </w:r>
      <w:r/>
    </w:p>
    <w:p>
      <w:r/>
      <w:r>
        <w:t>Essential Takeaways</w:t>
      </w:r>
      <w:r/>
      <w:r/>
    </w:p>
    <w:p>
      <w:pPr>
        <w:pStyle w:val="ListBullet"/>
        <w:spacing w:line="240" w:lineRule="auto"/>
        <w:ind w:left="720"/>
      </w:pPr>
      <w:r/>
      <w:r>
        <w:rPr>
          <w:b/>
        </w:rPr>
        <w:t>Confidence booster:</w:t>
      </w:r>
      <w:r>
        <w:t xml:space="preserve"> Wearing clothes that express another side of you often brings a quieter, steadier self-assurance.</w:t>
      </w:r>
      <w:r/>
    </w:p>
    <w:p>
      <w:pPr>
        <w:pStyle w:val="ListBullet"/>
        <w:spacing w:line="240" w:lineRule="auto"/>
        <w:ind w:left="720"/>
      </w:pPr>
      <w:r/>
      <w:r>
        <w:rPr>
          <w:b/>
        </w:rPr>
        <w:t>Stress relief and play:</w:t>
      </w:r>
      <w:r>
        <w:t xml:space="preserve"> Rituals of dressing and role-play provide a calming, creative outlet.</w:t>
      </w:r>
      <w:r/>
    </w:p>
    <w:p>
      <w:pPr>
        <w:pStyle w:val="ListBullet"/>
        <w:spacing w:line="240" w:lineRule="auto"/>
        <w:ind w:left="720"/>
      </w:pPr>
      <w:r/>
      <w:r>
        <w:rPr>
          <w:b/>
        </w:rPr>
        <w:t>Better empathy:</w:t>
      </w:r>
      <w:r>
        <w:t xml:space="preserve"> Trying different gender presentations can sharpen understanding of others’ experiences.</w:t>
      </w:r>
      <w:r/>
    </w:p>
    <w:p>
      <w:pPr>
        <w:pStyle w:val="ListBullet"/>
        <w:spacing w:line="240" w:lineRule="auto"/>
        <w:ind w:left="720"/>
      </w:pPr>
      <w:r/>
      <w:r>
        <w:rPr>
          <w:b/>
        </w:rPr>
        <w:t>Community connection:</w:t>
      </w:r>
      <w:r>
        <w:t xml:space="preserve"> Online forums and local meet-ups offer support, tips and a sense of belonging.</w:t>
      </w:r>
      <w:r/>
    </w:p>
    <w:p>
      <w:pPr>
        <w:pStyle w:val="ListBullet"/>
        <w:spacing w:line="240" w:lineRule="auto"/>
        <w:ind w:left="720"/>
      </w:pPr>
      <w:r/>
      <w:r>
        <w:rPr>
          <w:b/>
        </w:rPr>
        <w:t>Practical creativity:</w:t>
      </w:r>
      <w:r>
        <w:t xml:space="preserve"> Styling, makeup and tailoring skills transfer to everyday self-care and presentation.</w:t>
      </w:r>
      <w:r/>
      <w:r/>
    </w:p>
    <w:p>
      <w:pPr>
        <w:pStyle w:val="Heading2"/>
      </w:pPr>
      <w:r>
        <w:t>Why it feels good: the psychology of dressing differently</w:t>
      </w:r>
      <w:r/>
    </w:p>
    <w:p>
      <w:r/>
      <w:r>
        <w:t>People who crossdress often describe a tangible lift in mood, and that’s not just anecdote , the act of choosing clothing, changing posture and adopting a new persona triggers emotional shifts. According to members of crossdressing communities, the sensory side is important: fabrics, colours and fit all affect how you feel. Those small, deliberate rituals can act like a reassuring routine, helping to lower tension and reframe the day.</w:t>
      </w:r>
      <w:r/>
    </w:p>
    <w:p>
      <w:r/>
      <w:r>
        <w:t>Researchers and practitioners point out that role-play has long been a route to emotional regulation. Dressing differently creates distance from everyday pressures and gives you permission to experiment with traits you might otherwise suppress. If you’re curious, try a brief at-home session first to see how the change in clothing and movement affects your mood.</w:t>
      </w:r>
      <w:r/>
    </w:p>
    <w:p>
      <w:pPr>
        <w:pStyle w:val="Heading2"/>
      </w:pPr>
      <w:r>
        <w:t>Learning empathy and new perspectives</w:t>
      </w:r>
      <w:r/>
    </w:p>
    <w:p>
      <w:r/>
      <w:r>
        <w:t>Trying on another gender’s clothes is more than costume , it’s a practical lesson in perspective. People who crossdress often report a deeper awareness of the social cues and expectations faced by others, from how garments restrict movement to the way people respond to appearance. That kind of insight can improve relationships and social sensitivity.</w:t>
      </w:r>
      <w:r/>
    </w:p>
    <w:p>
      <w:r/>
      <w:r>
        <w:t>This doesn’t replace conversations or lived experience, of course, but it can act as a starting point for greater empathy. If you want to develop that understanding thoughtfully, pair your own experiments with listening to trans and cis women’s stories and avoid treating crossdressing as a shortcut to someone else’s identity.</w:t>
      </w:r>
      <w:r/>
    </w:p>
    <w:p>
      <w:pPr>
        <w:pStyle w:val="Heading2"/>
      </w:pPr>
      <w:r>
        <w:t>Creativity, grooming and self-care skills you’ll keep</w:t>
      </w:r>
      <w:r/>
    </w:p>
    <w:p>
      <w:r/>
      <w:r>
        <w:t>Crossdressing pushes you to learn practical skills , makeup, hair styling, tailoring, shoe choice , that quickly pay off beyond any one session. Many people find the care that goes into presenting as another gender motivates better grooming and health habits, from posture work to skincare routines. That “look good, feel good” loop is one reason the practice can be genuinely transformative.</w:t>
      </w:r>
      <w:r/>
    </w:p>
    <w:p>
      <w:r/>
      <w:r>
        <w:t>If you’re starting out, focus on one skill at a time: master a simple makeup routine, then try a basic alteration or comfortable footwear. Small wins build confidence and keep the process enjoyable rather than overwhelming.</w:t>
      </w:r>
      <w:r/>
    </w:p>
    <w:p>
      <w:pPr>
        <w:pStyle w:val="Heading2"/>
      </w:pPr>
      <w:r>
        <w:t>Finding community: where to go and what to expect</w:t>
      </w:r>
      <w:r/>
    </w:p>
    <w:p>
      <w:r/>
      <w:r>
        <w:t>Community is a major reason people stick with crossdressing. Online forums, blogs and local meet-ups offer practical advice, moral support and a place to celebrate success. Those spaces tend to be pragmatic and welcoming, full of people swapping tips on everything from binding and padding to dress fit and etiquette.</w:t>
      </w:r>
      <w:r/>
    </w:p>
    <w:p>
      <w:r/>
      <w:r>
        <w:t>Look for moderated groups with clear rules on consent and privacy. If you’re nervous about in-person meet-ups, start online, then consider a daytime social or workshop where safety and inclusivity are emphasised.</w:t>
      </w:r>
      <w:r/>
    </w:p>
    <w:p>
      <w:pPr>
        <w:pStyle w:val="Heading2"/>
      </w:pPr>
      <w:r>
        <w:t>When to be careful: boundaries, consent and safety</w:t>
      </w:r>
      <w:r/>
    </w:p>
    <w:p>
      <w:r/>
      <w:r>
        <w:t>Crossdressing can enrich life, but there are practical and ethical limits to keep in mind. Respect other people’s spaces and privacy, be clear with partners about boundaries, and don’t assume your experience translates into knowledge about trans identities. Industry and academic commentary stresses that curiosity should be coupled with humility and care.</w:t>
      </w:r>
      <w:r/>
    </w:p>
    <w:p>
      <w:r/>
      <w:r>
        <w:t>For public outings, think about personal safety and comfort: choose locations and company that feel supportive, and have an exit plan if attention or confrontation becomes uncomfortable. That preparation helps the experience stay positive and empowering.</w:t>
      </w:r>
      <w:r/>
    </w:p>
    <w:p>
      <w:pPr>
        <w:pStyle w:val="Heading2"/>
      </w:pPr>
      <w:r>
        <w:t>A note on identity: exploration vs labels</w:t>
      </w:r>
      <w:r/>
    </w:p>
    <w:p>
      <w:r/>
      <w:r>
        <w:t>For some people crossdressing is an ongoing form of expression; for others it’s an occasional hobby or creative outlet. Both are valid. Exploring how clothing affects you might uncover deeper questions about gender, but it doesn’t automatically mean you need a new label. Let your experience inform you at your own pace.</w:t>
      </w:r>
      <w:r/>
    </w:p>
    <w:p>
      <w:r/>
      <w:r>
        <w:t>If questions about gender identity arise, consider talking to trusted friends or a counsellor experienced with gender diversity. They can help you reflect without pressure.</w:t>
      </w:r>
      <w:r/>
    </w:p>
    <w:p>
      <w:r/>
      <w:r>
        <w:t>It's a small change that can make everyday life feel more colourful and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4">
        <w:r>
          <w:rPr>
            <w:color w:val="0000EE"/>
            <w:u w:val="single"/>
          </w:rPr>
          <w:t>[6]</w:t>
        </w:r>
      </w:hyperlink>
      <w:r>
        <w:t xml:space="preserve">, </w:t>
      </w:r>
      <w:hyperlink r:id="rId11">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13">
        <w:r>
          <w:rPr>
            <w:color w:val="0000EE"/>
            <w:u w:val="single"/>
          </w:rPr>
          <w:t>[4]</w:t>
        </w:r>
      </w:hyperlink>
      <w:r>
        <w:t xml:space="preserve">, </w:t>
      </w:r>
      <w:hyperlink r:id="rId12">
        <w:r>
          <w:rPr>
            <w:color w:val="0000EE"/>
            <w:u w:val="single"/>
          </w:rPr>
          <w:t>[3]</w:t>
        </w:r>
      </w:hyperlink>
      <w:r>
        <w:t xml:space="preserve">- Paragraph 6: </w:t>
      </w:r>
      <w:hyperlink r:id="rId14">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https://feminizationsecrets.com/benefits-of-crossdressing-being-transgender/</w:t>
        </w:r>
      </w:hyperlink>
      <w:r>
        <w:t xml:space="preserve"> - Please view link - unable to able to access data</w:t>
      </w:r>
      <w:r/>
    </w:p>
    <w:p>
      <w:pPr>
        <w:pStyle w:val="ListNumber"/>
        <w:spacing w:line="240" w:lineRule="auto"/>
        <w:ind w:left="720"/>
      </w:pPr>
      <w:r/>
      <w:hyperlink r:id="rId10">
        <w:r>
          <w:rPr>
            <w:color w:val="0000EE"/>
            <w:u w:val="single"/>
          </w:rPr>
          <w:t>https://www.clubcrossdressing.com/blog/why-crossdressing-feels-good</w:t>
        </w:r>
      </w:hyperlink>
      <w:r>
        <w:t xml:space="preserve"> - This article explores the psychological benefits of crossdressing, highlighting how it can serve as a form of stress relief and a means to escape from daily pressures. It discusses the concept of 'role release,' where individuals temporarily adopt a different persona, leading to relaxation and comfort. The piece also touches upon the boost in confidence and emotional balance that many experience when crossdressing, as well as the opportunity it provides to explore one's identity without societal constraints. Additionally, the article emphasizes the importance of community and support among crossdressers, noting that shared experiences can enhance the overall sense of well-being.</w:t>
      </w:r>
      <w:r/>
    </w:p>
    <w:p>
      <w:pPr>
        <w:pStyle w:val="ListNumber"/>
        <w:spacing w:line="240" w:lineRule="auto"/>
        <w:ind w:left="720"/>
      </w:pPr>
      <w:r/>
      <w:hyperlink r:id="rId12">
        <w:r>
          <w:rPr>
            <w:color w:val="0000EE"/>
            <w:u w:val="single"/>
          </w:rPr>
          <w:t>https://link.springer.com/article/10.1186/s40691-016-0063-z</w:t>
        </w:r>
      </w:hyperlink>
      <w:r>
        <w:t xml:space="preserve"> - This research article examines the clothing practices of obese heterosexual women during physical activity. It reveals that many women perceive limited freedom in dress and often resort to crossdressing in men's clothing to engage in exercise, which leads to a perceived lack of gender expression. The study suggests that as clothing size increases, perceived freedom in dress decreases, and participants believe that losing weight is their personal responsibility to regain this freedom. The findings highlight the complex relationship between body size, clothing choices, and gender expression in the context of physical activity.</w:t>
      </w:r>
      <w:r/>
    </w:p>
    <w:p>
      <w:pPr>
        <w:pStyle w:val="ListNumber"/>
        <w:spacing w:line="240" w:lineRule="auto"/>
        <w:ind w:left="720"/>
      </w:pPr>
      <w:r/>
      <w:hyperlink r:id="rId13">
        <w:r>
          <w:rPr>
            <w:color w:val="0000EE"/>
            <w:u w:val="single"/>
          </w:rPr>
          <w:t>https://journals.sagepub.com/doi/10.1177/0308022615586568</w:t>
        </w:r>
      </w:hyperlink>
      <w:r>
        <w:t xml:space="preserve"> - This qualitative study explores the lived experience of cross-dressing through a single case study. The research identifies themes such as 'identity,' 'dressing,' and 'conflict,' revealing that cross-dressing can be an uncontrollable urge, an erotic expression, or a means to achieve a sense of completeness. The study raises awareness of cross-dressing and investigates its implications for occupational therapy, suggesting that cross-dressing can be a meaningful occupation that contributes to an individual's sense of identity and well-being.</w:t>
      </w:r>
      <w:r/>
    </w:p>
    <w:p>
      <w:pPr>
        <w:pStyle w:val="ListNumber"/>
        <w:spacing w:line="240" w:lineRule="auto"/>
        <w:ind w:left="720"/>
      </w:pPr>
      <w:r/>
      <w:hyperlink r:id="rId15">
        <w:r>
          <w:rPr>
            <w:color w:val="0000EE"/>
            <w:u w:val="single"/>
          </w:rPr>
          <w:t>https://www.roanyer.com/blog/top-5-benefits-of-crossdressing-in-public/</w:t>
        </w:r>
      </w:hyperlink>
      <w:r>
        <w:t xml:space="preserve"> - This article discusses the benefits of crossdressing in public, focusing on how it can lead to increased self-confidence. It emphasizes that stepping out in clothes that reflect one's inner identity can impart a sense of self-assurance and challenge societal expectations. The piece also highlights the courage required to crossdress in public and how embracing one's authentic self can empower individuals. Additionally, the article notes that research indicates crossdressing can destabilize traditional categories and challenge social dichotomies, which can positively impact the self-confidence of LGBTQIA students.</w:t>
      </w:r>
      <w:r/>
    </w:p>
    <w:p>
      <w:pPr>
        <w:pStyle w:val="ListNumber"/>
        <w:spacing w:line="240" w:lineRule="auto"/>
        <w:ind w:left="720"/>
      </w:pPr>
      <w:r/>
      <w:hyperlink r:id="rId14">
        <w:r>
          <w:rPr>
            <w:color w:val="0000EE"/>
            <w:u w:val="single"/>
          </w:rPr>
          <w:t>https://www.clubcrossdressing.com/crossdresser-identity</w:t>
        </w:r>
      </w:hyperlink>
      <w:r>
        <w:t xml:space="preserve"> - This article delves into the significance of crossdressing in relation to identity and self-acceptance. It discusses how crossdressing can provide emotional relief, comfort, and a sense of authenticity. The piece highlights that many individuals experience feelings of calmness and relief when dressed, and that crossdressing allows for the expression of aspects of personality and identity that may otherwise remain hidden. It also touches upon the importance of community and support among crossdressers, noting that shared experiences can enhance the overall sense of well-being.</w:t>
      </w:r>
      <w:r/>
    </w:p>
    <w:p>
      <w:pPr>
        <w:pStyle w:val="ListNumber"/>
        <w:spacing w:line="240" w:lineRule="auto"/>
        <w:ind w:left="720"/>
      </w:pPr>
      <w:r/>
      <w:hyperlink r:id="rId11">
        <w:r>
          <w:rPr>
            <w:color w:val="0000EE"/>
            <w:u w:val="single"/>
          </w:rPr>
          <w:t>https://mysteryvibe.com/blogs/learn/explore-crossdressing</w:t>
        </w:r>
      </w:hyperlink>
      <w:r>
        <w:t xml:space="preserve"> - This article explores the various benefits of crossdressing, including stress relief, increased confidence, and empowerment. It discusses how crossdressing allows individuals to challenge societal norms surrounding gender and presentation, fostering personal growth and resilience. The piece also highlights the potential for crossdressing to strengthen emotional connections, particularly in relationships where couples embrace crossdressing together. It emphasizes that sharing and expressing interests and desires with a partner can create a supportive and understanding environment, deepening emotional and intimate connections.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eminizationsecrets.com/benefits-of-crossdressing-being-transgender/" TargetMode="External"/><Relationship Id="rId10" Type="http://schemas.openxmlformats.org/officeDocument/2006/relationships/hyperlink" Target="https://www.clubcrossdressing.com/blog/why-crossdressing-feels-good" TargetMode="External"/><Relationship Id="rId11" Type="http://schemas.openxmlformats.org/officeDocument/2006/relationships/hyperlink" Target="https://mysteryvibe.com/blogs/learn/explore-crossdressing" TargetMode="External"/><Relationship Id="rId12" Type="http://schemas.openxmlformats.org/officeDocument/2006/relationships/hyperlink" Target="https://link.springer.com/article/10.1186/s40691-016-0063-z" TargetMode="External"/><Relationship Id="rId13" Type="http://schemas.openxmlformats.org/officeDocument/2006/relationships/hyperlink" Target="https://journals.sagepub.com/doi/10.1177/0308022615586568" TargetMode="External"/><Relationship Id="rId14" Type="http://schemas.openxmlformats.org/officeDocument/2006/relationships/hyperlink" Target="https://www.clubcrossdressing.com/crossdresser-identity" TargetMode="External"/><Relationship Id="rId15" Type="http://schemas.openxmlformats.org/officeDocument/2006/relationships/hyperlink" Target="https://www.roanyer.com/blog/top-5-benefits-of-crossdressing-in-publ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