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Canal Parade Tips for First-Time Spectators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Join the colourful chaos: thousands line the canals in Amsterdam for the annual Pride boat parade, a lively, visual celebration of LGBTQ+ culture , here’s what first-timers need to know about tickets, viewing spots and staying safe while soaking up the party.</w:t>
      </w:r>
      <w:r/>
    </w:p>
    <w:p>
      <w:r/>
      <w:r>
        <w:t>Essential Takeaways</w:t>
      </w:r>
      <w:r/>
      <w:r/>
    </w:p>
    <w:p>
      <w:pPr>
        <w:pStyle w:val="ListBullet"/>
        <w:spacing w:line="240" w:lineRule="auto"/>
        <w:ind w:left="720"/>
      </w:pPr>
      <w:r/>
      <w:r>
        <w:rPr>
          <w:b/>
        </w:rPr>
        <w:t>When it happens:</w:t>
      </w:r>
      <w:r>
        <w:t xml:space="preserve"> The Canal Parade is a central event during Amsterdam Pride in late July or early August, drawing large crowds and colourful boats.</w:t>
      </w:r>
      <w:r/>
    </w:p>
    <w:p>
      <w:pPr>
        <w:pStyle w:val="ListBullet"/>
        <w:spacing w:line="240" w:lineRule="auto"/>
        <w:ind w:left="720"/>
      </w:pPr>
      <w:r/>
      <w:r>
        <w:rPr>
          <w:b/>
        </w:rPr>
        <w:t>Vignettes required for boats:</w:t>
      </w:r>
      <w:r>
        <w:t xml:space="preserve"> </w:t>
      </w:r>
      <w:r>
        <w:rPr>
          <w:b/>
        </w:rPr>
        <w:t>Boat participants need vignettes;</w:t>
      </w:r>
      <w:r>
        <w:t xml:space="preserve"> spectators don’t, but planning is essential if you want a front-row experience.</w:t>
      </w:r>
      <w:r/>
    </w:p>
    <w:p>
      <w:pPr>
        <w:pStyle w:val="ListBullet"/>
        <w:spacing w:line="240" w:lineRule="auto"/>
        <w:ind w:left="720"/>
      </w:pPr>
      <w:r/>
      <w:r>
        <w:rPr>
          <w:b/>
        </w:rPr>
        <w:t>Best viewing:</w:t>
      </w:r>
      <w:r>
        <w:t xml:space="preserve"> Canal bridges, floating pontoons and organised vantage points offer the clearest views, though they fill quickly and feel packed.</w:t>
      </w:r>
      <w:r/>
    </w:p>
    <w:p>
      <w:pPr>
        <w:pStyle w:val="ListBullet"/>
        <w:spacing w:line="240" w:lineRule="auto"/>
        <w:ind w:left="720"/>
      </w:pPr>
      <w:r/>
      <w:r>
        <w:rPr>
          <w:b/>
        </w:rPr>
        <w:t>Practical prep:</w:t>
      </w:r>
      <w:r>
        <w:t xml:space="preserve"> Bring water, sun protection, comfortable shoes and a charged phone , expect loud music, crowds and lively vibes.</w:t>
      </w:r>
      <w:r/>
    </w:p>
    <w:p>
      <w:pPr>
        <w:pStyle w:val="ListBullet"/>
        <w:spacing w:line="240" w:lineRule="auto"/>
        <w:ind w:left="720"/>
      </w:pPr>
      <w:r/>
      <w:r>
        <w:rPr>
          <w:b/>
        </w:rPr>
        <w:t>Accessibility note:</w:t>
      </w:r>
      <w:r>
        <w:t xml:space="preserve"> There are organised platforms and information points for those needing accessible viewing; check official channels for details.</w:t>
      </w:r>
      <w:r/>
      <w:r/>
    </w:p>
    <w:p>
      <w:pPr>
        <w:pStyle w:val="Heading2"/>
      </w:pPr>
      <w:r>
        <w:t>Why the Canal Parade feels like a city-wide street party</w:t>
      </w:r>
      <w:r/>
    </w:p>
    <w:p>
      <w:r/>
      <w:r>
        <w:t>The Canal Parade is not a quiet procession , it’s a multi-sensory splash of colour and sound that threads through Amsterdam’s historic waterways. According to AP, hundreds of thousands of people line the route to watch decorated boats drift past, each one a tiny stage for performers, DJs and community groups. That means you’ll hear thumping music, see bold costumes and feel the crowd’s energy up close, so pack your patience along with your sunscreen.</w:t>
      </w:r>
      <w:r/>
    </w:p>
    <w:p>
      <w:r/>
      <w:r>
        <w:t>The parade grew from grassroots activism into an international symbol of Pride, and the scale shows it. Organisers on the Pride Amsterdam site explain how the event has evolved into a carefully managed spectacle, which helps explain why logistics like boat vignettes and viewing pontoons now exist. For newcomers, that sense of history gives the party a sharper edge , it’s celebration and statement in one.</w:t>
      </w:r>
      <w:r/>
    </w:p>
    <w:p>
      <w:pPr>
        <w:pStyle w:val="Heading2"/>
      </w:pPr>
      <w:r>
        <w:t>Tickets, vignettes and how to actually get on the water</w:t>
      </w:r>
      <w:r/>
    </w:p>
    <w:p>
      <w:r/>
      <w:r>
        <w:t>If you dream of being on a boat, you’ll need to plan ahead. Pride Amsterdam notes that boats must register and buy a vignette to join the parade; these are usually limited and sell out. For spectators, the good news is you don’t need a vignette to watch, but certain official viewing areas and pontoon spots may require booking or come with an entrance fee.</w:t>
      </w:r>
      <w:r/>
    </w:p>
    <w:p>
      <w:r/>
      <w:r>
        <w:t>Local groups such as Rainbow Salute promote organised boats and flotillas, which can be a friendlier way to guarantee a place without navigating ticketing snafus. If you miss out, consider private canal tours that route near the parade or book a café or terrace along the route early , you’ll pay for the convenience, but you’ll also get a clear, dry vantage point.</w:t>
      </w:r>
      <w:r/>
    </w:p>
    <w:p>
      <w:pPr>
        <w:pStyle w:val="Heading2"/>
      </w:pPr>
      <w:r>
        <w:t>Best viewing spots and when to arrive</w:t>
      </w:r>
      <w:r/>
    </w:p>
    <w:p>
      <w:r/>
      <w:r>
        <w:t>Bridges over the main parade route and the floating pontoons near key squares are the obvious winners for views, but they’re also the most crowded. Pride Amsterdam and city info pages suggest arriving several hours early for the prime spots, especially if you want to stand on a bridge or near the pontoons. Mid-channel vantage points can be blocked by larger floats, so think strategically about whether you prefer being close to the action or slightly set back for a wider vista.</w:t>
      </w:r>
      <w:r/>
    </w:p>
    <w:p>
      <w:r/>
      <w:r>
        <w:t>If you’re after a calmer experience, head to a quieter canal off the main route , you’ll still get music and colour without the shoulder-to-shoulder crush. Local operators listed by the city’s visitor pages also run accessible viewing platforms; these are worth considering if mobility or a quieter environment matters to you.</w:t>
      </w:r>
      <w:r/>
    </w:p>
    <w:p>
      <w:pPr>
        <w:pStyle w:val="Heading2"/>
      </w:pPr>
      <w:r>
        <w:t>Practical tips for comfort, safety and respect</w:t>
      </w:r>
      <w:r/>
    </w:p>
    <w:p>
      <w:r/>
      <w:r>
        <w:t>This is a festival that’s loud, crowded and joyous, so simple prep makes a big difference. Bring water, sunblock and a hat in summer; wear sturdy shoes for standing on uneven cobbles and bridges. The AP coverage emphasises the sheer scale of the crowds, so pick a meeting point if you’re with friends and agree phone-check times in case signals get patchy.</w:t>
      </w:r>
      <w:r/>
    </w:p>
    <w:p>
      <w:r/>
      <w:r>
        <w:t>Police and stewards are present, and the city publishes safety guidance around Pride week , follow their advice, keep belongings secure and be mindful of local residents. Importantly, remember this is a celebration of LGBTQ+ life and protest combined: be respectful in how you photograph people and engage with performers.</w:t>
      </w:r>
      <w:r/>
    </w:p>
    <w:p>
      <w:pPr>
        <w:pStyle w:val="Heading2"/>
      </w:pPr>
      <w:r>
        <w:t>What the parade means beyond the party</w:t>
      </w:r>
      <w:r/>
    </w:p>
    <w:p>
      <w:r/>
      <w:r>
        <w:t>There’s a civic and cultural purpose behind the glitter. Pride Amsterdam’s background pages show how the Canal Parade links parties, protests and education, carrying messages about rights, visibility and inclusion. Organisers and advocacy groups use the platform to highlight issues from trans rights to international solidarity, so you’re witnessing a spectacle with a pulse.</w:t>
      </w:r>
      <w:r/>
    </w:p>
    <w:p>
      <w:r/>
      <w:r>
        <w:t>Looking ahead, the parade continues to evolve with sustainability measures, accessibility improvements and curated themes each year. That means next time you come, expect some familiar favourites and a few new surprises , and perhaps a stronger focus on ensuring everyone can join in.</w:t>
      </w:r>
      <w:r/>
    </w:p>
    <w:p>
      <w:r/>
      <w:r>
        <w:t>It's a small change in plan that can make your Pride experience much smoother , pick your spot, pack smart and enjoy the colours.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2">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https://www.thestar.com/news/world/europe/hundreds-of-thousands-line-amsterdam-canals-for-the-annual-pride-boat-parade/image_3181fa51-86ba-513d-a258-c2b9dbd753d1.html</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On August 1, 2026, hundreds of thousands gathered along Amsterdam's canals for the annual Pride boat parade, coinciding with an international World Pride celebration. The event featured 80 vessels, including one with Dutch Prime Minister Rob Jetten, the first openly gay prime minister to participate. The parade highlighted messages of love and reflection, with symbolic art featuring inflatable figures of Donald Trump and Vladimir Putin. Despite the celebratory atmosphere, concerns about LGBTQ+ safety were underscored, especially following a recent attack at a Pride event in Berlin. (</w:t>
      </w:r>
      <w:hyperlink r:id="rId15">
        <w:r>
          <w:rPr>
            <w:color w:val="0000EE"/>
            <w:u w:val="single"/>
          </w:rPr>
          <w:t>apnews.com</w:t>
        </w:r>
      </w:hyperlink>
      <w:r>
        <w:t>)</w:t>
      </w:r>
      <w:r/>
    </w:p>
    <w:p>
      <w:pPr>
        <w:pStyle w:val="ListNumber"/>
        <w:spacing w:line="240" w:lineRule="auto"/>
        <w:ind w:left="720"/>
      </w:pPr>
      <w:r/>
      <w:hyperlink r:id="rId11">
        <w:r>
          <w:rPr>
            <w:color w:val="0000EE"/>
            <w:u w:val="single"/>
          </w:rPr>
          <w:t>https://pride.amsterdam/en/pride-vignetten-canal-parade/</w:t>
        </w:r>
      </w:hyperlink>
      <w:r>
        <w:t xml:space="preserve"> - Pride Amsterdam's official website provides detailed information about the annual Canal Parade, including the route, starting time, and facilities. The parade begins at 12:00 in the Oosterdok and proceeds through Nieuwe Herengracht, Amstel, Prinsengracht, and ends at Westerdok. The event features 80 participating boats, each representing various Dutch institutions and LGBTQ+ organizations. An interactive map is available to locate toilets along the route. (</w:t>
      </w:r>
      <w:hyperlink r:id="rId16">
        <w:r>
          <w:rPr>
            <w:color w:val="0000EE"/>
            <w:u w:val="single"/>
          </w:rPr>
          <w:t>pride.amsterdam</w:t>
        </w:r>
      </w:hyperlink>
      <w:r>
        <w:t>)</w:t>
      </w:r>
      <w:r/>
    </w:p>
    <w:p>
      <w:pPr>
        <w:pStyle w:val="ListNumber"/>
        <w:spacing w:line="240" w:lineRule="auto"/>
        <w:ind w:left="720"/>
      </w:pPr>
      <w:r/>
      <w:hyperlink r:id="rId13">
        <w:r>
          <w:rPr>
            <w:color w:val="0000EE"/>
            <w:u w:val="single"/>
          </w:rPr>
          <w:t>https://rainbowsalute.org/what-we-do/our-events/amsterdam-pride-canal-parade-2024/</w:t>
        </w:r>
      </w:hyperlink>
      <w:r>
        <w:t xml:space="preserve"> - The Rainbow Salute Foundation announced its participation in the Amsterdam Pride Canal Parade on August 3, 2024, celebrating visibility, resilience, and community on the water. The event aims to bring together LGBTQIA+ and HIV/AIDS activists from around the world, highlighting shared struggles, joy, and resilience. The foundation's entry is a tribute to the power of connection and a reminder of the collective effort in the fight for equality. (</w:t>
      </w:r>
      <w:hyperlink r:id="rId17">
        <w:r>
          <w:rPr>
            <w:color w:val="0000EE"/>
            <w:u w:val="single"/>
          </w:rPr>
          <w:t>rainbowsalute.org</w:t>
        </w:r>
      </w:hyperlink>
      <w:r>
        <w:t>)</w:t>
      </w:r>
      <w:r/>
    </w:p>
    <w:p>
      <w:pPr>
        <w:pStyle w:val="ListNumber"/>
        <w:spacing w:line="240" w:lineRule="auto"/>
        <w:ind w:left="720"/>
      </w:pPr>
      <w:r/>
      <w:hyperlink r:id="rId12">
        <w:r>
          <w:rPr>
            <w:color w:val="0000EE"/>
            <w:u w:val="single"/>
          </w:rPr>
          <w:t>https://pride.amsterdam/en/van-jaar-tot-jaar/</w:t>
        </w:r>
      </w:hyperlink>
      <w:r>
        <w:t xml:space="preserve"> - In 2024, Pride Amsterdam focused on the theme 'TOGETHER,' emphasizing unity within the LGBTQIA+ community and with allies. The theme addresses the challenges posed by a polarizing society and the importance of finding strength in unity, especially as rainbow identities face increasing pressure internationally. The event features ambassadors such as Nickie Nicole, Inge Lamboo, Karen de Lathouder, Rikkie Kollé, André Donker, and Haroon Ali, each contributing to the celebration of diversity and inclusion. (</w:t>
      </w:r>
      <w:hyperlink r:id="rId18">
        <w:r>
          <w:rPr>
            <w:color w:val="0000EE"/>
            <w:u w:val="single"/>
          </w:rPr>
          <w:t>pride.amsterdam</w:t>
        </w:r>
      </w:hyperlink>
      <w:r>
        <w:t>)</w:t>
      </w:r>
      <w:r/>
    </w:p>
    <w:p>
      <w:pPr>
        <w:pStyle w:val="ListNumber"/>
        <w:spacing w:line="240" w:lineRule="auto"/>
        <w:ind w:left="720"/>
      </w:pPr>
      <w:r/>
      <w:hyperlink r:id="rId14">
        <w:r>
          <w:rPr>
            <w:color w:val="0000EE"/>
            <w:u w:val="single"/>
          </w:rPr>
          <w:t>https://www.mycoa.nl/en/participate/calender/pride-boat-parade</w:t>
        </w:r>
      </w:hyperlink>
      <w:r>
        <w:t xml:space="preserve"> - The Central Agency for the Reception of Asylum Seekers (COA) highlighted the Amsterdam Pride Canal Parade as a memorable highlight of Pride Amsterdam, scheduled for August 2024. The parade features approximately eighty boats representing various LGBTQI+ foundations, networks within multinationals, and national employers, all sailing through the city canals to celebrate the past, present, and future of the LGBTQI+ community. The theme 'TOGETHER' underscores the importance of unity and inclusivity. (</w:t>
      </w:r>
      <w:hyperlink r:id="rId19">
        <w:r>
          <w:rPr>
            <w:color w:val="0000EE"/>
            <w:u w:val="single"/>
          </w:rPr>
          <w:t>mycoa.nl</w:t>
        </w:r>
      </w:hyperlink>
      <w:r>
        <w:t>)</w:t>
      </w:r>
      <w:r/>
    </w:p>
    <w:p>
      <w:pPr>
        <w:pStyle w:val="ListNumber"/>
        <w:spacing w:line="240" w:lineRule="auto"/>
        <w:ind w:left="720"/>
      </w:pPr>
      <w:r/>
      <w:hyperlink r:id="rId20">
        <w:r>
          <w:rPr>
            <w:color w:val="0000EE"/>
            <w:u w:val="single"/>
          </w:rPr>
          <w:t>https://www.youtube.com/watch?v=nqiOkRCA3gg</w:t>
        </w:r>
      </w:hyperlink>
      <w:r>
        <w:t xml:space="preserve"> - A 4K 60FPS video capturing the full program of the Amsterdam Pride boat parade in 2024, showcasing the vibrant and colourful spectacle of the event. The video features various participating boats, including those representing the Netherlands Cancer Institute, Dolly Bellefleur, Blond &amp; Bluaw, and more. The parade's theme, 'TOGETHER,' is evident in the diverse and inclusive representation throughout the event.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hundreds-of-thousands-line-amsterdam-canals-for-the-annual-pride-boat-parade/image_3181fa51-86ba-513d-a258-c2b9dbd753d1.html"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pride.amsterdam/en/pride-vignetten-canal-parade/" TargetMode="External"/><Relationship Id="rId12" Type="http://schemas.openxmlformats.org/officeDocument/2006/relationships/hyperlink" Target="https://pride.amsterdam/en/van-jaar-tot-jaar/" TargetMode="External"/><Relationship Id="rId13" Type="http://schemas.openxmlformats.org/officeDocument/2006/relationships/hyperlink" Target="https://rainbowsalute.org/what-we-do/our-events/amsterdam-pride-canal-parade-2024/" TargetMode="External"/><Relationship Id="rId14" Type="http://schemas.openxmlformats.org/officeDocument/2006/relationships/hyperlink" Target="https://www.mycoa.nl/en/participate/calender/pride-boat-parade" TargetMode="External"/><Relationship Id="rId15" Type="http://schemas.openxmlformats.org/officeDocument/2006/relationships/hyperlink" Target="https://apnews.com/article/4b1d7cca31a9e89d29666f730e1c3cf3?utm_source=openai" TargetMode="External"/><Relationship Id="rId16" Type="http://schemas.openxmlformats.org/officeDocument/2006/relationships/hyperlink" Target="https://pride.amsterdam/en/pride-vignetten-canal-parade/?utm_source=openai" TargetMode="External"/><Relationship Id="rId17" Type="http://schemas.openxmlformats.org/officeDocument/2006/relationships/hyperlink" Target="https://rainbowsalute.org/what-we-do/our-events/amsterdam-pride-canal-parade-2024/?utm_source=openai" TargetMode="External"/><Relationship Id="rId18" Type="http://schemas.openxmlformats.org/officeDocument/2006/relationships/hyperlink" Target="https://pride.amsterdam/en/van-jaar-tot-jaar/?utm_source=openai" TargetMode="External"/><Relationship Id="rId19" Type="http://schemas.openxmlformats.org/officeDocument/2006/relationships/hyperlink" Target="https://www.mycoa.nl/en/participate/calender/pride-boat-parade?utm_source=openai" TargetMode="External"/><Relationship Id="rId20" Type="http://schemas.openxmlformats.org/officeDocument/2006/relationships/hyperlink" Target="https://www.youtube.com/watch?v=nqiOkRCA3gg" TargetMode="External"/><Relationship Id="rId21" Type="http://schemas.openxmlformats.org/officeDocument/2006/relationships/hyperlink" Target="https://www.youtube.com/watch?v=nqiOkRCA3gg&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