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Amsterdam Canal Pride Report: Celebration, Security and Solidarity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visitors lined the canals as Amsterdam’s colourful Canal Parade sailed by, a joyful highlight of World Pride drawing hundreds of thousands just a week after a deadly attack in Berlin , a reminder of why visible celebration and careful security both matter.</w:t>
      </w:r>
      <w:r/>
    </w:p>
    <w:p>
      <w:r/>
      <w:r>
        <w:t>Essential Takeaways</w:t>
      </w:r>
      <w:r/>
      <w:r/>
    </w:p>
    <w:p>
      <w:pPr>
        <w:pStyle w:val="ListBullet"/>
        <w:spacing w:line="240" w:lineRule="auto"/>
        <w:ind w:left="720"/>
      </w:pPr>
      <w:r/>
      <w:r>
        <w:rPr>
          <w:b/>
        </w:rPr>
        <w:t>Huge turnout:</w:t>
      </w:r>
      <w:r>
        <w:t xml:space="preserve"> Hundreds of thousands watched the Canal Parade, which featured about 80 decorated boats and international participants.</w:t>
      </w:r>
      <w:r/>
    </w:p>
    <w:p>
      <w:pPr>
        <w:pStyle w:val="ListBullet"/>
        <w:spacing w:line="240" w:lineRule="auto"/>
        <w:ind w:left="720"/>
      </w:pPr>
      <w:r/>
      <w:r>
        <w:rPr>
          <w:b/>
        </w:rPr>
        <w:t>High-profile presence:</w:t>
      </w:r>
      <w:r>
        <w:t xml:space="preserve"> Dutch Prime Minister Rob Jetten joined the procession, waving from a small boat and adding a feel-good, visible show of support.</w:t>
      </w:r>
      <w:r/>
    </w:p>
    <w:p>
      <w:pPr>
        <w:pStyle w:val="ListBullet"/>
        <w:spacing w:line="240" w:lineRule="auto"/>
        <w:ind w:left="720"/>
      </w:pPr>
      <w:r/>
      <w:r>
        <w:rPr>
          <w:b/>
        </w:rPr>
        <w:t>Visible security:</w:t>
      </w:r>
      <w:r>
        <w:t xml:space="preserve"> Motorboats with police and an overhead helicopter kept watch, part of stepped-up measures after the Berlin attack.</w:t>
      </w:r>
      <w:r/>
    </w:p>
    <w:p>
      <w:pPr>
        <w:pStyle w:val="ListBullet"/>
        <w:spacing w:line="240" w:lineRule="auto"/>
        <w:ind w:left="720"/>
      </w:pPr>
      <w:r/>
      <w:r>
        <w:rPr>
          <w:b/>
        </w:rPr>
        <w:t>Mix of celebration and protest:</w:t>
      </w:r>
      <w:r>
        <w:t xml:space="preserve"> Government ministries, the military, police and advocacy groups all had boats, including COC’s manifesto-carrying vessel calling for rights progress.</w:t>
      </w:r>
      <w:r/>
    </w:p>
    <w:p>
      <w:pPr>
        <w:pStyle w:val="ListBullet"/>
        <w:spacing w:line="240" w:lineRule="auto"/>
        <w:ind w:left="720"/>
      </w:pPr>
      <w:r/>
      <w:r>
        <w:rPr>
          <w:b/>
        </w:rPr>
        <w:t>Emotional backdrop:</w:t>
      </w:r>
      <w:r>
        <w:t xml:space="preserve"> The parade happened amid rising reports of assaults on LGBTQ+ people in the Netherlands and global concern after violence in Berlin.</w:t>
      </w:r>
      <w:r/>
      <w:r/>
    </w:p>
    <w:p>
      <w:pPr>
        <w:pStyle w:val="Heading2"/>
      </w:pPr>
      <w:r>
        <w:t>A spectacle with a serious edge</w:t>
      </w:r>
      <w:r/>
    </w:p>
    <w:p>
      <w:r/>
      <w:r>
        <w:t>The Canal Parade felt upbeat, sensory and loud , techno thumping, rainbow flags, boats gliding past crowded quays , but the mood was not carefree. After the Berlin attack, organisers and authorities were clearly balancing celebration with caution; you could see motorboats of police patrolling the water and a helicopter keeping watch overhead. According to AP reporting, that extra visibility was intended to reassure visitors while preserving the festival spirit.</w:t>
      </w:r>
      <w:r/>
    </w:p>
    <w:p>
      <w:r/>
      <w:r>
        <w:t>The presence of high-profile figures amplified that blend of festivity and significance. Rob Jetten, the openly gay prime minister, joined the procession dressed casually and waved to the crowd. His participation underscored how Pride remains both a party and a political act, showing solidarity from the centre of government.</w:t>
      </w:r>
      <w:r/>
    </w:p>
    <w:p>
      <w:pPr>
        <w:pStyle w:val="Heading2"/>
      </w:pPr>
      <w:r>
        <w:t>Why security felt different this year</w:t>
      </w:r>
      <w:r/>
    </w:p>
    <w:p>
      <w:r/>
      <w:r>
        <w:t>City officials said they would take “extra measures that visitors will hopefully notice as little as possible,” and that was the plan in practice. Visible policing on the water and increased surveillance aimed to preserve the parade’s openness while responding to a new threat environment. Reports from local outlets and event briefings emphasised that safety precautions were meant to be unobtrusive , though their presence was unmistakable to anyone standing on the Skinny Bridge or along the canal banks.</w:t>
      </w:r>
      <w:r/>
    </w:p>
    <w:p>
      <w:r/>
      <w:r>
        <w:t>For anyone thinking of attending city Pride events, that mix matters. It’s sensible to arrive early, stay aware of exits, and follow official guidance , all simple steps that help keep open-air celebrations feeling inclusive and safe.</w:t>
      </w:r>
      <w:r/>
    </w:p>
    <w:p>
      <w:pPr>
        <w:pStyle w:val="Heading2"/>
      </w:pPr>
      <w:r>
        <w:t>A long tradition, refreshed for World Pride</w:t>
      </w:r>
      <w:r/>
    </w:p>
    <w:p>
      <w:r/>
      <w:r>
        <w:t>Amsterdam’s Canal Parade is the traditional crescendo of its Pride week and this year doubled as a World Pride spotlight, bringing even more international visitors and a broader programme. Organisers published the parade lineup in advance, showing a diverse roster from local clubs to institutional boats representing ministries and the military, which signals an evolving relationship between public institutions and the community they serve.</w:t>
      </w:r>
      <w:r/>
    </w:p>
    <w:p>
      <w:r/>
      <w:r>
        <w:t>Longstanding groups also used their platforms to press for progress. The Netherlands’ COC marked its 80th anniversary with a boat carrying a manifesto demanding continued human-rights work and a portrait of Marsha P. Johnson , a nod to Pride’s activist roots and how celebrations still carry a message.</w:t>
      </w:r>
      <w:r/>
    </w:p>
    <w:p>
      <w:pPr>
        <w:pStyle w:val="Heading2"/>
      </w:pPr>
      <w:r>
        <w:t>Visitors’ stories and emotional resonance</w:t>
      </w:r>
      <w:r/>
    </w:p>
    <w:p>
      <w:r/>
      <w:r>
        <w:t>People travelled from abroad to be part of it , one visitor from Toronto stood on the Skinny Bridge in a rainbow maple-leaf T-shirt and described Pride as about acceptance and being able to be oneself. Those personal moments matter because they show why public demonstrations of solidarity continue to mean so much, particularly when incidents elsewhere have sown fear.</w:t>
      </w:r>
      <w:r/>
    </w:p>
    <w:p>
      <w:r/>
      <w:r>
        <w:t>At the same time, the Netherlands is seeing rising reports of verbal and physical assaults against LGBTQ+ people, and local courts are taking action in some cases. That combination of joy and unresolved social tensions is what made this year’s parade feel both triumphant and necessary.</w:t>
      </w:r>
      <w:r/>
    </w:p>
    <w:p>
      <w:pPr>
        <w:pStyle w:val="Heading2"/>
      </w:pPr>
      <w:r>
        <w:t>What this means going forward</w:t>
      </w:r>
      <w:r/>
    </w:p>
    <w:p>
      <w:r/>
      <w:r>
        <w:t>The Canal Parade showed how a major Pride event can be both celebratory and security-aware without losing its humanity. For organisers, the task now is maintaining that balance: keep the streets and canals welcoming, tighten safety where needed, and keep the political conversation moving toward concrete protections.</w:t>
      </w:r>
      <w:r/>
    </w:p>
    <w:p>
      <w:r/>
      <w:r>
        <w:t>If you plan to attend future Pride events, go with friends, keep your phone charged, and look out for official updates , small practical steps that help everyone enjoy the music, colour and company.</w:t>
      </w:r>
      <w:r/>
    </w:p>
    <w:p>
      <w:r/>
      <w:r>
        <w:t>It's a small change that can make every celebration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4">
        <w:r>
          <w:rPr>
            <w:color w:val="0000EE"/>
            <w:u w:val="single"/>
          </w:rPr>
          <w:t>[3]</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[7]</w:t>
        </w:r>
      </w:hyperlink>
      <w:r>
        <w:t xml:space="preserve">- Paragraph 6: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https://www.independent.co.uk/news/world/europe/amsterdam-pride-rob-jetten-canal-parade-b3025829.html</w:t>
        </w:r>
      </w:hyperlink>
      <w:r>
        <w:t xml:space="preserve"> - Please view link - unable to able to access data</w:t>
      </w:r>
      <w:r/>
    </w:p>
    <w:p>
      <w:pPr>
        <w:pStyle w:val="ListNumber"/>
        <w:spacing w:line="240" w:lineRule="auto"/>
        <w:ind w:left="720"/>
      </w:pPr>
      <w:r/>
      <w:hyperlink r:id="rId10">
        <w:r>
          <w:rPr>
            <w:color w:val="0000EE"/>
            <w:u w:val="single"/>
          </w:rPr>
          <w:t>https://apnews.com/article/4b1d7cca31a9e89d29666f730e1c3cf3</w:t>
        </w:r>
      </w:hyperlink>
      <w:r>
        <w:t xml:space="preserve"> - Hundreds of thousands gathered along Amsterdam’s canals for the annual Pride boat parade, the highlight of the city’s Pride festival, which this year also coincided with an international World Pride celebration. The event came just a week after a deadly attack at a Pride event in Berlin, where one person was killed and 29 injured in an Islamic extremist attack. In response, security was visibly heightened in Amsterdam, with police boats and helicopters patrolling the event. Openly gay Dutch Prime Minister Rob Jetten became the first prime minister to participate in the parade, emphasising the importance of Pride amid rising global threats and discrimination against the LGBTQ+ community. Parade boats represented various Dutch institutions and LGBTQ+ organisations. A tribute to activist Marsha P. Johnson and symbolic art featuring inflatable figures of Donald Trump and Vladimir Putin also appeared, promoting messages of love and reflection. Despite the celebratory atmosphere, the event highlighted ongoing concerns about LGBTQ+ safety and recent increases in verbal and physical assaults, even in traditionally tolerant countries like the Netherlands. Amsterdam's Pride remains a powerful statement for acceptance and equality.</w:t>
      </w:r>
      <w:r/>
    </w:p>
    <w:p>
      <w:pPr>
        <w:pStyle w:val="ListNumber"/>
        <w:spacing w:line="240" w:lineRule="auto"/>
        <w:ind w:left="720"/>
      </w:pPr>
      <w:r/>
      <w:hyperlink r:id="rId14">
        <w:r>
          <w:rPr>
            <w:color w:val="0000EE"/>
            <w:u w:val="single"/>
          </w:rPr>
          <w:t>https://pride.amsterdam/wp-content/uploads/2023/02/Canal-Parade-participants-2023.pdf</w:t>
        </w:r>
      </w:hyperlink>
      <w:r>
        <w:t xml:space="preserve"> - The 2023 Amsterdam Pride Canal Parade featured 80 boats, each representing various organisations and groups. Notable participants included the Dutch government ministries, military, police, LGBTQ+ organisations, and clubs. The Netherlands LGBTQ+ rights group COC, celebrating its 80th anniversary, had a boat carrying a manifesto calling for progress in the fight for human rights for LGBTQ+ people in the Netherlands. The boat also carried a portrait of activist Marsha P. Johnson, who took part in the Stonewall rebellion in 1969.</w:t>
      </w:r>
      <w:r/>
    </w:p>
    <w:p>
      <w:pPr>
        <w:pStyle w:val="ListNumber"/>
        <w:spacing w:line="240" w:lineRule="auto"/>
        <w:ind w:left="720"/>
      </w:pPr>
      <w:r/>
      <w:hyperlink r:id="rId11">
        <w:r>
          <w:rPr>
            <w:color w:val="0000EE"/>
            <w:u w:val="single"/>
          </w:rPr>
          <w:t>https://nltimes.nl/2023/08/05/canal-parade-kicks-two-week-queer-pride-hundreds-thousands-visitors-expected</w:t>
        </w:r>
      </w:hyperlink>
      <w:r>
        <w:t xml:space="preserve"> - The 2023 Amsterdam Pride Canal Parade was part of a two-week Queer &amp; Pride event, with hundreds of thousands of visitors expected. The boat parade, featuring 80 boats, was the highlight of the festival, which also coincided with an international World Pride celebration. The event aimed to celebrate love, diversity, and inclusivity, with various organisations participating to promote LGBTQ+ rights and acceptance.</w:t>
      </w:r>
      <w:r/>
    </w:p>
    <w:p>
      <w:pPr>
        <w:pStyle w:val="ListNumber"/>
        <w:spacing w:line="240" w:lineRule="auto"/>
        <w:ind w:left="720"/>
      </w:pPr>
      <w:r/>
      <w:hyperlink r:id="rId15">
        <w:r>
          <w:rPr>
            <w:color w:val="0000EE"/>
            <w:u w:val="single"/>
          </w:rPr>
          <w:t>https://www.avrotros.nl/archive/statements-van-onder-andere-nikkie-de-jager-en-femke-halsema-pride-amsterdam-2023~uor9pifl/</w:t>
        </w:r>
      </w:hyperlink>
      <w:r>
        <w:t xml:space="preserve"> - During the 2023 Amsterdam Pride Canal Parade, various members of the queer community, including Nikkie de Jager, Ahmad Joudeh, and Jeroen Snel, shared their personal stories and emphasised the importance of Pride. Amsterdam Mayor Femke Halsema also highlighted the significance of the event for the city, underscoring the ongoing struggle for equal rights and the freedom to be oneself.</w:t>
      </w:r>
      <w:r/>
    </w:p>
    <w:p>
      <w:pPr>
        <w:pStyle w:val="ListNumber"/>
        <w:spacing w:line="240" w:lineRule="auto"/>
        <w:ind w:left="720"/>
      </w:pPr>
      <w:r/>
      <w:hyperlink r:id="rId13">
        <w:r>
          <w:rPr>
            <w:color w:val="0000EE"/>
            <w:u w:val="single"/>
          </w:rPr>
          <w:t>https://www.rd.nl/artikel/1026732-halsema-hangt-regenboogvlag-op-als-steun-aan-lhbti-gemeente</w:t>
        </w:r>
      </w:hyperlink>
      <w:r>
        <w:t xml:space="preserve"> - In July 2023, Amsterdam Mayor Femke Halsema displayed a rainbow flag from her official residence in solidarity with the LGBTQ+ community. This act was in response to multiple Pride flags being vandalised in the city, including one that was set on fire. Halsema condemned the actions as 'completely unacceptable' and emphasised the importance of standing against intimidation of the LGBTQ+ community.</w:t>
      </w:r>
      <w:r/>
    </w:p>
    <w:p>
      <w:pPr>
        <w:pStyle w:val="ListNumber"/>
        <w:spacing w:line="240" w:lineRule="auto"/>
        <w:ind w:left="720"/>
      </w:pPr>
      <w:r/>
      <w:hyperlink r:id="rId12">
        <w:r>
          <w:rPr>
            <w:color w:val="0000EE"/>
            <w:u w:val="single"/>
          </w:rPr>
          <w:t>https://almostmag.co/amsterdam-canal-pride-2023-lgbtq/</w:t>
        </w:r>
      </w:hyperlink>
      <w:r>
        <w:t xml:space="preserve"> - Despite forecasts for rain, thousands attended Amsterdam’s 2023 Canal Pride Parade to celebrate LGBTQ+ rights. The parade featured around 80 decorated boats, each representing different themes and organisations. Participants sang, danced, and waved pride flags in colourful outfits. Special boats and participants included ARTIS, two boats commemorating the 150th anniversary of the abolition of slavery, Sober is Sexy, Youth Pride, and three women’s boats, including Pink Melanin.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news/world/europe/amsterdam-pride-rob-jetten-canal-parade-b3025829.html" TargetMode="External"/><Relationship Id="rId10" Type="http://schemas.openxmlformats.org/officeDocument/2006/relationships/hyperlink" Target="https://apnews.com/article/4b1d7cca31a9e89d29666f730e1c3cf3" TargetMode="External"/><Relationship Id="rId11" Type="http://schemas.openxmlformats.org/officeDocument/2006/relationships/hyperlink" Target="https://nltimes.nl/2023/08/05/canal-parade-kicks-two-week-queer-pride-hundreds-thousands-visitors-expected" TargetMode="External"/><Relationship Id="rId12" Type="http://schemas.openxmlformats.org/officeDocument/2006/relationships/hyperlink" Target="https://almostmag.co/amsterdam-canal-pride-2023-lgbtq/" TargetMode="External"/><Relationship Id="rId13" Type="http://schemas.openxmlformats.org/officeDocument/2006/relationships/hyperlink" Target="https://www.rd.nl/artikel/1026732-halsema-hangt-regenboogvlag-op-als-steun-aan-lhbti-gemeente" TargetMode="External"/><Relationship Id="rId14" Type="http://schemas.openxmlformats.org/officeDocument/2006/relationships/hyperlink" Target="https://pride.amsterdam/wp-content/uploads/2023/02/Canal-Parade-participants-2023.pdf" TargetMode="External"/><Relationship Id="rId15" Type="http://schemas.openxmlformats.org/officeDocument/2006/relationships/hyperlink" Target="https://www.avrotros.nl/archive/statements-van-onder-andere-nikkie-de-jager-en-femke-halsema-pride-amsterdam-2023~uor9pif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