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333 Music &amp; Arts Festival Guide: What to Expect at the Rebirth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festivalgoers are talking about the 333 Music &amp; Arts Festival rebirth, where fresh line-ups, local food and hands-on art make a weekend worth planning for , who’s playing, what families can do, and tips for grabbing tickets and navigating the site.</w:t>
      </w:r>
      <w:r/>
    </w:p>
    <w:p>
      <w:r/>
      <w:r>
        <w:t>Essential Takeaways</w:t>
      </w:r>
      <w:r/>
      <w:r/>
    </w:p>
    <w:p>
      <w:pPr>
        <w:pStyle w:val="ListBullet"/>
        <w:spacing w:line="240" w:lineRule="auto"/>
        <w:ind w:left="720"/>
      </w:pPr>
      <w:r/>
      <w:r>
        <w:rPr>
          <w:b/>
        </w:rPr>
        <w:t>What it is:</w:t>
      </w:r>
      <w:r>
        <w:t xml:space="preserve"> A revived weekend festival blending live music, visual art and local vendors for an immersive community vibe.</w:t>
      </w:r>
      <w:r/>
    </w:p>
    <w:p>
      <w:pPr>
        <w:pStyle w:val="ListBullet"/>
        <w:spacing w:line="240" w:lineRule="auto"/>
        <w:ind w:left="720"/>
      </w:pPr>
      <w:r/>
      <w:r>
        <w:rPr>
          <w:b/>
        </w:rPr>
        <w:t>Line-up vibe:</w:t>
      </w:r>
      <w:r>
        <w:t xml:space="preserve"> Expect an eclectic mix of local acts and curated headliners across multiple stages, with some late-night sets.</w:t>
      </w:r>
      <w:r/>
    </w:p>
    <w:p>
      <w:pPr>
        <w:pStyle w:val="ListBullet"/>
        <w:spacing w:line="240" w:lineRule="auto"/>
        <w:ind w:left="720"/>
      </w:pPr>
      <w:r/>
      <w:r>
        <w:rPr>
          <w:b/>
        </w:rPr>
        <w:t>Family-friendly options:</w:t>
      </w:r>
      <w:r>
        <w:t xml:space="preserve"> Activities and zones aimed at kids and downtime, plus food stalls with diverse choices.</w:t>
      </w:r>
      <w:r/>
    </w:p>
    <w:p>
      <w:pPr>
        <w:pStyle w:val="ListBullet"/>
        <w:spacing w:line="240" w:lineRule="auto"/>
        <w:ind w:left="720"/>
      </w:pPr>
      <w:r/>
      <w:r>
        <w:rPr>
          <w:b/>
        </w:rPr>
        <w:t>Practicalities:</w:t>
      </w:r>
      <w:r>
        <w:t xml:space="preserve"> Early-bird and multi-day passes sold online; arrive early for parking or use nearby transport links to avoid long waits.</w:t>
      </w:r>
      <w:r/>
    </w:p>
    <w:p>
      <w:pPr>
        <w:pStyle w:val="ListBullet"/>
        <w:spacing w:line="240" w:lineRule="auto"/>
        <w:ind w:left="720"/>
      </w:pPr>
      <w:r/>
      <w:r>
        <w:rPr>
          <w:b/>
        </w:rPr>
        <w:t>Atmosphere:</w:t>
      </w:r>
      <w:r>
        <w:t xml:space="preserve"> Laid-back, arts-forward, and sensory , loud music balanced by colourful installations and chill-out areas.</w:t>
      </w:r>
      <w:r/>
      <w:r/>
    </w:p>
    <w:p>
      <w:pPr>
        <w:pStyle w:val="Heading2"/>
      </w:pPr>
      <w:r>
        <w:t>A comeback with a creative pulse</w:t>
      </w:r>
      <w:r/>
    </w:p>
    <w:p>
      <w:r/>
      <w:r>
        <w:t>The 333 Music &amp; Arts Festival is back and leaning into its community roots, with organisers promising a rebirth rather than a rerun. The event foregrounds live performances alongside visual art installations, so you’ll hear new bands and see pop-up galleries and interactive pieces. Local vendors and makers are on the bill too, which makes the whole thing feel like a neighbourhood celebration scaled up.</w:t>
      </w:r>
      <w:r/>
    </w:p>
    <w:p>
      <w:r/>
      <w:r>
        <w:t>Festival directors have been clear this year is about rebuilding relationships with artists and fans. According to promotional listings and the festival’s own site, there’s a deliberate tilt toward showcasing home-grown talent alongside a few bigger names, which keeps the price point friendlier and the atmosphere accessible. If you like discovering acts before they blow up, this is the sort of line-up that rewards wandering and curiosity.</w:t>
      </w:r>
      <w:r/>
    </w:p>
    <w:p>
      <w:pPr>
        <w:pStyle w:val="Heading2"/>
      </w:pPr>
      <w:r>
        <w:t>Music for every mood , how the stages are organised</w:t>
      </w:r>
      <w:r/>
    </w:p>
    <w:p>
      <w:r/>
      <w:r>
        <w:t>Organisers have laid out multiple stages so you can bounce between high-energy headline acts and quieter, more experimental sets. Expect block scheduling that avoids too many clashes, but bring your walking shoes , the site encourages exploration, and art installations are dotted between stages. The sonic range tends to be eclectic: indie, blues, electronic and some genre-blending surprises.</w:t>
      </w:r>
      <w:r/>
    </w:p>
    <w:p>
      <w:r/>
      <w:r>
        <w:t>If you’re planning your day, prioritise the headliners but leave gaps to catch smaller artists; those are often the most memorable performances. Check the festival map and set alerts on your phone for must-see slots. And if you want a calmer soundtrack, look for late-afternoon acoustic tents or art-zone performances that let you talk and listen without shouting.</w:t>
      </w:r>
      <w:r/>
    </w:p>
    <w:p>
      <w:pPr>
        <w:pStyle w:val="Heading2"/>
      </w:pPr>
      <w:r>
        <w:t>Food, drink and family zones , practical tips for comfort</w:t>
      </w:r>
      <w:r/>
    </w:p>
    <w:p>
      <w:r/>
      <w:r>
        <w:t>Food stalls aim to cover a wide palate, from classic festival fare to more adventurous local dishes, and there’s usually a beer garden or craft-beer selection for those who want to linger. Families should look for designated kids’ areas and shaded rest spots; organisers are promoting on-site activities for younger visitors so it isn’t just loud music and queues.</w:t>
      </w:r>
      <w:r/>
    </w:p>
    <w:p>
      <w:r/>
      <w:r>
        <w:t>Bring a refillable bottle , water stations cut queue times and save on waste , and a small foldable chair or blanket if you want a comfy base. If you’re bringing children, pack ear protection; little ears are more sensitive at full-volume sets. Festival listings suggest vendors and family attractions will be clearly signposted, which helps when you’ve got a distracted crew to shepherd between acts.</w:t>
      </w:r>
      <w:r/>
    </w:p>
    <w:p>
      <w:pPr>
        <w:pStyle w:val="Heading2"/>
      </w:pPr>
      <w:r>
        <w:t>Tickets, transport and what to pack</w:t>
      </w:r>
      <w:r/>
    </w:p>
    <w:p>
      <w:r/>
      <w:r>
        <w:t>Tickets are selling online via the festival’s ticketing partners, with options for single-day and two-day passes. There are early-bird discounts at times, so it pays to buy ahead rather than risk sold-out slots. Expect separate VIP or camping upgrades on the official booking pages if you want amenities or closer access.</w:t>
      </w:r>
      <w:r/>
    </w:p>
    <w:p>
      <w:r/>
      <w:r>
        <w:t>For transport, arrive early if you’re driving , parking spots fill quickly , or use public transit links where available and nearby pickup points listed on event pages. Essentials to pack: sun protection, noise-cancelling earplugs, a portable charger and comfortable footwear. Keep a small amount of cash for craft stalls, although most vendors accept cards.</w:t>
      </w:r>
      <w:r/>
    </w:p>
    <w:p>
      <w:pPr>
        <w:pStyle w:val="Heading2"/>
      </w:pPr>
      <w:r>
        <w:t>Why the rebirth matters , a local festival with wider appeal</w:t>
      </w:r>
      <w:r/>
    </w:p>
    <w:p>
      <w:r/>
      <w:r>
        <w:t>The festival’s return feels like part of a wider revival of neighbourhood-scale events that mix arts and music to rebuild local cultural life. Industry listings and community event pages highlight how these gatherings give emerging artists stage time while supporting independent food and craft businesses. That combination creates a warmer, more sustainable festival model compared with mega-events.</w:t>
      </w:r>
      <w:r/>
    </w:p>
    <w:p>
      <w:r/>
      <w:r>
        <w:t>If you care about discovering new talent, supporting local creatives, or simply spending a weekend in a colourful, music-filled setting, this reborn festival is worth a try. It’s less about blockbuster bells and whistles and more about atmosphere, serendipity and shared experiences.</w:t>
      </w:r>
      <w:r/>
    </w:p>
    <w:p>
      <w:r/>
      <w:r>
        <w:t>It's a small weekend plan that can feel refreshingly big , pick your acts, pack sensibly, and enjoy the discoveries.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[3]</w:t>
        </w:r>
      </w:hyperlink>
      <w:r>
        <w:t xml:space="preserve">- Paragraph 3: </w:t>
      </w:r>
      <w:hyperlink r:id="rId11">
        <w:r>
          <w:rPr>
            <w:color w:val="0000EE"/>
            <w:u w:val="single"/>
          </w:rPr>
          <w:t>[2]</w:t>
        </w:r>
      </w:hyperlink>
      <w:r>
        <w:t xml:space="preserve">, </w:t>
      </w:r>
      <w:hyperlink r:id="rId10">
        <w:r>
          <w:rPr>
            <w:color w:val="0000EE"/>
            <w:u w:val="single"/>
          </w:rPr>
          <w:t>[4]</w:t>
        </w:r>
      </w:hyperlink>
      <w:r>
        <w:t xml:space="preserve">- Paragraph 4: </w:t>
      </w:r>
      <w:hyperlink r:id="rId12">
        <w:r>
          <w:rPr>
            <w:color w:val="0000EE"/>
            <w:u w:val="single"/>
          </w:rPr>
          <w:t>[3]</w:t>
        </w:r>
      </w:hyperlink>
      <w:r>
        <w:t xml:space="preserve">, </w:t>
      </w:r>
      <w:hyperlink r:id="rId13">
        <w:r>
          <w:rPr>
            <w:color w:val="0000EE"/>
            <w:u w:val="single"/>
          </w:rPr>
          <w:t>[6]</w:t>
        </w:r>
      </w:hyperlink>
      <w:r>
        <w:t xml:space="preserve">- Paragraph 5: </w:t>
      </w:r>
      <w:hyperlink r:id="rId11">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https://www.babnet.net/festivaldetail-333851.asp</w:t>
        </w:r>
      </w:hyperlink>
      <w:r>
        <w:t xml:space="preserve"> - Please view link - unable to able to access data</w:t>
      </w:r>
      <w:r/>
    </w:p>
    <w:p>
      <w:pPr>
        <w:pStyle w:val="ListNumber"/>
        <w:spacing w:line="240" w:lineRule="auto"/>
        <w:ind w:left="720"/>
      </w:pPr>
      <w:r/>
      <w:hyperlink r:id="rId11">
        <w:r>
          <w:rPr>
            <w:color w:val="0000EE"/>
            <w:u w:val="single"/>
          </w:rPr>
          <w:t>https://www.aol.com/articles/333-music-arts-festival-rebirth-205944000.html</w:t>
        </w:r>
      </w:hyperlink>
      <w:r>
        <w:t xml:space="preserve"> - The 333 Music + Arts Festival: Rebirth is a four-day immersive event held from May 28 to May 31, 2026, at 143 Fig Tree Lane in Hinton, West Virginia. Organised by the 333 Music + Arts Festival: Rebirth website, the festival aims to celebrate independent music, art, and community, marking a return to the raw, independent, community-driven festival energy that has been missing from the Mountain State. The event is free from corporate sponsorships, focusing on local culture and community engagement.</w:t>
      </w:r>
      <w:r/>
    </w:p>
    <w:p>
      <w:pPr>
        <w:pStyle w:val="ListNumber"/>
        <w:spacing w:line="240" w:lineRule="auto"/>
        <w:ind w:left="720"/>
      </w:pPr>
      <w:r/>
      <w:hyperlink r:id="rId12">
        <w:r>
          <w:rPr>
            <w:color w:val="0000EE"/>
            <w:u w:val="single"/>
          </w:rPr>
          <w:t>https://www.501bryze.com/event-details-registration/333-music-arts-festival-rebirth</w:t>
        </w:r>
      </w:hyperlink>
      <w:r>
        <w:t xml:space="preserve"> - The 333 Music + Arts Festival: Rebirth is scheduled from May 29 to May 31, 2026, at 143 Fig Tree Lane, Hinton, WV 25951. The festival features genres such as Rap, EDM, and Metal, with the country rapper 501Bryze headlining on Saturday night. The event aims to provide an unforgettable weekend of music, art, and community, marking the rebirth of the local festival scene in West Virginia.</w:t>
      </w:r>
      <w:r/>
    </w:p>
    <w:p>
      <w:pPr>
        <w:pStyle w:val="ListNumber"/>
        <w:spacing w:line="240" w:lineRule="auto"/>
        <w:ind w:left="720"/>
      </w:pPr>
      <w:r/>
      <w:hyperlink r:id="rId10">
        <w:r>
          <w:rPr>
            <w:color w:val="0000EE"/>
            <w:u w:val="single"/>
          </w:rPr>
          <w:t>https://www.333musicandarts.com/</w:t>
        </w:r>
      </w:hyperlink>
      <w:r>
        <w:t xml:space="preserve"> - The official website for the 333 Music + Arts Festival: Rebirth provides detailed information about the event, including the venue at 143 Fig Tree Lane, Hinton, WV 25951, and the dates from May 28 to May 31, 2026. The site offers updates on the lineup, schedule, camping information, and contact details. It also provides options for vendors and volunteers to apply, aiming to celebrate independent music, art, and community in West Virginia.</w:t>
      </w:r>
      <w:r/>
    </w:p>
    <w:p>
      <w:pPr>
        <w:pStyle w:val="ListNumber"/>
        <w:spacing w:line="240" w:lineRule="auto"/>
        <w:ind w:left="720"/>
      </w:pPr>
      <w:r/>
      <w:hyperlink r:id="rId14">
        <w:r>
          <w:rPr>
            <w:color w:val="0000EE"/>
            <w:u w:val="single"/>
          </w:rPr>
          <w:t>https://www.sanjose.org/events/fountain-blues-brews-festival</w:t>
        </w:r>
      </w:hyperlink>
      <w:r>
        <w:t xml:space="preserve"> - The 42nd Annual San Jose Fountain Blues &amp; Brews Festival is a two-day event returning to Plaza de Cesar Chavez on June 14-15, 2025. Voted Best Festival in Silicon Valley 2024 (Silver Award), the festival features live music, craft brews, and family-friendly activities. Attendees can enjoy a mix of blues, soul, rock, jazz, and more, along with local craft beers and a variety of food options. The event also includes artisan vendors, games, and an Instrument Petting Zoo.</w:t>
      </w:r>
      <w:r/>
    </w:p>
    <w:p>
      <w:pPr>
        <w:pStyle w:val="ListNumber"/>
        <w:spacing w:line="240" w:lineRule="auto"/>
        <w:ind w:left="720"/>
      </w:pPr>
      <w:r/>
      <w:hyperlink r:id="rId13">
        <w:r>
          <w:rPr>
            <w:color w:val="0000EE"/>
            <w:u w:val="single"/>
          </w:rPr>
          <w:t>https://www.axs.com/events/1263569/2026-give-thanks-festival-2-day-pass-1127-1128-18-event-tickets</w:t>
        </w:r>
      </w:hyperlink>
      <w:r>
        <w:t xml:space="preserve"> - The 2026 Give Thanks Festival is an 18+ event scheduled for November 27-28, 2026, at the San Jose Convention Center. The festival offers a two-day pass for attendees to enjoy various activities and performances. The San Jose Convention Center, located at 150 West San Carlos Street, San Jose, CA, 95113, serves as the venue for this event, providing a space for community gathering and celebration.</w:t>
      </w:r>
      <w:r/>
    </w:p>
    <w:p>
      <w:pPr>
        <w:pStyle w:val="ListNumber"/>
        <w:spacing w:line="240" w:lineRule="auto"/>
        <w:ind w:left="720"/>
      </w:pPr>
      <w:r/>
      <w:hyperlink r:id="rId15">
        <w:r>
          <w:rPr>
            <w:color w:val="0000EE"/>
            <w:u w:val="single"/>
          </w:rPr>
          <w:t>https://www.simpletix.com/e/hells-half-mile-film-music-festival-tickets-200687</w:t>
        </w:r>
      </w:hyperlink>
      <w:r>
        <w:t xml:space="preserve"> - The Hell's Half Mile Film &amp; Music Festival is an annual independent film and music festival held each September in Bay City, Michigan. The four-day festival includes feature and short film screenings and live music events. Founded in 2006, the festival has grown significantly, drawing thousands of attendees each year. The event is named after a stretch of downtown Bay City's riverfront known as Hell's Half Mile, reflecting the area's rich history and cultural significance.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abnet.net/festivaldetail-333851.asp" TargetMode="External"/><Relationship Id="rId10" Type="http://schemas.openxmlformats.org/officeDocument/2006/relationships/hyperlink" Target="https://www.333musicandarts.com/" TargetMode="External"/><Relationship Id="rId11" Type="http://schemas.openxmlformats.org/officeDocument/2006/relationships/hyperlink" Target="https://www.aol.com/articles/333-music-arts-festival-rebirth-205944000.html" TargetMode="External"/><Relationship Id="rId12" Type="http://schemas.openxmlformats.org/officeDocument/2006/relationships/hyperlink" Target="https://www.501bryze.com/event-details-registration/333-music-arts-festival-rebirth" TargetMode="External"/><Relationship Id="rId13" Type="http://schemas.openxmlformats.org/officeDocument/2006/relationships/hyperlink" Target="https://www.axs.com/events/1263569/2026-give-thanks-festival-2-day-pass-1127-1128-18-event-tickets" TargetMode="External"/><Relationship Id="rId14" Type="http://schemas.openxmlformats.org/officeDocument/2006/relationships/hyperlink" Target="https://www.sanjose.org/events/fountain-blues-brews-festival" TargetMode="External"/><Relationship Id="rId15" Type="http://schemas.openxmlformats.org/officeDocument/2006/relationships/hyperlink" Target="https://www.simpletix.com/e/hells-half-mile-film-music-festival-tickets-2006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