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WorldPride Amsterdam Coverage: Why Security and Celebration Mattered This Year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revellers packed the canals as WorldPride lit up Amsterdam, a colourful celebration tinged with vigilance after a deadly attack at Berlin Pride; organisers, politicians and police said the event was both festive and politically urgent, and the city tightened security while keeping the party spirit alive.</w:t>
      </w:r>
      <w:r/>
    </w:p>
    <w:p>
      <w:r/>
      <w:r>
        <w:t>Essential Takeaways</w:t>
      </w:r>
      <w:r/>
      <w:r/>
    </w:p>
    <w:p>
      <w:pPr>
        <w:pStyle w:val="ListBullet"/>
        <w:spacing w:line="240" w:lineRule="auto"/>
        <w:ind w:left="720"/>
      </w:pPr>
      <w:r/>
      <w:r>
        <w:rPr>
          <w:b/>
        </w:rPr>
        <w:t>Huge turnout:</w:t>
      </w:r>
      <w:r>
        <w:t xml:space="preserve"> Hundreds of thousands lined Amsterdam’s canals for the WorldPride canal parade, with boats, flags and balloons creating a bright, noisy scene.</w:t>
      </w:r>
      <w:r/>
    </w:p>
    <w:p>
      <w:pPr>
        <w:pStyle w:val="ListBullet"/>
        <w:spacing w:line="240" w:lineRule="auto"/>
        <w:ind w:left="720"/>
      </w:pPr>
      <w:r/>
      <w:r>
        <w:rPr>
          <w:b/>
        </w:rPr>
        <w:t>Visible security:</w:t>
      </w:r>
      <w:r>
        <w:t xml:space="preserve"> Police patrolled on bikes, boats, jetskis and in cars as extra safety measures were rolled out after the Berlin attack, giving the crowd a guarded but relaxed feel.</w:t>
      </w:r>
      <w:r/>
    </w:p>
    <w:p>
      <w:pPr>
        <w:pStyle w:val="ListBullet"/>
        <w:spacing w:line="240" w:lineRule="auto"/>
        <w:ind w:left="720"/>
      </w:pPr>
      <w:r/>
      <w:r>
        <w:rPr>
          <w:b/>
        </w:rPr>
        <w:t>Political resonance:</w:t>
      </w:r>
      <w:r>
        <w:t xml:space="preserve"> The festival doubled as protest, with cheeky and pointed slogans on display and inflatable figures lampooning global leaders.</w:t>
      </w:r>
      <w:r/>
    </w:p>
    <w:p>
      <w:pPr>
        <w:pStyle w:val="ListBullet"/>
        <w:spacing w:line="240" w:lineRule="auto"/>
        <w:ind w:left="720"/>
      </w:pPr>
      <w:r/>
      <w:r>
        <w:rPr>
          <w:b/>
        </w:rPr>
        <w:t>Historic host:</w:t>
      </w:r>
      <w:r>
        <w:t xml:space="preserve"> Amsterdam was chosen as WorldPride host to mark 25 years since the Netherlands legalised same-sex marriage, underscoring the city’s symbolic importance.</w:t>
      </w:r>
      <w:r/>
    </w:p>
    <w:p>
      <w:pPr>
        <w:pStyle w:val="ListBullet"/>
        <w:spacing w:line="240" w:lineRule="auto"/>
        <w:ind w:left="720"/>
      </w:pPr>
      <w:r/>
      <w:r>
        <w:rPr>
          <w:b/>
        </w:rPr>
        <w:t>Unity theme:</w:t>
      </w:r>
      <w:r>
        <w:t xml:space="preserve"> The fortnight-long programme used the motto “UNITY,” blending celebration with calls for equal rights and solidarity.</w:t>
      </w:r>
      <w:r/>
      <w:r/>
    </w:p>
    <w:p>
      <w:pPr>
        <w:pStyle w:val="Heading2"/>
      </w:pPr>
      <w:r>
        <w:t>A riotous, canal-side mood , colourful and watchful</w:t>
      </w:r>
      <w:r/>
    </w:p>
    <w:p>
      <w:r/>
      <w:r>
        <w:t>The opening image was immediate: a river of decorated boats drifting under blue skies while crowds cheered from the banks, a sensory mix of music, glitter and the faint scent of street food. Reuters reported that the canal parade was the highlight of Amsterdam Pride and also the central WorldPride event, drawing massive crowds who applauded, waved and photographed every float. The atmosphere was exuberant but there was an undercurrent of seriousness , people were celebrating hard while aware of recent threats.</w:t>
      </w:r>
      <w:r/>
    </w:p>
    <w:p>
      <w:pPr>
        <w:pStyle w:val="Heading2"/>
      </w:pPr>
      <w:r>
        <w:t>Why organisers pushed on after Berlin , resilience as a message</w:t>
      </w:r>
      <w:r/>
    </w:p>
    <w:p>
      <w:r/>
      <w:r>
        <w:t>Event organisers and participants framed the day as both a party and a protest, insisting the community must not be cowed by violence. That dual purpose came through in banners and chants , playful slogans like “Make America Gay Again” sat alongside firm demands for equal rights. The choice of Amsterdam as host this year carried extra weight: 25 years after the Netherlands pioneered same-sex marriage, the festival felt like a reminder of how far things have come and how much remains at stake.</w:t>
      </w:r>
      <w:r/>
    </w:p>
    <w:p>
      <w:pPr>
        <w:pStyle w:val="Heading2"/>
      </w:pPr>
      <w:r>
        <w:t>Extra security but not a fortress , how Amsterdam balanced safety and openness</w:t>
      </w:r>
      <w:r/>
    </w:p>
    <w:p>
      <w:r/>
      <w:r>
        <w:t>Officials made it clear they would step up security without spoiling the festival vibe. Police presence was broad and visible , on bicycles, in vehicles, on jetskis and patrol boats , and the mayor pledged ongoing vigilance. Local coverage noted plans for additional measures after the Berlin attack, while city leaders stressed that precautions were aimed at keeping people safe rather than turning the celebration into a closed event. If you were there, the reassurance was tangible: officers were present, but the crowd still felt free to cheer and dance.</w:t>
      </w:r>
      <w:r/>
    </w:p>
    <w:p>
      <w:pPr>
        <w:pStyle w:val="Heading2"/>
      </w:pPr>
      <w:r>
        <w:t>Politics afloat , satire, protest and public figures on the water</w:t>
      </w:r>
      <w:r/>
    </w:p>
    <w:p>
      <w:r/>
      <w:r>
        <w:t>The parade’s decorations did more than sparkle. Some floats offered pointed political commentary , inflatable figures mocking world leaders, placards calling for equality , and the presence of openly gay ministers underscored the political dimension. Amsterdam’s first openly gay minister attended, signalling state-level support, while activists used theatrical visuals to keep messages direct and memorable. It’s a reminder that Pride remains a space for joyful dissent as much as for partying.</w:t>
      </w:r>
      <w:r/>
    </w:p>
    <w:p>
      <w:pPr>
        <w:pStyle w:val="Heading2"/>
      </w:pPr>
      <w:r>
        <w:t>What it means going forward , security, solidarity, and celebration</w:t>
      </w:r>
      <w:r/>
    </w:p>
    <w:p>
      <w:r/>
      <w:r>
        <w:t>The events in Amsterdam showed a community determined to celebrate visibly while taking threats seriously. Local authorities pledged to monitor safety closely and implement extra measures where needed, and organisers emphasised unity and resilience. For anyone planning to attend future large-scale Pride events, the practical takeaway is simple: expect a friendly, festive environment but be ready for visible security and follow official guidance to stay safe.</w:t>
      </w:r>
      <w:r/>
    </w:p>
    <w:p>
      <w:r/>
      <w:r>
        <w:t>It's a small change that can make every parade safer and every celebration stronger.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10">
        <w:r>
          <w:rPr>
            <w:color w:val="0000EE"/>
            <w:u w:val="single"/>
          </w:rPr>
          <w:t>[3]</w:t>
        </w:r>
      </w:hyperlink>
      <w:r>
        <w:t xml:space="preserve">, </w:t>
      </w:r>
      <w:hyperlink r:id="rId12">
        <w:r>
          <w:rPr>
            <w:color w:val="0000EE"/>
            <w:u w:val="single"/>
          </w:rPr>
          <w:t>[6]</w:t>
        </w:r>
      </w:hyperlink>
      <w:r>
        <w:t xml:space="preserve">- Paragraph 4: </w:t>
      </w:r>
      <w:hyperlink r:id="rId9">
        <w:r>
          <w:rPr>
            <w:color w:val="0000EE"/>
            <w:u w:val="single"/>
          </w:rPr>
          <w:t>[2]</w:t>
        </w:r>
      </w:hyperlink>
      <w:r>
        <w:t xml:space="preserve">, </w:t>
      </w:r>
      <w:hyperlink r:id="rId13">
        <w:r>
          <w:rPr>
            <w:color w:val="0000EE"/>
            <w:u w:val="single"/>
          </w:rPr>
          <w:t>[5]</w:t>
        </w:r>
      </w:hyperlink>
      <w:r>
        <w:t xml:space="preserve">- Paragraph 5: </w:t>
      </w:r>
      <w:hyperlink r:id="rId14">
        <w:r>
          <w:rPr>
            <w:color w:val="0000EE"/>
            <w:u w:val="single"/>
          </w:rPr>
          <w:t>[7]</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https://www.dnes.bg/a/2-svyat/730500-worldpride-se-provede-v-amsterdam-pod-syankata-na-napadenieto-v-berlin-snimkivideo</w:t>
        </w:r>
      </w:hyperlink>
      <w:r>
        <w:t xml:space="preserve"> - Please view link - unable to able to access data</w:t>
      </w:r>
      <w:r/>
    </w:p>
    <w:p>
      <w:pPr>
        <w:pStyle w:val="ListNumber"/>
        <w:spacing w:line="240" w:lineRule="auto"/>
        <w:ind w:left="720"/>
      </w:pPr>
      <w:r/>
      <w:hyperlink r:id="rId9">
        <w:r>
          <w:rPr>
            <w:color w:val="0000EE"/>
            <w:u w:val="single"/>
          </w:rPr>
          <w:t>https://www.dnes.bg/a/2-svyat/730500-worldpride-se-provede-v-amsterdam-pod-syankata-na-napadenieto-v-berlin-snimkivideo</w:t>
        </w:r>
      </w:hyperlink>
      <w:r>
        <w:t xml:space="preserve"> - Hundreds of thousands gathered along Amsterdam's canals for the central event of WorldPride, a vibrant celebration and protest by the LGBTQ+ community. This year's event held special significance following a deadly attack during a Pride parade in Berlin the previous week. The canal parade featured numerous boats adorned with flags and balloons, while large crowds in colourful attire cheered from the banks. Some attendees carried placards, including one reading 'Make America Gay Again' and another stating 'Equal Love. Equal Rights!'. A notable float depicted inflatable figures resembling Russian President Vladimir Putin and U.S. President Donald Trump, dressed in traditional Dutch attire and appearing to kiss. The parade marked the culmination of Amsterdam Pride, chosen to host this year's WorldPride to commemorate 25 years since the world's first officially recognised same-sex marriage took place there. The theme for the two-week event in the Netherlands was 'UNITY'. Dutch Minister Rob Jetten, the country's first openly gay minister, attended the event, while police officers patrolled by bicycle, jet ski, boat, and car to ensure safety. In response to the Berlin attack, Amsterdam's Mayor Femke Halsema announced additional, unspecified security measures.</w:t>
      </w:r>
      <w:r/>
    </w:p>
    <w:p>
      <w:pPr>
        <w:pStyle w:val="ListNumber"/>
        <w:spacing w:line="240" w:lineRule="auto"/>
        <w:ind w:left="720"/>
      </w:pPr>
      <w:r/>
      <w:hyperlink r:id="rId10">
        <w:r>
          <w:rPr>
            <w:color w:val="0000EE"/>
            <w:u w:val="single"/>
          </w:rPr>
          <w:t>https://nltimes.nl/2026/07/26/amsterdam-mayor-plans-extra-pride-security-measures-1-killed-berlin</w:t>
        </w:r>
      </w:hyperlink>
      <w:r>
        <w:t xml:space="preserve"> - Amsterdam Mayor Femke Halsema announced plans to implement additional security measures for the city's WorldPride celebrations following a deadly attack at a Berlin Pride event. The attack involved a vehicle being driven into a crowd, resulting in one death and at least 16 injuries. Halsema expressed her horror over the incident, describing it as an attack on the freedom celebrated during Amsterdam's Pride festivities. She acknowledged the potential for the attack to evoke anger, fear, and concern among visitors and participants. The mayor stated that while security for large events in Amsterdam is always high, extra measures would be taken where necessary, with the aim of minimizing their visibility to attendees. (</w:t>
      </w:r>
      <w:hyperlink r:id="rId15">
        <w:r>
          <w:rPr>
            <w:color w:val="0000EE"/>
            <w:u w:val="single"/>
          </w:rPr>
          <w:t>nltimes.nl</w:t>
        </w:r>
      </w:hyperlink>
      <w:r>
        <w:t>)</w:t>
      </w:r>
      <w:r/>
    </w:p>
    <w:p>
      <w:pPr>
        <w:pStyle w:val="ListNumber"/>
        <w:spacing w:line="240" w:lineRule="auto"/>
        <w:ind w:left="720"/>
      </w:pPr>
      <w:r/>
      <w:hyperlink r:id="rId11">
        <w:r>
          <w:rPr>
            <w:color w:val="0000EE"/>
            <w:u w:val="single"/>
          </w:rPr>
          <w:t>https://www.startpagina.nl/blog/veiligheidsmaatregelen-worldpride-amsterdam</w:t>
        </w:r>
      </w:hyperlink>
      <w:r>
        <w:t xml:space="preserve"> - In response to the deadly attack at Berlin's Pride event, Amsterdam's WorldPride organisers are taking additional security measures. Mayor Femke Halsema announced that the city is closely monitoring the security situation and will implement extra measures where necessary. The exact nature of these measures has not been disclosed, as the city aims to maintain the festive atmosphere of WorldPride without imposing visible security barriers. The organisers emphasise the importance of celebrating freedom and unity, despite the recent tragic events. (</w:t>
      </w:r>
      <w:hyperlink r:id="rId16">
        <w:r>
          <w:rPr>
            <w:color w:val="0000EE"/>
            <w:u w:val="single"/>
          </w:rPr>
          <w:t>startpagina.nl</w:t>
        </w:r>
      </w:hyperlink>
      <w:r>
        <w:t>)</w:t>
      </w:r>
      <w:r/>
    </w:p>
    <w:p>
      <w:pPr>
        <w:pStyle w:val="ListNumber"/>
        <w:spacing w:line="240" w:lineRule="auto"/>
        <w:ind w:left="720"/>
      </w:pPr>
      <w:r/>
      <w:hyperlink r:id="rId13">
        <w:r>
          <w:rPr>
            <w:color w:val="0000EE"/>
            <w:u w:val="single"/>
          </w:rPr>
          <w:t>https://amsterdam.headliner.nl/item/halsema-houdt-veiligheid-worldpride-in-de-gaten-na-aanslag-berlijn-extra-maatregelen-waar-nodig-at5-66727</w:t>
        </w:r>
      </w:hyperlink>
      <w:r>
        <w:t xml:space="preserve"> - Following the attack in Berlin, Amsterdam's Mayor Femke Halsema is closely monitoring the safety of WorldPride events. She stated that extra security measures will be implemented where necessary, in consultation with the police, public prosecutor, and event organisers. The aim is to ensure the safety of participants while maintaining the celebratory nature of the Pride festivities. The mayor acknowledged the potential impact of the Berlin attack on attendees' feelings of safety and is committed to addressing these concerns appropriately. (</w:t>
      </w:r>
      <w:hyperlink r:id="rId17">
        <w:r>
          <w:rPr>
            <w:color w:val="0000EE"/>
            <w:u w:val="single"/>
          </w:rPr>
          <w:t>amsterdam.headliner.nl</w:t>
        </w:r>
      </w:hyperlink>
      <w:r>
        <w:t>)</w:t>
      </w:r>
      <w:r/>
    </w:p>
    <w:p>
      <w:pPr>
        <w:pStyle w:val="ListNumber"/>
        <w:spacing w:line="240" w:lineRule="auto"/>
        <w:ind w:left="720"/>
      </w:pPr>
      <w:r/>
      <w:hyperlink r:id="rId12">
        <w:r>
          <w:rPr>
            <w:color w:val="0000EE"/>
            <w:u w:val="single"/>
          </w:rPr>
          <w:t>https://www.metronieuws.nl/in-het-nieuws/2026/07/extra-beveiliging-worldpride-na-aanslag-berlijn-br/</w:t>
        </w:r>
      </w:hyperlink>
      <w:r>
        <w:t xml:space="preserve"> - In light of the recent attack at Berlin's Pride event, Amsterdam is implementing additional security measures for WorldPride. Mayor Femke Halsema announced that the city is closely monitoring the situation and will take extra measures where necessary. The exact details of these measures have not been disclosed, as the city aims to maintain the festive atmosphere of WorldPride without imposing visible security barriers. The organisers emphasise the importance of celebrating freedom and unity, despite the recent tragic events. (</w:t>
      </w:r>
      <w:hyperlink r:id="rId18">
        <w:r>
          <w:rPr>
            <w:color w:val="0000EE"/>
            <w:u w:val="single"/>
          </w:rPr>
          <w:t>metronieuws.nl</w:t>
        </w:r>
      </w:hyperlink>
      <w:r>
        <w:t>)</w:t>
      </w:r>
      <w:r/>
    </w:p>
    <w:p>
      <w:pPr>
        <w:pStyle w:val="ListNumber"/>
        <w:spacing w:line="240" w:lineRule="auto"/>
        <w:ind w:left="720"/>
      </w:pPr>
      <w:r/>
      <w:hyperlink r:id="rId14">
        <w:r>
          <w:rPr>
            <w:color w:val="0000EE"/>
            <w:u w:val="single"/>
          </w:rPr>
          <w:t>https://www.nhnieuws.nl/nieuws/361935/amsterdamse-burgemeester-halsema-houdt-veiligheid-pride-in-de-gaten-na-aanslag-in-berlijn-extra-maatregelen-waar-nodig</w:t>
        </w:r>
      </w:hyperlink>
      <w:r>
        <w:t xml:space="preserve"> - Amsterdam's Mayor Femke Halsema is taking extra security measures for WorldPride following the attack in Berlin. She stated that the city is closely monitoring the situation and will implement additional measures where necessary. The exact nature of these measures has not been disclosed, as the city aims to maintain the festive atmosphere of WorldPride without imposing visible security barriers. The organisers emphasise the importance of celebrating freedom and unity, despite the recent tragic events. (</w:t>
      </w:r>
      <w:hyperlink r:id="rId19">
        <w:r>
          <w:rPr>
            <w:color w:val="0000EE"/>
            <w:u w:val="single"/>
          </w:rPr>
          <w:t>nhnieuws.nl</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nes.bg/a/2-svyat/730500-worldpride-se-provede-v-amsterdam-pod-syankata-na-napadenieto-v-berlin-snimkivideo" TargetMode="External"/><Relationship Id="rId10" Type="http://schemas.openxmlformats.org/officeDocument/2006/relationships/hyperlink" Target="https://nltimes.nl/2026/07/26/amsterdam-mayor-plans-extra-pride-security-measures-1-killed-berlin" TargetMode="External"/><Relationship Id="rId11" Type="http://schemas.openxmlformats.org/officeDocument/2006/relationships/hyperlink" Target="https://www.startpagina.nl/blog/veiligheidsmaatregelen-worldpride-amsterdam" TargetMode="External"/><Relationship Id="rId12" Type="http://schemas.openxmlformats.org/officeDocument/2006/relationships/hyperlink" Target="https://www.metronieuws.nl/in-het-nieuws/2026/07/extra-beveiliging-worldpride-na-aanslag-berlijn-br/" TargetMode="External"/><Relationship Id="rId13" Type="http://schemas.openxmlformats.org/officeDocument/2006/relationships/hyperlink" Target="https://amsterdam.headliner.nl/item/halsema-houdt-veiligheid-worldpride-in-de-gaten-na-aanslag-berlijn-extra-maatregelen-waar-nodig-at5-66727" TargetMode="External"/><Relationship Id="rId14" Type="http://schemas.openxmlformats.org/officeDocument/2006/relationships/hyperlink" Target="https://www.nhnieuws.nl/nieuws/361935/amsterdamse-burgemeester-halsema-houdt-veiligheid-pride-in-de-gaten-na-aanslag-in-berlijn-extra-maatregelen-waar-nodig" TargetMode="External"/><Relationship Id="rId15" Type="http://schemas.openxmlformats.org/officeDocument/2006/relationships/hyperlink" Target="https://nltimes.nl/2026/07/26/amsterdam-mayor-plans-extra-pride-security-measures-1-killed-berlin?utm_source=openai" TargetMode="External"/><Relationship Id="rId16" Type="http://schemas.openxmlformats.org/officeDocument/2006/relationships/hyperlink" Target="https://www.startpagina.nl/blog/veiligheidsmaatregelen-worldpride-amsterdam?utm_source=openai" TargetMode="External"/><Relationship Id="rId17" Type="http://schemas.openxmlformats.org/officeDocument/2006/relationships/hyperlink" Target="https://amsterdam.headliner.nl/item/halsema-houdt-veiligheid-worldpride-in-de-gaten-na-aanslag-berlijn-extra-maatregelen-waar-nodig-at5-66727?utm_source=openai" TargetMode="External"/><Relationship Id="rId18" Type="http://schemas.openxmlformats.org/officeDocument/2006/relationships/hyperlink" Target="https://www.metronieuws.nl/in-het-nieuws/2026/07/extra-beveiliging-worldpride-na-aanslag-berlijn-br/?utm_source=openai" TargetMode="External"/><Relationship Id="rId19" Type="http://schemas.openxmlformats.org/officeDocument/2006/relationships/hyperlink" Target="https://www.nhnieuws.nl/nieuws/361935/amsterdamse-burgemeester-halsema-houdt-veiligheid-pride-in-de-gaten-na-aanslag-in-berlijn-extra-maatregelen-waar-nodig?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