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Music Festival Moments: Madonna, Kylie and a Night for HIV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Madonna closed World Pride Music Festival in Amsterdam with a late-night Club Confessions set that mixed surprise guests, club-era nostalgia and a push for HIV prevention , a vivid reminder that Pride can be party and platform at once.</w:t>
      </w:r>
      <w:r/>
    </w:p>
    <w:p>
      <w:r/>
      <w:r>
        <w:t>Essential Takeaways</w:t>
      </w:r>
      <w:r/>
      <w:r/>
    </w:p>
    <w:p>
      <w:pPr>
        <w:pStyle w:val="ListBullet"/>
        <w:spacing w:line="240" w:lineRule="auto"/>
        <w:ind w:left="720"/>
      </w:pPr>
      <w:r/>
      <w:r>
        <w:rPr>
          <w:b/>
        </w:rPr>
        <w:t>Star turn:</w:t>
      </w:r>
      <w:r>
        <w:t xml:space="preserve"> Madonna headlined the festival’s final night with a Club Confessions set at AFAS Live, playing to thousands and reviving her dance-floor era.</w:t>
      </w:r>
      <w:r/>
    </w:p>
    <w:p>
      <w:pPr>
        <w:pStyle w:val="ListBullet"/>
        <w:spacing w:line="240" w:lineRule="auto"/>
        <w:ind w:left="720"/>
      </w:pPr>
      <w:r/>
      <w:r>
        <w:rPr>
          <w:b/>
        </w:rPr>
        <w:t>Surprise duet:</w:t>
      </w:r>
      <w:r>
        <w:t xml:space="preserve"> Kylie Minogue joined on stage for a new remix of “Love Sensation,” adding sparkle and camaraderie.</w:t>
      </w:r>
      <w:r/>
    </w:p>
    <w:p>
      <w:pPr>
        <w:pStyle w:val="ListBullet"/>
        <w:spacing w:line="240" w:lineRule="auto"/>
        <w:ind w:left="720"/>
      </w:pPr>
      <w:r/>
      <w:r>
        <w:rPr>
          <w:b/>
        </w:rPr>
        <w:t>Health focus:</w:t>
      </w:r>
      <w:r>
        <w:t xml:space="preserve"> The set was organised by MISTR, a telehealth platform offering free PrEP, Doxy PEP, STI testing and long-term HIV care, and Madonna publicly endorsed their work.</w:t>
      </w:r>
      <w:r/>
    </w:p>
    <w:p>
      <w:pPr>
        <w:pStyle w:val="ListBullet"/>
        <w:spacing w:line="240" w:lineRule="auto"/>
        <w:ind w:left="720"/>
      </w:pPr>
      <w:r/>
      <w:r>
        <w:rPr>
          <w:b/>
        </w:rPr>
        <w:t>Festival vibe:</w:t>
      </w:r>
      <w:r>
        <w:t xml:space="preserve"> Producers Jake Resnicow and Insomniac framed the weekend as an unapologetic, open celebration of LGBTQ+ community and culture.</w:t>
      </w:r>
      <w:r/>
    </w:p>
    <w:p>
      <w:pPr>
        <w:pStyle w:val="ListBullet"/>
        <w:spacing w:line="240" w:lineRule="auto"/>
        <w:ind w:left="720"/>
      </w:pPr>
      <w:r/>
      <w:r>
        <w:rPr>
          <w:b/>
        </w:rPr>
        <w:t>Legacy and reach:</w:t>
      </w:r>
      <w:r>
        <w:t xml:space="preserve"> The appearance follows Madonna’s recent pop-up performances in Los Angeles and Times Square, underlining a renewed performance push.</w:t>
      </w:r>
      <w:r/>
      <w:r/>
    </w:p>
    <w:p>
      <w:pPr>
        <w:pStyle w:val="Heading2"/>
      </w:pPr>
      <w:r>
        <w:t>Madonna brought confessional disco back , and it felt warm and loud</w:t>
      </w:r>
      <w:r/>
    </w:p>
    <w:p>
      <w:r/>
      <w:r>
        <w:t>Madonna took the stage shortly before 2:30 a.m. local time, and the room hummed with that sweaty, ecstatic club energy you only get at the back of a packed venue. AFAS Live, with space for around 6,000 people, became a late-night church of confetti and sequins. Stuart Price, long associated with her Confessions-on-the-dance-floor sound, DJed the set, so the textures and tempo leaned into the sleek, propulsive grooves fans remember.</w:t>
      </w:r>
      <w:r/>
    </w:p>
    <w:p>
      <w:r/>
      <w:r>
        <w:t>According to local reports, the show leaned into choreography, remixes and cheeky pop theatre rather than a greatest-hits stadium sweep. For festival-goers it was less about catalogue choreography and more about being in the same room as a figure who helped shape dance-pop , a sensory hit of bass, lights and community.</w:t>
      </w:r>
      <w:r/>
    </w:p>
    <w:p>
      <w:pPr>
        <w:pStyle w:val="Heading2"/>
      </w:pPr>
      <w:r>
        <w:t>Kylie’s surprise cameo turned the night into an impromptu duet</w:t>
      </w:r>
      <w:r/>
    </w:p>
    <w:p>
      <w:r/>
      <w:r>
        <w:t>The set got an extra lift when Kylie Minogue appeared unannounced to perform a new remix of “Love Sensation,” a link back to that early-2000s glossy club era. Seeing the two perform felt like an affectionate wink to pop history; the chemistry was playful and celebratory, and it underscored how Pride stages often become places of joyful reunion.</w:t>
      </w:r>
      <w:r/>
    </w:p>
    <w:p>
      <w:r/>
      <w:r>
        <w:t>Fans online were quick to share clips, and Kylie thanked Madonna and the festival organisers afterward on social channels. That spontaneous element , a superstar dropping in , is part of the thrill of big festival weekends and keeps the headlines alive long after the last song fades.</w:t>
      </w:r>
      <w:r/>
    </w:p>
    <w:p>
      <w:pPr>
        <w:pStyle w:val="Heading2"/>
      </w:pPr>
      <w:r>
        <w:t>This wasn’t just a party , it was a platform for HIV prevention</w:t>
      </w:r>
      <w:r/>
    </w:p>
    <w:p>
      <w:r/>
      <w:r>
        <w:t>Organisers invited MISTR to run Club Confessions, and Madonna used a press statement to stress the connection between art and activism. She praised the platform’s work expanding access to PrEP, Doxy PEP, STI testing and long-term HIV care, tying the headline performance directly to a public-health message. That move made the night feel rooted, not just celebratory.</w:t>
      </w:r>
      <w:r/>
    </w:p>
    <w:p>
      <w:r/>
      <w:r>
        <w:t>Festival producers and health groups have been leaning into that model: programming that blends entertainment with clear resources for queer health. If you’re planning to attend similar events, check organisers’ health partnerships beforehand , they often offer on-site testing or sign-ups that make care easier to access.</w:t>
      </w:r>
      <w:r/>
    </w:p>
    <w:p>
      <w:pPr>
        <w:pStyle w:val="Heading2"/>
      </w:pPr>
      <w:r>
        <w:t>Producers framed the whole weekend as an unapologetic gathering</w:t>
      </w:r>
      <w:r/>
    </w:p>
    <w:p>
      <w:r/>
      <w:r>
        <w:t>Jake Resnicow and Insomniac, the festival’s producers, billed the event as a place to gather “openly, joyfully, and without apology.” That language matters in a moment when Pride is under pressure in some parts of the world; the idea of a large, unapologetic festival in Amsterdam reads as both joyful and defiant. The lineup also included names like Bebe Rexha and Paris Hilton, giving the weekend a mix of dance, pop and cross-generational appeal.</w:t>
      </w:r>
      <w:r/>
    </w:p>
    <w:p>
      <w:r/>
      <w:r>
        <w:t>Industry observers note this is part of a broader trend: producers are turning Pride weekends into multi-venue, high-production moments that double as cultural statements. Expect more big-name surprise appearances and partnerships with health and community organisations.</w:t>
      </w:r>
      <w:r/>
    </w:p>
    <w:p>
      <w:pPr>
        <w:pStyle w:val="Heading2"/>
      </w:pPr>
      <w:r>
        <w:t>Why this tour of flash performances matters for Madonna , and for fans</w:t>
      </w:r>
      <w:r/>
    </w:p>
    <w:p>
      <w:r/>
      <w:r>
        <w:t>Madonna’s Amsterdam appearance fits a pattern: in recent months she’s made pop-up stops, including The Abbey in West Hollywood and a Times Square performance to mark Pride month. Those brief, high-impact moments keep an artist culturally present without committing to a long tour and give fans a sense of immediacy. For concert-goers, that means chasing smaller, more intense experiences rather than traditional arena residencies.</w:t>
      </w:r>
      <w:r/>
    </w:p>
    <w:p>
      <w:r/>
      <w:r>
        <w:t>If you’re following this era, watch for short-notice announcements and local pop-ups; they’re likely to be the most surprising and rewarding ways to catch artists who are curating momentum rather than a classic album-tour schedule.</w:t>
      </w:r>
      <w:r/>
    </w:p>
    <w:p>
      <w:r/>
      <w:r>
        <w:t>It's a small change that can make every Pride set feel like both celebration and care.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9">
        <w:r>
          <w:rPr>
            <w:color w:val="0000EE"/>
            <w:u w:val="single"/>
          </w:rPr>
          <w:t>[1]</w:t>
        </w:r>
      </w:hyperlink>
      <w:r>
        <w:t xml:space="preserve">- Paragraph 4: </w:t>
      </w:r>
      <w:hyperlink r:id="rId15">
        <w:r>
          <w:rPr>
            <w:color w:val="0000EE"/>
            <w:u w:val="single"/>
          </w:rPr>
          <w:t>[5]</w:t>
        </w:r>
      </w:hyperlink>
      <w:r>
        <w:t xml:space="preserve">, </w:t>
      </w:r>
      <w:hyperlink r:id="rId9">
        <w:r>
          <w:rPr>
            <w:color w:val="0000EE"/>
            <w:u w:val="single"/>
          </w:rPr>
          <w:t>[1]</w:t>
        </w:r>
      </w:hyperlink>
      <w:r>
        <w:t xml:space="preserve">- Paragraph 5: </w:t>
      </w:r>
      <w:hyperlink r:id="rId13">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https://www.washingtonblade.com/2026/08/02/madonna-headlines-world-pride-music-festival-in-amsterdam/?utm_source=rss&amp;utm_medium=rss&amp;utm_campaign=madonna-headlines-world-pride-music-festival-in-amsterdam</w:t>
        </w:r>
      </w:hyperlink>
      <w:r>
        <w:t xml:space="preserve"> - Please view link - unable to able to access data</w:t>
      </w:r>
      <w:r/>
    </w:p>
    <w:p>
      <w:pPr>
        <w:pStyle w:val="ListNumber"/>
        <w:spacing w:line="240" w:lineRule="auto"/>
        <w:ind w:left="720"/>
      </w:pPr>
      <w:r/>
      <w:hyperlink r:id="rId10">
        <w:r>
          <w:rPr>
            <w:color w:val="0000EE"/>
            <w:u w:val="single"/>
          </w:rPr>
          <w:t>https://www.elpais.com/cultura/2026-08-02/madonna-actua-con-kylie-minogue-en-el-world-pride-de-amsterdam.html</w:t>
        </w:r>
      </w:hyperlink>
      <w:r>
        <w:t xml:space="preserve"> - Madonna performed at the World Pride Music Festival in Amsterdam's AFAS Live concert hall, accompanied by Kylie Minogue. They performed songs from Madonna's latest album, 'Confessions on a Dancefloor II', including 'Sorry' and 'Hung Up'. Madonna, aged 67, reaffirmed her commitment to the LGBTQ+ community. The event also featured a canal parade with 80 boats, including one with Prime Minister Rob Jetten. The festival runs from July 25 to August 8, 2026. (</w:t>
      </w:r>
      <w:hyperlink r:id="rId16">
        <w:r>
          <w:rPr>
            <w:color w:val="0000EE"/>
            <w:u w:val="single"/>
          </w:rPr>
          <w:t>elpais.com</w:t>
        </w:r>
      </w:hyperlink>
      <w:r>
        <w:t>)</w:t>
      </w:r>
      <w:r/>
    </w:p>
    <w:p>
      <w:pPr>
        <w:pStyle w:val="ListNumber"/>
        <w:spacing w:line="240" w:lineRule="auto"/>
        <w:ind w:left="720"/>
      </w:pPr>
      <w:r/>
      <w:hyperlink r:id="rId12">
        <w:r>
          <w:rPr>
            <w:color w:val="0000EE"/>
            <w:u w:val="single"/>
          </w:rPr>
          <w:t>https://www.melkweg.nl/en/news/worldpride26/</w:t>
        </w:r>
      </w:hyperlink>
      <w:r>
        <w:t xml:space="preserve"> - Melkweg, a cultural venue in Amsterdam, is hosting Club Chrome during WorldPride 2026. This multidisciplinary festival, running from July 25 to August 8, unites music, art, and activism, amplifying queer voices. The venue transforms into Club Chrome, celebrating the full spectrum of queer identities and expressions. The festival features performances by global drag icon Pabllo Vittar and other artists. (</w:t>
      </w:r>
      <w:hyperlink r:id="rId17">
        <w:r>
          <w:rPr>
            <w:color w:val="0000EE"/>
            <w:u w:val="single"/>
          </w:rPr>
          <w:t>melkweg.nl</w:t>
        </w:r>
      </w:hyperlink>
      <w:r>
        <w:t>)</w:t>
      </w:r>
      <w:r/>
    </w:p>
    <w:p>
      <w:pPr>
        <w:pStyle w:val="ListNumber"/>
        <w:spacing w:line="240" w:lineRule="auto"/>
        <w:ind w:left="720"/>
      </w:pPr>
      <w:r/>
      <w:hyperlink r:id="rId11">
        <w:r>
          <w:rPr>
            <w:color w:val="0000EE"/>
            <w:u w:val="single"/>
          </w:rPr>
          <w:t>https://pride.amsterdam/en/event/closing-concert/</w:t>
        </w:r>
      </w:hyperlink>
      <w:r>
        <w:t xml:space="preserve"> - The WorldPride Amsterdam 2026 Closing Concert is scheduled for August 8, 2026, at Museumplein. The event will feature performances by Olly Alexander (Years &amp; Years), Lion Babe, The Blessed Madonna, and others. The concert aims to celebrate the conclusion of two historic weeks of WorldPride in Amsterdam. (</w:t>
      </w:r>
      <w:hyperlink r:id="rId18">
        <w:r>
          <w:rPr>
            <w:color w:val="0000EE"/>
            <w:u w:val="single"/>
          </w:rPr>
          <w:t>pride.amsterdam</w:t>
        </w:r>
      </w:hyperlink>
      <w:r>
        <w:t>)</w:t>
      </w:r>
      <w:r/>
    </w:p>
    <w:p>
      <w:pPr>
        <w:pStyle w:val="ListNumber"/>
        <w:spacing w:line="240" w:lineRule="auto"/>
        <w:ind w:left="720"/>
      </w:pPr>
      <w:r/>
      <w:hyperlink r:id="rId15">
        <w:r>
          <w:rPr>
            <w:color w:val="0000EE"/>
            <w:u w:val="single"/>
          </w:rPr>
          <w:t>https://pride.amsterdam/en/volledige-programmering-museumplein-tijdens-worldpride-amsterdam-bekend/</w:t>
        </w:r>
      </w:hyperlink>
      <w:r>
        <w:t xml:space="preserve"> - The full programme for WorldPride Amsterdam at Museumplein has been announced. From August 4 to August 8, 2026, Museumplein will host five days of concerts, queer culture, local talent, and international stars. The final headliner is Joss Stone, who will perform at the Unity Concert on August 4. (</w:t>
      </w:r>
      <w:hyperlink r:id="rId19">
        <w:r>
          <w:rPr>
            <w:color w:val="0000EE"/>
            <w:u w:val="single"/>
          </w:rPr>
          <w:t>pride.amsterdam</w:t>
        </w:r>
      </w:hyperlink>
      <w:r>
        <w:t>)</w:t>
      </w:r>
      <w:r/>
    </w:p>
    <w:p>
      <w:pPr>
        <w:pStyle w:val="ListNumber"/>
        <w:spacing w:line="240" w:lineRule="auto"/>
        <w:ind w:left="720"/>
      </w:pPr>
      <w:r/>
      <w:hyperlink r:id="rId14">
        <w:r>
          <w:rPr>
            <w:color w:val="0000EE"/>
            <w:u w:val="single"/>
          </w:rPr>
          <w:t>https://www.ditjesendatjes.nl/madonna-komt-naar-pride-amsterdam</w:t>
        </w:r>
      </w:hyperlink>
      <w:r>
        <w:t xml:space="preserve"> - Madonna sparked speculation about her participation in WorldPride Amsterdam by posting a message in Dutch on Instagram: 'Ik heb iets waar ik over wil praten' ('I have something I want to talk about'). Fans are speculating about a possible surprise appearance during the festival, which runs until August 8, 2026. (</w:t>
      </w:r>
      <w:hyperlink r:id="rId20">
        <w:r>
          <w:rPr>
            <w:color w:val="0000EE"/>
            <w:u w:val="single"/>
          </w:rPr>
          <w:t>ditjesendatjes.nl</w:t>
        </w:r>
      </w:hyperlink>
      <w:r>
        <w:t>)</w:t>
      </w:r>
      <w:r/>
    </w:p>
    <w:p>
      <w:pPr>
        <w:pStyle w:val="ListNumber"/>
        <w:spacing w:line="240" w:lineRule="auto"/>
        <w:ind w:left="720"/>
      </w:pPr>
      <w:r/>
      <w:hyperlink r:id="rId13">
        <w:r>
          <w:rPr>
            <w:color w:val="0000EE"/>
            <w:u w:val="single"/>
          </w:rPr>
          <w:t>https://www.musicnews.com/news/2026-06-05-madonna-surprises-fans-with-times-square-pop-up-concert-to-launch-new-era</w:t>
        </w:r>
      </w:hyperlink>
      <w:r>
        <w:t xml:space="preserve"> - Madonna surprised fans with a pop-up concert in Times Square on June 4, 2026, to launch her new album, 'Confessions II'. The 15-minute performance featured her most beloved dance-floor anthems and served as a Pride Month celebration. The album was scheduled for release on July 3, 2026. (</w:t>
      </w:r>
      <w:hyperlink r:id="rId21">
        <w:r>
          <w:rPr>
            <w:color w:val="0000EE"/>
            <w:u w:val="single"/>
          </w:rPr>
          <w:t>musicnews.com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2/madonna-headlines-world-pride-music-festival-in-amsterdam/?utm_source=rss&amp;utm_medium=rss&amp;utm_campaign=madonna-headlines-world-pride-music-festival-in-amsterdam" TargetMode="External"/><Relationship Id="rId10" Type="http://schemas.openxmlformats.org/officeDocument/2006/relationships/hyperlink" Target="https://www.elpais.com/cultura/2026-08-02/madonna-actua-con-kylie-minogue-en-el-world-pride-de-amsterdam.html" TargetMode="External"/><Relationship Id="rId11" Type="http://schemas.openxmlformats.org/officeDocument/2006/relationships/hyperlink" Target="https://pride.amsterdam/en/event/closing-concert/" TargetMode="External"/><Relationship Id="rId12" Type="http://schemas.openxmlformats.org/officeDocument/2006/relationships/hyperlink" Target="https://www.melkweg.nl/en/news/worldpride26/" TargetMode="External"/><Relationship Id="rId13" Type="http://schemas.openxmlformats.org/officeDocument/2006/relationships/hyperlink" Target="https://www.musicnews.com/news/2026-06-05-madonna-surprises-fans-with-times-square-pop-up-concert-to-launch-new-era" TargetMode="External"/><Relationship Id="rId14" Type="http://schemas.openxmlformats.org/officeDocument/2006/relationships/hyperlink" Target="https://www.ditjesendatjes.nl/madonna-komt-naar-pride-amsterdam" TargetMode="External"/><Relationship Id="rId15" Type="http://schemas.openxmlformats.org/officeDocument/2006/relationships/hyperlink" Target="https://pride.amsterdam/en/volledige-programmering-museumplein-tijdens-worldpride-amsterdam-bekend/" TargetMode="External"/><Relationship Id="rId16" Type="http://schemas.openxmlformats.org/officeDocument/2006/relationships/hyperlink" Target="https://elpais.com/cultura/2026-08-02/madonna-actua-con-kylie-minogue-en-el-world-pride-de-amsterdam.html?utm_source=openai" TargetMode="External"/><Relationship Id="rId17" Type="http://schemas.openxmlformats.org/officeDocument/2006/relationships/hyperlink" Target="https://www.melkweg.nl/en/news/worldpride26/?utm_source=openai" TargetMode="External"/><Relationship Id="rId18" Type="http://schemas.openxmlformats.org/officeDocument/2006/relationships/hyperlink" Target="https://pride.amsterdam/en/event/closing-concert/?utm_source=openai" TargetMode="External"/><Relationship Id="rId19" Type="http://schemas.openxmlformats.org/officeDocument/2006/relationships/hyperlink" Target="https://pride.amsterdam/en/volledige-programmering-museumplein-tijdens-worldpride-amsterdam-bekend/?utm_source=openai" TargetMode="External"/><Relationship Id="rId20" Type="http://schemas.openxmlformats.org/officeDocument/2006/relationships/hyperlink" Target="https://www.ditjesendatjes.nl/madonna-komt-naar-pride-amsterdam?utm_source=openai" TargetMode="External"/><Relationship Id="rId21" Type="http://schemas.openxmlformats.org/officeDocument/2006/relationships/hyperlink" Target="https://www.musicnews.com/news/2026-06-05-madonna-surprises-fans-with-times-square-pop-up-concert-to-launch-new-er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