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Weekend Traffic Alerts in Salvador: What To Know Before You Drive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Expect road changes across Salvador this weekend as multiple events , runs, parades and festivals , roll through city neighbourhoods; residents and visitors should plan routes, allow extra time and follow Transalvador signage to avoid delays.</w:t>
      </w:r>
      <w:r/>
    </w:p>
    <w:p>
      <w:r/>
      <w:r>
        <w:t>Essential Takeaways</w:t>
      </w:r>
      <w:r/>
      <w:r/>
    </w:p>
    <w:p>
      <w:pPr>
        <w:pStyle w:val="ListBullet"/>
        <w:spacing w:line="240" w:lineRule="auto"/>
        <w:ind w:left="720"/>
      </w:pPr>
      <w:r/>
      <w:r>
        <w:rPr>
          <w:b/>
        </w:rPr>
        <w:t>Widespread closures:</w:t>
      </w:r>
      <w:r>
        <w:t xml:space="preserve"> Several neighbourhoods including Barra, Ondina, Pituaçu, Cajazeiras and São Marcos will see vehicle restrictions and shared lanes.</w:t>
      </w:r>
      <w:r/>
    </w:p>
    <w:p>
      <w:pPr>
        <w:pStyle w:val="ListBullet"/>
        <w:spacing w:line="240" w:lineRule="auto"/>
        <w:ind w:left="720"/>
      </w:pPr>
      <w:r/>
      <w:r>
        <w:rPr>
          <w:b/>
        </w:rPr>
        <w:t>Early starts:</w:t>
      </w:r>
      <w:r>
        <w:t xml:space="preserve"> Some events begin pre-dawn , expect closures from around 04:30 for waterfront races and from 05:30 for neighbourhood runs.</w:t>
      </w:r>
      <w:r/>
    </w:p>
    <w:p>
      <w:pPr>
        <w:pStyle w:val="ListBullet"/>
        <w:spacing w:line="240" w:lineRule="auto"/>
        <w:ind w:left="720"/>
      </w:pPr>
      <w:r/>
      <w:r>
        <w:rPr>
          <w:b/>
        </w:rPr>
        <w:t>Fixed and mobile barriers:</w:t>
      </w:r>
      <w:r>
        <w:t xml:space="preserve"> Transalvador will use both fixed (BF) and mobile (BM) barriers, plus event-grade fencing and cones , signage will be obvious and progressive.</w:t>
      </w:r>
      <w:r/>
    </w:p>
    <w:p>
      <w:pPr>
        <w:pStyle w:val="ListBullet"/>
        <w:spacing w:line="240" w:lineRule="auto"/>
        <w:ind w:left="720"/>
      </w:pPr>
      <w:r/>
      <w:r>
        <w:rPr>
          <w:b/>
        </w:rPr>
        <w:t>Alternative routes suggested:</w:t>
      </w:r>
      <w:r>
        <w:t xml:space="preserve"> Organisers have published suggested diversions for major affected corridors such as Av. Octávio Mangabeira and Av. Oceânica.</w:t>
      </w:r>
      <w:r/>
    </w:p>
    <w:p>
      <w:pPr>
        <w:pStyle w:val="ListBullet"/>
        <w:spacing w:line="240" w:lineRule="auto"/>
        <w:ind w:left="720"/>
      </w:pPr>
      <w:r/>
      <w:r>
        <w:rPr>
          <w:b/>
        </w:rPr>
        <w:t>Bring patience:</w:t>
      </w:r>
      <w:r>
        <w:t xml:space="preserve"> Noise, crowds and a festival atmosphere are likely; public transport or walking may be faster for short trips near event zones.</w:t>
      </w:r>
      <w:r/>
      <w:r/>
    </w:p>
    <w:p>
      <w:pPr>
        <w:pStyle w:val="Heading2"/>
      </w:pPr>
      <w:r>
        <w:t>What’s closing and where , a quick snapshot</w:t>
      </w:r>
      <w:r/>
    </w:p>
    <w:p>
      <w:r/>
      <w:r>
        <w:t>If you normally drive along the orla or the city’s eastern stretch, expect the most disruption. The Hoka Speed Run will thread the seafront between Barra and Pituaçu with progressive lane closures from the Largo do Farol da Barra through Av. Oceânica, while other events scatter restrictions across São Marcos, Marechal Rondon and the Cidade Baixa. The mix of full interdictions and lane-sharing means some stretches will be completely shut, others reduced to one lane with fencing or cones. Follow the Transalvador signs and the event marshals; they’ll point you to the official detours.</w:t>
      </w:r>
      <w:r/>
    </w:p>
    <w:p>
      <w:pPr>
        <w:pStyle w:val="Heading2"/>
      </w:pPr>
      <w:r>
        <w:t>Early-morning races demand extra planning</w:t>
      </w:r>
      <w:r/>
    </w:p>
    <w:p>
      <w:r/>
      <w:r>
        <w:t>Races such as the Hoka Speed Run and VI Turbo Run start before breakfast, so drivers heading to work or appointments should check timings. The Hoka event closes parts of the Largo do Farol and Av. Oceânica from about 04:30 until roughly 09:00, with release made progressively as athletes pass. The VI Turbo Run blocks sections of Av. Octávio Mangabeira from 05:30 to 08:00. If you travel those corridors regularly, leave earlier, use recommended alternative avenues, or consider public transport until roads reopen.</w:t>
      </w:r>
      <w:r/>
    </w:p>
    <w:p>
      <w:pPr>
        <w:pStyle w:val="Heading2"/>
      </w:pPr>
      <w:r>
        <w:t>Community events bring festive crowds and local closures</w:t>
      </w:r>
      <w:r/>
    </w:p>
    <w:p>
      <w:r/>
      <w:r>
        <w:t>Street fairs and cultural events are a big part of the city’s weekend energy. The 10th Parada LGBTQIAPN+ at Arraial do Retiro and the Arrastão Samba Junino in São Marcos both create staged closures during the afternoon and evening, while the Forró Du Pezinho in Marechal Rondon affects traffic late into the night and again the following afternoon. These events often mean temporary pedestrianised zones and plenty of foot traffic, so if you’re visiting, wear comfortable shoes and expect a lively atmosphere.</w:t>
      </w:r>
      <w:r/>
    </w:p>
    <w:p>
      <w:pPr>
        <w:pStyle w:val="Heading2"/>
      </w:pPr>
      <w:r>
        <w:t>Minor roads, major planning , look for barriers and shared lanes</w:t>
      </w:r>
      <w:r/>
    </w:p>
    <w:p>
      <w:r/>
      <w:r>
        <w:t>Transalvador lists both fixed barriers (BF), placed from midnight or early morning in key spots, and mobile barriers (BM) deployed closer to start times. Shared lanes are being used on parts of Av. Oceânica and Av. Octávio Mangabeira where organisers install grades to separate runners from vehicles. That creates pinch-points for cars, so cyclists and scooter riders should be extra cautious and avoid squeezing through narrow corridors.</w:t>
      </w:r>
      <w:r/>
    </w:p>
    <w:p>
      <w:pPr>
        <w:pStyle w:val="Heading2"/>
      </w:pPr>
      <w:r>
        <w:t>Practical tips for drivers, residents and visitors</w:t>
      </w:r>
      <w:r/>
      <w:r/>
    </w:p>
    <w:p>
      <w:pPr>
        <w:pStyle w:val="ListBullet"/>
        <w:spacing w:line="240" w:lineRule="auto"/>
        <w:ind w:left="720"/>
      </w:pPr>
      <w:r/>
      <w:r>
        <w:t>Check real-time updates from Transalvador or local news before leaving; traffic maps change as events progress.</w:t>
      </w:r>
      <w:r/>
    </w:p>
    <w:p>
      <w:pPr>
        <w:pStyle w:val="ListBullet"/>
        <w:spacing w:line="240" w:lineRule="auto"/>
        <w:ind w:left="720"/>
      </w:pPr>
      <w:r/>
      <w:r>
        <w:t>If you can, shift appointments or errands to avoid peak closure windows , early morning runs and afternoon parades are predictable trouble spots.</w:t>
      </w:r>
      <w:r/>
    </w:p>
    <w:p>
      <w:pPr>
        <w:pStyle w:val="ListBullet"/>
        <w:spacing w:line="240" w:lineRule="auto"/>
        <w:ind w:left="720"/>
      </w:pPr>
      <w:r/>
      <w:r>
        <w:t>Use suggested detours: Av. Anita Garibaldi, Av. Mílton Santos and inner roads like Rua Eurycles de Mattos are commonly recommended alternatives.</w:t>
      </w:r>
      <w:r/>
    </w:p>
    <w:p>
      <w:pPr>
        <w:pStyle w:val="ListBullet"/>
        <w:spacing w:line="240" w:lineRule="auto"/>
        <w:ind w:left="720"/>
      </w:pPr>
      <w:r/>
      <w:r>
        <w:t>Park further from event hubs and walk in; it’s often quicker than hunting for a space near closures.</w:t>
      </w:r>
      <w:r/>
    </w:p>
    <w:p>
      <w:pPr>
        <w:pStyle w:val="ListBullet"/>
        <w:spacing w:line="240" w:lineRule="auto"/>
        <w:ind w:left="720"/>
      </w:pPr>
      <w:r/>
      <w:r>
        <w:t>Be patient and courteous with event staff and the police; they’re directing flows for safety.</w:t>
      </w:r>
      <w:r/>
      <w:r/>
    </w:p>
    <w:p>
      <w:r/>
      <w:r>
        <w:t>It's a small change that can make every journey smoother this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[5]</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[3]</w:t>
        </w:r>
      </w:hyperlink>
      <w:r>
        <w:t xml:space="preserve">- Paragraph 4: </w:t>
      </w:r>
      <w:hyperlink r:id="rId9">
        <w:r>
          <w:rPr>
            <w:color w:val="0000EE"/>
            <w:u w:val="single"/>
          </w:rPr>
          <w:t>[2]</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https://atarde.com.br/salvador/transito-de-salvador-sofre-alteracoes-neste-fim-de-semana-confira-1397254</w:t>
        </w:r>
      </w:hyperlink>
      <w:r>
        <w:t xml:space="preserve"> - Please view link - unable to able to access data</w:t>
      </w:r>
      <w:r/>
    </w:p>
    <w:p>
      <w:pPr>
        <w:pStyle w:val="ListNumber"/>
        <w:spacing w:line="240" w:lineRule="auto"/>
        <w:ind w:left="720"/>
      </w:pPr>
      <w:r/>
      <w:hyperlink r:id="rId9">
        <w:r>
          <w:rPr>
            <w:color w:val="0000EE"/>
            <w:u w:val="single"/>
          </w:rPr>
          <w:t>https://atarde.com.br/salvador/transito-de-salvador-sofre-alteracoes-neste-fim-de-semana-confira-1397254</w:t>
        </w:r>
      </w:hyperlink>
      <w:r>
        <w:t xml:space="preserve"> - Salvador will experience traffic changes over the weekend due to various events across the city. The city's Traffic Superintendence (Transalvador) announced these changes on Friday, July 31. Starting on Saturday, August 1, and continuing until Sunday, August 2, neighborhoods such as Cajazeiras, Barra, Ondina, Pituaçu, and São Marcos will be affected by these modifications. Signage will be in place during this period.</w:t>
      </w:r>
      <w:r/>
    </w:p>
    <w:p>
      <w:pPr>
        <w:pStyle w:val="ListNumber"/>
        <w:spacing w:line="240" w:lineRule="auto"/>
        <w:ind w:left="720"/>
      </w:pPr>
      <w:r/>
      <w:hyperlink r:id="rId13">
        <w:r>
          <w:rPr>
            <w:color w:val="0000EE"/>
            <w:u w:val="single"/>
          </w:rPr>
          <w:t>https://aloalobahia.com/noticias/2026/07/01/celebracoes-do-2-de-julho-alteram-transito-em-salvador-a-partir-desta-quarta-1o-veja-mudancas/</w:t>
        </w:r>
      </w:hyperlink>
      <w:r>
        <w:t xml:space="preserve"> - The 2 de Julho celebrations will alter traffic in Salvador starting Wednesday, July 1. The Superintendence of Traffic of Salvador (Transalvador) has implemented special operations with approximately 140 agents to manage vehicle circulation and ensure safety during the civic events. The main changes will occur in the Pirajá, Lapinha, Historic Centre, and Campo Grande regions, where the civic processions take place.</w:t>
      </w:r>
      <w:r/>
    </w:p>
    <w:p>
      <w:pPr>
        <w:pStyle w:val="ListNumber"/>
        <w:spacing w:line="240" w:lineRule="auto"/>
        <w:ind w:left="720"/>
      </w:pPr>
      <w:r/>
      <w:hyperlink r:id="rId10">
        <w:r>
          <w:rPr>
            <w:color w:val="0000EE"/>
            <w:u w:val="single"/>
          </w:rPr>
          <w:t>https://www.metro1.com.br/noticias/cidade/184714%2Ctransito-tera-mudancas-em-salvador-durante-as-comemoracoes-do-2-de-julho-confira</w:t>
        </w:r>
      </w:hyperlink>
      <w:r>
        <w:t xml:space="preserve"> - Salvador's traffic will undergo changes during the 2 de Julho celebrations. The operation, starting on Wednesday, July 1, includes roadblocks, detours, parking prohibitions, and reinforcement with 140 agents until the end of the civic programming. The changes will affect neighborhoods such as Pirajá, Lapinha, Historic Centre, and Campo Grande, where the main events of the date occur.</w:t>
      </w:r>
      <w:r/>
    </w:p>
    <w:p>
      <w:pPr>
        <w:pStyle w:val="ListNumber"/>
        <w:spacing w:line="240" w:lineRule="auto"/>
        <w:ind w:left="720"/>
      </w:pPr>
      <w:r/>
      <w:hyperlink r:id="rId11">
        <w:r>
          <w:rPr>
            <w:color w:val="0000EE"/>
            <w:u w:val="single"/>
          </w:rPr>
          <w:t>https://salvadorcity.com.br/2026/07/03/eventos-modificam-o-transito-de-salvador-neste-fim-de-semana-04-e-05-06/</w:t>
        </w:r>
      </w:hyperlink>
      <w:r>
        <w:t xml:space="preserve"> - The weekend will see intense movement in Salvador, especially on Sunday (5), when the Brazilian national team plays. To ensure road safety and traffic organisation, Transalvador will make changes in different parts of the capital. The 'STU Nacional / Etapa Salvador' event, taking place from Thursday (2) to Sunday (5), will cause traffic interdiction daily from 9 am to 11:59 pm on Rua Pedro dos Reis Gordilho and Rua Eustásio Nazaré dos Santos in the Periperi neighbourhood.</w:t>
      </w:r>
      <w:r/>
    </w:p>
    <w:p>
      <w:pPr>
        <w:pStyle w:val="ListNumber"/>
        <w:spacing w:line="240" w:lineRule="auto"/>
        <w:ind w:left="720"/>
      </w:pPr>
      <w:r/>
      <w:hyperlink r:id="rId12">
        <w:r>
          <w:rPr>
            <w:color w:val="0000EE"/>
            <w:u w:val="single"/>
          </w:rPr>
          <w:t>https://seliguebahia.com.br/cidade/celebracoes-do-2-de-julho-alteram-transito-em-salvador-confira-interdicoes-desvios-e-mudancas/</w:t>
        </w:r>
      </w:hyperlink>
      <w:r>
        <w:t xml:space="preserve"> - The 2 de Julho celebrations will modify traffic in different regions of Salvador between July 1 and 5. To ensure the safety of drivers, pedestrians, and participants in the civic events, the Superintendence of Traffic of Salvador (Transalvador) has set up a special operation with about 140 agents. The changes affect neighborhoods such as Pirajá, Lapinha, Historic Centre, and Campo Grande, where the main acts of the date's programming occur.</w:t>
      </w:r>
      <w:r/>
    </w:p>
    <w:p>
      <w:pPr>
        <w:pStyle w:val="ListNumber"/>
        <w:spacing w:line="240" w:lineRule="auto"/>
        <w:ind w:left="720"/>
      </w:pPr>
      <w:r/>
      <w:hyperlink r:id="rId14">
        <w:r>
          <w:rPr>
            <w:color w:val="0000EE"/>
            <w:u w:val="single"/>
          </w:rPr>
          <w:t>https://raioxnews.com.br/desfile-do-2-de-julho-altera-transito-em-salvador-veja-o-que-muda/</w:t>
        </w:r>
      </w:hyperlink>
      <w:r>
        <w:t xml:space="preserve"> - The 2 de Julho parade will alter traffic in Salvador. Changes affect Lapinha, Historic Centre, Pirajá, and Campo Grande; Codesal also reinforces security in the circuit. The 2 de Julho celebrations, marking the Independence of Bahia, will alter traffic in various parts of Salvador. To ensure safety during the civic programming, the Superintendence of Traffic of Salvador (Transalvador) has prepared a special operation with about 140 agents, while the Civil Defence of Salvador (Codesal) has completed a series of preventive inspections along the parade route.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tarde.com.br/salvador/transito-de-salvador-sofre-alteracoes-neste-fim-de-semana-confira-1397254" TargetMode="External"/><Relationship Id="rId10" Type="http://schemas.openxmlformats.org/officeDocument/2006/relationships/hyperlink" Target="https://www.metro1.com.br/noticias/cidade/184714%2Ctransito-tera-mudancas-em-salvador-durante-as-comemoracoes-do-2-de-julho-confira" TargetMode="External"/><Relationship Id="rId11" Type="http://schemas.openxmlformats.org/officeDocument/2006/relationships/hyperlink" Target="https://salvadorcity.com.br/2026/07/03/eventos-modificam-o-transito-de-salvador-neste-fim-de-semana-04-e-05-06/" TargetMode="External"/><Relationship Id="rId12" Type="http://schemas.openxmlformats.org/officeDocument/2006/relationships/hyperlink" Target="https://seliguebahia.com.br/cidade/celebracoes-do-2-de-julho-alteram-transito-em-salvador-confira-interdicoes-desvios-e-mudancas/" TargetMode="External"/><Relationship Id="rId13" Type="http://schemas.openxmlformats.org/officeDocument/2006/relationships/hyperlink" Target="https://aloalobahia.com/noticias/2026/07/01/celebracoes-do-2-de-julho-alteram-transito-em-salvador-a-partir-desta-quarta-1o-veja-mudancas/" TargetMode="External"/><Relationship Id="rId14" Type="http://schemas.openxmlformats.org/officeDocument/2006/relationships/hyperlink" Target="https://raioxnews.com.br/desfile-do-2-de-julho-altera-transito-em-salvador-veja-o-que-mu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