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Raye Moments from Brighton Pride On The Park — why the set felt like home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live pop were treated to a full-circle, joyous night as Raye headlined Brighton Pride On The Park, returning to the park where queer crowds first championed her; it mattered because she spent the evening thanking the community and turning hits into a euphoric Pride party.</w:t>
      </w:r>
      <w:r/>
    </w:p>
    <w:p>
      <w:r/>
      <w:r>
        <w:t>Essential Takeaways</w:t>
      </w:r>
      <w:r/>
      <w:r/>
    </w:p>
    <w:p>
      <w:pPr>
        <w:pStyle w:val="ListBullet"/>
        <w:spacing w:line="240" w:lineRule="auto"/>
        <w:ind w:left="720"/>
      </w:pPr>
      <w:r/>
      <w:r>
        <w:rPr>
          <w:b/>
        </w:rPr>
        <w:t>Homecoming energy:</w:t>
      </w:r>
      <w:r>
        <w:t xml:space="preserve"> Raye played Preston Park where she’d performed years earlier, and the crowd responded with affectionate, loud approval. </w:t>
      </w:r>
      <w:r/>
    </w:p>
    <w:p>
      <w:pPr>
        <w:pStyle w:val="ListBullet"/>
        <w:spacing w:line="240" w:lineRule="auto"/>
        <w:ind w:left="720"/>
      </w:pPr>
      <w:r/>
      <w:r>
        <w:rPr>
          <w:b/>
        </w:rPr>
        <w:t>Emotional connection:</w:t>
      </w:r>
      <w:r>
        <w:t xml:space="preserve"> Between songs she thanked the queer community, saying she “wouldn’t have my career without this community,” which felt genuine and moving. </w:t>
      </w:r>
      <w:r/>
    </w:p>
    <w:p>
      <w:pPr>
        <w:pStyle w:val="ListBullet"/>
        <w:spacing w:line="240" w:lineRule="auto"/>
        <w:ind w:left="720"/>
      </w:pPr>
      <w:r/>
      <w:r>
        <w:rPr>
          <w:b/>
        </w:rPr>
        <w:t>Setlist highs:</w:t>
      </w:r>
      <w:r>
        <w:t xml:space="preserve"> The show mixed vocal fireworks with dancefloor moments , from ‘Escapism’ to an all-out rave of ‘Secrets’ and ‘Prada’. </w:t>
      </w:r>
      <w:r/>
    </w:p>
    <w:p>
      <w:pPr>
        <w:pStyle w:val="ListBullet"/>
        <w:spacing w:line="240" w:lineRule="auto"/>
        <w:ind w:left="720"/>
      </w:pPr>
      <w:r/>
      <w:r>
        <w:rPr>
          <w:b/>
        </w:rPr>
        <w:t>Camp finale:</w:t>
      </w:r>
      <w:r>
        <w:t xml:space="preserve"> She closed with a Pride-tailored version of ‘Where Is My Husband?’, swapping the line to “Your husband is gay,” a small, brilliant wink that landed perfectly. </w:t>
      </w:r>
      <w:r/>
    </w:p>
    <w:p>
      <w:pPr>
        <w:pStyle w:val="ListBullet"/>
        <w:spacing w:line="240" w:lineRule="auto"/>
        <w:ind w:left="720"/>
      </w:pPr>
      <w:r/>
      <w:r>
        <w:rPr>
          <w:b/>
        </w:rPr>
        <w:t>Standout cover:</w:t>
      </w:r>
      <w:r>
        <w:t xml:space="preserve"> A soaring take on Prince’s ‘Purple Rain’ provided a dramatic, soulful highlight amid the party set.</w:t>
      </w:r>
      <w:r/>
      <w:r/>
    </w:p>
    <w:p>
      <w:pPr>
        <w:pStyle w:val="Heading2"/>
      </w:pPr>
      <w:r>
        <w:t>A genuine homecoming that landed with a roar</w:t>
      </w:r>
      <w:r/>
    </w:p>
    <w:p>
      <w:r/>
      <w:r>
        <w:t>Raye didn’t just headline Brighton Pride; she walked onto that stage with the feel of someone coming back to a second home, and Preston Park answered with a thunderous welcome. The first notes of ‘Escapism’ barely let the crowd breathe before the hits began to land, but it was her voice between the songs that cut through , warm, slightly raw and unmistakably grateful. According to Attitude, that gratitude wasn’t rehearsed; it felt like a musician recognising the people who showed up when nobody else did.</w:t>
      </w:r>
      <w:r/>
    </w:p>
    <w:p>
      <w:pPr>
        <w:pStyle w:val="Heading2"/>
      </w:pPr>
      <w:r>
        <w:t>From early gigs to top billing , the arc felt real</w:t>
      </w:r>
      <w:r/>
    </w:p>
    <w:p>
      <w:r/>
      <w:r>
        <w:t>This wasn’t a token slot , it was the end point of a climb that began with smaller Pride appearances and support slots. She first played Brighton pre-pandemic and returned in 2022 as support for Christina Aguilera; now she closed the festival as the headliner. That trajectory speaks to how queer audiences and festival crowds helped build her profile, and why those moments of thanks resonated. For fans weighing festival line-ups, the lesson is obvious: seeing an artist at a community gig can let you claim that full-circle moment before everyone else.</w:t>
      </w:r>
      <w:r/>
    </w:p>
    <w:p>
      <w:pPr>
        <w:pStyle w:val="Heading2"/>
      </w:pPr>
      <w:r>
        <w:t>Songs that held back-to-back emotion and dancefloor heat</w:t>
      </w:r>
      <w:r/>
    </w:p>
    <w:p>
      <w:r/>
      <w:r>
        <w:t>Raye balanced big, emotive vocal moments with peak party energy. Her cover of Prince’s ‘Purple Rain’ offered a dramatic pause , a chance for everyone to inhale , before she flipped the mood into a rave. Tracks like ‘Secrets’ and ‘Prada’ turned Preston Park into a collective dancefloor, showing she can pivot from intimate confession to stadium-ready beats without losing momentum. If you’re choosing where to stand at a Pride show, expect both goosebump moments and non-stop dancing.</w:t>
      </w:r>
      <w:r/>
    </w:p>
    <w:p>
      <w:pPr>
        <w:pStyle w:val="Heading2"/>
      </w:pPr>
      <w:r>
        <w:t>Those between-song confessions mattered</w:t>
      </w:r>
      <w:r/>
    </w:p>
    <w:p>
      <w:r/>
      <w:r>
        <w:t>The set’s emotional spine wasn’t all in the choruses; it lived in the asides. Her greeting , “Ladies and gentlemen, gays and theys” , and the line about not having her career without the community were small compass points that kept the set anchored to the audience. Moments like that change a gig from performance to conversation. For anyone worrying whether today’s pop stars remember their roots, Raye’s night in Brighton was a reminder that acknowledgement still matters onstage.</w:t>
      </w:r>
      <w:r/>
    </w:p>
    <w:p>
      <w:pPr>
        <w:pStyle w:val="Heading2"/>
      </w:pPr>
      <w:r>
        <w:t>Pride polish: camp, community and a wink to the crowd</w:t>
      </w:r>
      <w:r/>
    </w:p>
    <w:p>
      <w:r/>
      <w:r>
        <w:t>Raye saved one of the show’s most playful touches for the finale. Re-recording her grandmother’s line in ‘Where Is My Husband?’ to proclaim “Your husband is gay” was a clever, camp tweak that felt tailor-made for Pride. It wasn’t just a gag; it was a tiny reclaiming of the song’s story for the people in the park that night. Expect more artists to add festival-specific flourishes , it’s an easy way to turn a set into a memory people will keep retelling.</w:t>
      </w:r>
      <w:r/>
    </w:p>
    <w:p>
      <w:r/>
      <w:r>
        <w:t>It's a small change that can make every headline set feel like it was always meant for that moment.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[5]</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https://www.attitude.co.uk/culture/raye-at-brighton-pride-on-the-park-review-530453/</w:t>
        </w:r>
      </w:hyperlink>
      <w:r>
        <w:t xml:space="preserve"> - Please view link - unable to able to access data</w:t>
      </w:r>
      <w:r/>
    </w:p>
    <w:p>
      <w:pPr>
        <w:pStyle w:val="ListNumber"/>
        <w:spacing w:line="240" w:lineRule="auto"/>
        <w:ind w:left="720"/>
      </w:pPr>
      <w:r/>
      <w:hyperlink r:id="rId9">
        <w:r>
          <w:rPr>
            <w:color w:val="0000EE"/>
            <w:u w:val="single"/>
          </w:rPr>
          <w:t>https://www.attitude.co.uk/culture/raye-at-brighton-pride-on-the-park-review-530453/</w:t>
        </w:r>
      </w:hyperlink>
      <w:r>
        <w:t xml:space="preserve"> - Raye headlined Brighton Pride On The Park in August 2023, delivering a performance that resonated deeply with the LGBTQ+ community. She began with 'Escapism' and 'Beware of the South London Boy', showcasing her commanding stage presence. Between songs, Raye expressed gratitude to the community, stating, 'I wouldn’t have my career without this community.' A highlight was her rendition of Prince's 'Purple Rain', followed by dance tracks like 'Secrets' and 'Prada', transforming Preston Park into a vibrant party. She concluded with a Pride-themed version of 'Where Is My Husband?', declaring, 'Your husband is gay,' leaving the audience elated. The performance solidified Raye's rightful place as a headliner at the festival.</w:t>
      </w:r>
      <w:r/>
    </w:p>
    <w:p>
      <w:pPr>
        <w:pStyle w:val="ListNumber"/>
        <w:spacing w:line="240" w:lineRule="auto"/>
        <w:ind w:left="720"/>
      </w:pPr>
      <w:r/>
      <w:hyperlink r:id="rId13">
        <w:r>
          <w:rPr>
            <w:color w:val="0000EE"/>
            <w:u w:val="single"/>
          </w:rPr>
          <w:t>https://brightonsource.co.uk/reviews/brighton-pride-review-2023/</w:t>
        </w:r>
      </w:hyperlink>
      <w:r>
        <w:t xml:space="preserve"> - Despite challenges like train strikes and inclement weather, Brighton Pride 2023 celebrated its 50th anniversary with enthusiasm. The parade, vibrant and colourful, featured appearances by Suzy Eddie Izzard and a secret gig by Hozier. In Preston Park, the main stage hosted acts such as Mae Muller, Confidence Man, Zara Larsson, and Black Eyed Peas. Notably, Black Eyed Peas' set was cut short due to a late start and curfew breach. Keynote speeches from Peter Tatchell and Dame Kelly Holmes highlighted the progress since the repeal of anti-gay laws and emphasised solidarity with global LGBTQ+ communities.</w:t>
      </w:r>
      <w:r/>
    </w:p>
    <w:p>
      <w:pPr>
        <w:pStyle w:val="ListNumber"/>
        <w:spacing w:line="240" w:lineRule="auto"/>
        <w:ind w:left="720"/>
      </w:pPr>
      <w:r/>
      <w:hyperlink r:id="rId14">
        <w:r>
          <w:rPr>
            <w:color w:val="0000EE"/>
            <w:u w:val="single"/>
          </w:rPr>
          <w:t>https://www.itv.com/news/meridian/2023-08-06/black-eyed-peas-set-comes-to-abrupt-end-at-brighton-pride</w:t>
        </w:r>
      </w:hyperlink>
      <w:r>
        <w:t xml:space="preserve"> - The Black Eyed Peas' headline performance at Brighton Pride 2023 was unexpectedly cut short due to technical issues. After starting late, the band faced a loss of sound, leading to an abrupt end to the festivities. Despite this, the crowd continued singing 'I Gotta Feeling' as the band attempted to resolve the issue. They concluded with 'Where Is The Love?', dedicating the song to those suffering injustices worldwide. Will.i.am praised the UK as a 'special place' and highlighted the band's gratitude for their success in the country.</w:t>
      </w:r>
      <w:r/>
    </w:p>
    <w:p>
      <w:pPr>
        <w:pStyle w:val="ListNumber"/>
        <w:spacing w:line="240" w:lineRule="auto"/>
        <w:ind w:left="720"/>
      </w:pPr>
      <w:r/>
      <w:hyperlink r:id="rId12">
        <w:r>
          <w:rPr>
            <w:color w:val="0000EE"/>
            <w:u w:val="single"/>
          </w:rPr>
          <w:t>https://discover.ticketmaster.co.uk/review/raye-gives-a-victorious-performance-at-parklife-festival-57914/</w:t>
        </w:r>
      </w:hyperlink>
      <w:r>
        <w:t xml:space="preserve"> - Raye delivered a triumphant performance at Parklife Festival in June 2023. Opening with 'Oscar Winning Tears', she captivated a large crowd with her blend of pop, R&amp;B, and dance. Throughout her set, Raye expressed genuine gratitude to the audience, acknowledging the significance of the moment and the support she had received over the years. Her authenticity and energy resonated deeply, marking a significant milestone in her career.</w:t>
      </w:r>
      <w:r/>
    </w:p>
    <w:p>
      <w:pPr>
        <w:pStyle w:val="ListNumber"/>
        <w:spacing w:line="240" w:lineRule="auto"/>
        <w:ind w:left="720"/>
      </w:pPr>
      <w:r/>
      <w:hyperlink r:id="rId10">
        <w:r>
          <w:rPr>
            <w:color w:val="0000EE"/>
            <w:u w:val="single"/>
          </w:rPr>
          <w:t>https://breakingglassmagazine.com/2023/08/08/brighton-hove-pride-2023/</w:t>
        </w:r>
      </w:hyperlink>
      <w:r>
        <w:t xml:space="preserve"> - Brighton &amp; Hove Pride 2023, held on 5th and 6th August, faced challenges like travel disruptions and adverse weather. Despite these, the community parade was well-supported, with appearances from Suzy Eddie Izzard. The event underscored the city's resilience and the integral role of Pride in Brighton's culture.</w:t>
      </w:r>
      <w:r/>
    </w:p>
    <w:p>
      <w:pPr>
        <w:pStyle w:val="ListNumber"/>
        <w:spacing w:line="240" w:lineRule="auto"/>
        <w:ind w:left="720"/>
      </w:pPr>
      <w:r/>
      <w:hyperlink r:id="rId11">
        <w:r>
          <w:rPr>
            <w:color w:val="0000EE"/>
            <w:u w:val="single"/>
          </w:rPr>
          <w:t>https://www.itv.com/news/meridian/2023-02-27/headline-acts-announced-for-brighton-and-hove-pride-2023</w:t>
        </w:r>
      </w:hyperlink>
      <w:r>
        <w:t xml:space="preserve"> - Brighton &amp; Hove Pride 2023 announced its headline acts, with Black Eyed Peas set to perform on Saturday 5 August and Steps on Sunday 6 August. Other performers include Zara Larsson, Jax Jones, Mae Muller, Bellah Mae, Melanie C, Louise, B*Witched, The Vivienne, and Harley Moon Kemp. The festival aims to raise funds for the Rainbow Fund and Pride Social Impact Fund.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culture/raye-at-brighton-pride-on-the-park-review-530453/" TargetMode="External"/><Relationship Id="rId10" Type="http://schemas.openxmlformats.org/officeDocument/2006/relationships/hyperlink" Target="https://breakingglassmagazine.com/2023/08/08/brighton-hove-pride-2023/" TargetMode="External"/><Relationship Id="rId11" Type="http://schemas.openxmlformats.org/officeDocument/2006/relationships/hyperlink" Target="https://www.itv.com/news/meridian/2023-02-27/headline-acts-announced-for-brighton-and-hove-pride-2023" TargetMode="External"/><Relationship Id="rId12" Type="http://schemas.openxmlformats.org/officeDocument/2006/relationships/hyperlink" Target="https://discover.ticketmaster.co.uk/review/raye-gives-a-victorious-performance-at-parklife-festival-57914/" TargetMode="External"/><Relationship Id="rId13" Type="http://schemas.openxmlformats.org/officeDocument/2006/relationships/hyperlink" Target="https://brightonsource.co.uk/reviews/brighton-pride-review-2023/" TargetMode="External"/><Relationship Id="rId14" Type="http://schemas.openxmlformats.org/officeDocument/2006/relationships/hyperlink" Target="https://www.itv.com/news/meridian/2023-08-06/black-eyed-peas-set-comes-to-abrupt-end-at-brighton-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