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Turnout in Hamburg Shows Solidarity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watched as hundreds of thousands took to Hamburg’s streets in a vivid show of solidarity after last week’s deadly Berlin Pride attack; organisers and police estimated about 300,000 people marched, a visual reminder that public celebrations can also be powerful public defiance.</w:t>
      </w:r>
      <w:r/>
    </w:p>
    <w:p>
      <w:r/>
      <w:r>
        <w:t>Essential Takeaways</w:t>
      </w:r>
      <w:r/>
      <w:r/>
    </w:p>
    <w:p>
      <w:pPr>
        <w:pStyle w:val="ListBullet"/>
        <w:spacing w:line="240" w:lineRule="auto"/>
        <w:ind w:left="720"/>
      </w:pPr>
      <w:r/>
      <w:r>
        <w:rPr>
          <w:b/>
        </w:rPr>
        <w:t>Huge turnout:</w:t>
      </w:r>
      <w:r>
        <w:t xml:space="preserve"> Organisers and police put the crowd at roughly 300,000, a large and visible presence across central Hamburg.</w:t>
      </w:r>
      <w:r/>
    </w:p>
    <w:p>
      <w:pPr>
        <w:pStyle w:val="ListBullet"/>
        <w:spacing w:line="240" w:lineRule="auto"/>
        <w:ind w:left="720"/>
      </w:pPr>
      <w:r/>
      <w:r>
        <w:rPr>
          <w:b/>
        </w:rPr>
        <w:t>Visible solidarity:</w:t>
      </w:r>
      <w:r>
        <w:t xml:space="preserve"> Rainbow flags, placards and floats filled the route; many signs called for a future without fear and for continued LGBT+ rights.</w:t>
      </w:r>
      <w:r/>
    </w:p>
    <w:p>
      <w:pPr>
        <w:pStyle w:val="ListBullet"/>
        <w:spacing w:line="240" w:lineRule="auto"/>
        <w:ind w:left="720"/>
      </w:pPr>
      <w:r/>
      <w:r>
        <w:rPr>
          <w:b/>
        </w:rPr>
        <w:t>Heightened security:</w:t>
      </w:r>
      <w:r>
        <w:t xml:space="preserve"> Police were notably visible after the Berlin attack, with preventive measures and a strong on-the-ground response.</w:t>
      </w:r>
      <w:r/>
    </w:p>
    <w:p>
      <w:pPr>
        <w:pStyle w:val="ListBullet"/>
        <w:spacing w:line="240" w:lineRule="auto"/>
        <w:ind w:left="720"/>
      </w:pPr>
      <w:r/>
      <w:r>
        <w:rPr>
          <w:b/>
        </w:rPr>
        <w:t>Context of violence:</w:t>
      </w:r>
      <w:r>
        <w:t xml:space="preserve"> The march followed a vehicular and knife attack in Berlin that left one person dead and dozens hurt, underlining safety concerns.</w:t>
      </w:r>
      <w:r/>
    </w:p>
    <w:p>
      <w:pPr>
        <w:pStyle w:val="ListBullet"/>
        <w:spacing w:line="240" w:lineRule="auto"/>
        <w:ind w:left="720"/>
      </w:pPr>
      <w:r/>
      <w:r>
        <w:rPr>
          <w:b/>
        </w:rPr>
        <w:t>Community resilience:</w:t>
      </w:r>
      <w:r>
        <w:t xml:space="preserve"> Local LGBT+ groups and allies framed the event as both celebration and protest, emphasising unity and resolve.</w:t>
      </w:r>
      <w:r/>
      <w:r/>
    </w:p>
    <w:p>
      <w:pPr>
        <w:pStyle w:val="Heading2"/>
      </w:pPr>
      <w:r>
        <w:t>A massive, colourful answer to violence</w:t>
      </w:r>
      <w:r/>
    </w:p>
    <w:p>
      <w:r/>
      <w:r>
        <w:t>Under a clear summer sky, Hamburg’s Pride felt big in the chest , colourful, noisy and a little defiant. According to AFP coverage, people of all ages walked, danced and rode floats while waving flags and pressing messages about solidarity. The scale mattered: when 300,000 people gather, it’s not just a parade, it’s a statement about belonging and safety.</w:t>
      </w:r>
      <w:r/>
    </w:p>
    <w:p>
      <w:r/>
      <w:r>
        <w:t>The event came a week after a deadly attack at a Berlin Pride-related gathering, and the mood mixed joy with nervousness. Police presence was heavier than in typical years, and that visible protection seemed to reassure many marchers. For participants, the sensory mix , music, banners, the slap of feet on pavement , turned fear into a collective show of resilience.</w:t>
      </w:r>
      <w:r/>
    </w:p>
    <w:p>
      <w:pPr>
        <w:pStyle w:val="Heading2"/>
      </w:pPr>
      <w:r>
        <w:t>Why the Berlin attack changed the pace</w:t>
      </w:r>
      <w:r/>
    </w:p>
    <w:p>
      <w:r/>
      <w:r>
        <w:t>The Berlin incident , a man driving a van into a crowd and then allegedly lunging at officers with a knife , killed a 65-year-old woman and injured dozens, according to multiple reports. Reuters and AP provided immediate accounts of the suspect’s background and the fast-moving police response, and those details sharpened organisers’ security plans in Hamburg.</w:t>
      </w:r>
      <w:r/>
    </w:p>
    <w:p>
      <w:r/>
      <w:r>
        <w:t>Organisers said safety was the priority without wanting to cancel the event. The message was clear: mourning and caution do not cancel the right to be seen. For many attendees, showing up was the practical response to terror , a way to insist the community will not be cowed.</w:t>
      </w:r>
      <w:r/>
    </w:p>
    <w:p>
      <w:pPr>
        <w:pStyle w:val="Heading2"/>
      </w:pPr>
      <w:r>
        <w:t>How security looked on the ground</w:t>
      </w:r>
      <w:r/>
    </w:p>
    <w:p>
      <w:r/>
      <w:r>
        <w:t>If you were there, you’d have noticed officers and barriers along the route, more checkpoints and a calmer, watchful atmosphere than a typical Pride. Local groups and police coordinated closely, balancing celebratory elements with crowd control and rapid-response readiness. That coordination was drawn from lessons in Berlin and from broader European policing practices after public attacks, as described in follow-ups by major outlets.</w:t>
      </w:r>
      <w:r/>
    </w:p>
    <w:p>
      <w:r/>
      <w:r>
        <w:t>For anyone planning to attend future large events: arrive early, travel light, agree on meet-up spots with friends, and follow organisers’ guidance. Practical steps like these help keep the mood safe and social.</w:t>
      </w:r>
      <w:r/>
    </w:p>
    <w:p>
      <w:pPr>
        <w:pStyle w:val="Heading2"/>
      </w:pPr>
      <w:r>
        <w:t>Community reaction: grief, anger, and determination</w:t>
      </w:r>
      <w:r/>
    </w:p>
    <w:p>
      <w:r/>
      <w:r>
        <w:t>Speakers and placards at the march often mixed grief for victims with anger at the attack and calls for protection and acceptance. Local LGBT+ groups framed the day as both a celebration of identity and a civic act. Authorities and activists alike emphasised that solidarity must translate into safer public spaces and continued support services.</w:t>
      </w:r>
      <w:r/>
    </w:p>
    <w:p>
      <w:r/>
      <w:r>
        <w:t>There’s a civic lesson here: collective presence can be both comforting and politically potent. When families, allies and younger people join in such numbers, the message to policymakers and to those who would intimidate minorities is amplified.</w:t>
      </w:r>
      <w:r/>
    </w:p>
    <w:p>
      <w:pPr>
        <w:pStyle w:val="Heading2"/>
      </w:pPr>
      <w:r>
        <w:t>What this means next for Pride events in Germany</w:t>
      </w:r>
      <w:r/>
    </w:p>
    <w:p>
      <w:r/>
      <w:r>
        <w:t>Expect higher security profiles at Pride events around the country, coupled with determined participation from LGBT+ communities and allies. Cities will keep refining plans, and organisers will keep urging people to come out , safely. The long-tail keyword “Hamburg Pride turnout 2026” speaks to how this particular march will be referenced in discussions about resilience and public safety.</w:t>
      </w:r>
      <w:r/>
    </w:p>
    <w:p>
      <w:r/>
      <w:r>
        <w:t>And while the photos and banners make the headlines, the quieter work continues: support services, community talks and local politics must keep pace if Pride is to be both joyful and safe.</w:t>
      </w:r>
      <w:r/>
    </w:p>
    <w:p>
      <w:r/>
      <w:r>
        <w:t>It's a small change that can make every march feel a little more secure and a lot more united.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[3]</w:t>
        </w:r>
      </w:hyperlink>
      <w:r>
        <w:t xml:space="preserve">- Paragraph 5: </w:t>
      </w:r>
      <w:hyperlink r:id="rId11">
        <w:r>
          <w:rPr>
            <w:color w:val="0000EE"/>
            <w:u w:val="single"/>
          </w:rPr>
          <w:t>[7]</w:t>
        </w:r>
      </w:hyperlink>
      <w:r>
        <w:t xml:space="preserve">, </w:t>
      </w:r>
      <w:hyperlink r:id="rId10">
        <w:r>
          <w:rPr>
            <w:color w:val="0000EE"/>
            <w:u w:val="single"/>
          </w:rPr>
          <w:t>[2]</w:t>
        </w:r>
      </w:hyperlink>
      <w:r>
        <w:t xml:space="preserve">- Paragraph 6: </w:t>
      </w:r>
      <w:hyperlink r:id="rId13">
        <w:r>
          <w:rPr>
            <w:color w:val="0000EE"/>
            <w:u w:val="single"/>
          </w:rPr>
          <w:t>[5]</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https://www.thelocal.de/20260802/pride-march-draws-hundreds-of-thousands-in-germany-week-after-attack</w:t>
        </w:r>
      </w:hyperlink>
      <w:r>
        <w:t xml:space="preserve"> - Please view link - unable to able to access data</w:t>
      </w:r>
      <w:r/>
    </w:p>
    <w:p>
      <w:pPr>
        <w:pStyle w:val="ListNumber"/>
        <w:spacing w:line="240" w:lineRule="auto"/>
        <w:ind w:left="720"/>
      </w:pPr>
      <w:r/>
      <w:hyperlink r:id="rId10">
        <w:r>
          <w:rPr>
            <w:color w:val="0000EE"/>
            <w:u w:val="single"/>
          </w:rPr>
          <w:t>https://apnews.com/article/4fabf20621b75cdd8f8e05119ea9d281</w:t>
        </w:r>
      </w:hyperlink>
      <w:r>
        <w:t xml:space="preserve"> - On August 1, 2026, Hamburg hosted one of Germany's largest Pride parades, drawing around 300,000 people—a significant increase from the 260,000 attendees the previous year. The event took place under heightened security due to a fatal extremist attack near the Berlin Pride event just a week earlier. The motto for this year’s Hamburg Pride was “Queer in solidarity. Take a stand - for a future without fear.” Security was notably tight, with twice the number of police present compared to the prior year. A truck representing Berlin’s Christopher Street Day (CSD) parade, added as a tribute, featured participants dressed in dark clothing to honor the victims of the recent attack. Hamburg's deputy mayor emphasized the importance of standing strong in the face of violence, while organizers noted a resilient and spirited turnout despite ongoing grief. The Berlin attack occurred on July 25 when a 21-year-old suspect, Abdul Ballout, drove a van into a crowd and attacked others with a machete, killing one woman and injuring several others. Ballout, later killed by police, had pledged allegiance to the Islamic State in a video, and authorities confirmed his prior attempts to connect with IS members during a 2025 trip to Lebanon.</w:t>
      </w:r>
      <w:r/>
    </w:p>
    <w:p>
      <w:pPr>
        <w:pStyle w:val="ListNumber"/>
        <w:spacing w:line="240" w:lineRule="auto"/>
        <w:ind w:left="720"/>
      </w:pPr>
      <w:r/>
      <w:hyperlink r:id="rId15">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The attack occurred on Saturday evening when a van drove into a crowd attending the Berlin Pride event in the centre of the German capital. The suspect, identified as Abdul Ballout, fled the scene but was located by police the following day. During the confrontation, Ballout reportedly ran toward emergency forces with a stabbing weapon, leading officers to open fire. Despite efforts to resuscitate him, he died at the scene. The incident has raised concerns about security at public events and the potential for similar attacks in the future.</w:t>
      </w:r>
      <w:r/>
    </w:p>
    <w:p>
      <w:pPr>
        <w:pStyle w:val="ListNumber"/>
        <w:spacing w:line="240" w:lineRule="auto"/>
        <w:ind w:left="720"/>
      </w:pPr>
      <w:r/>
      <w:hyperlink r:id="rId13">
        <w:r>
          <w:rPr>
            <w:color w:val="0000EE"/>
            <w:u w:val="single"/>
          </w:rPr>
          <w:t>https://www.aljazeera.com/news/2026/7/26/berlin-police-shoot-dead-suspect-in-car-ramming-attack-on-pride-event</w:t>
        </w:r>
      </w:hyperlink>
      <w:r>
        <w:t xml:space="preserve"> - German police have shot dead the suspect in a car-ramming attack on Berlin’s Pride march, ending a 24-hour manhunt. Abdul Ballout, a German citizen with Lebanese roots, was killed on Sunday as he attacked officers with a bladed weapon, police said. Officials have asserted that all indications suggest he had carried out an “Islamist terror attack”. Ballout was the main suspect in the attack that took place on Saturday evening in which a van drove into a crowd attending the Berlin Pride event in the centre of the German capital. The shooting occurred in Spandau, a northwestern district of Berlin. Police said Ballout died despite efforts to resuscitate him. “Around 6 p.m. (1600 GMT), the suspect involved in yesterday’s attack in Tiergarten was located at an allotment garden complex in Spandau,” Berlin police wrote on social media. “According to initial findings, he ran towards officers while armed with a bladed weapon; police … subsequently opened fire.</w:t>
      </w:r>
      <w:r/>
    </w:p>
    <w:p>
      <w:pPr>
        <w:pStyle w:val="ListNumber"/>
        <w:spacing w:line="240" w:lineRule="auto"/>
        <w:ind w:left="720"/>
      </w:pPr>
      <w:r/>
      <w:hyperlink r:id="rId14">
        <w:r>
          <w:rPr>
            <w:color w:val="0000EE"/>
            <w:u w:val="single"/>
          </w:rPr>
          <w:t>https://www.euronews.com/my-europe/2026/07/26/car-rams-crowd-at-berlin-pride-event-killing-one-and-injuring-16</w:t>
        </w:r>
      </w:hyperlink>
      <w:r>
        <w:t xml:space="preserve"> - Hundreds of thousands of people attended Berlin’s Christopher Street Day (CSD), the city’s annual Pride event, on Saturday. At around 10 p.m., a car drove into the crowd near Potsdamer Platz. According to police, one woman died at the scene and 29 others were injured, several of them seriously. Three people remain in critical condition. The suspect, identified as 21-year-old Abdul B., fled the scene but was later located by police. During a confrontation in the Spandau district, he reportedly ran towards officers with a bladed weapon, leading to a fatal police shooting. Authorities are treating the incident as an Islamist terror attack. The attack has raised concerns about security at public events and the potential for similar incidents in the future.</w:t>
      </w:r>
      <w:r/>
    </w:p>
    <w:p>
      <w:pPr>
        <w:pStyle w:val="ListNumber"/>
        <w:spacing w:line="240" w:lineRule="auto"/>
        <w:ind w:left="720"/>
      </w:pPr>
      <w:r/>
      <w:hyperlink r:id="rId11">
        <w:r>
          <w:rPr>
            <w:color w:val="0000EE"/>
            <w:u w:val="single"/>
          </w:rPr>
          <w:t>https://hamburg.lsvd.de/aktuelles/csd-2026-in-hamburg/</w:t>
        </w:r>
      </w:hyperlink>
      <w:r>
        <w:t xml:space="preserve"> - The CSD 2026 in Hamburg took place under the motto 'Solidarisch queer. Haltung zeigen – für eine Zukunft ohne Angst!' (Solidarity among LGBT people, take a stand for a future without fear). The event featured a street festival from July 31 to August 2, 2026, and a demonstration on August 1, 2026, starting at 12:00 PM at Lübecker Straße/Ecke Mühlendamm. The LSVD+ Hamburg participated with a foot group in the demonstration and an information stand at the street festival. The event also included an international youth exchange with activists from Estonia, providing opportunities for attendees to engage in discussions at the information stand on Friday and Saturday. The event aimed to promote solidarity and a future without fear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local.de/20260802/pride-march-draws-hundreds-of-thousands-in-germany-week-after-attack" TargetMode="External"/><Relationship Id="rId10" Type="http://schemas.openxmlformats.org/officeDocument/2006/relationships/hyperlink" Target="https://apnews.com/article/4fabf20621b75cdd8f8e05119ea9d281" TargetMode="External"/><Relationship Id="rId11" Type="http://schemas.openxmlformats.org/officeDocument/2006/relationships/hyperlink" Target="https://hamburg.lsvd.de/aktuelles/csd-2026-in-hamburg/"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www.aljazeera.com/news/2026/7/26/berlin-police-shoot-dead-suspect-in-car-ramming-attack-on-pride-event" TargetMode="External"/><Relationship Id="rId14" Type="http://schemas.openxmlformats.org/officeDocument/2006/relationships/hyperlink" Target="https://www.euronews.com/my-europe/2026/07/26/car-rams-crowd-at-berlin-pride-event-killing-one-and-injuring-16" TargetMode="External"/><Relationship Id="rId15" Type="http://schemas.openxmlformats.org/officeDocument/2006/relationships/hyperlink" Target="https://theweek.com/crime/berlin-police-kill-suspect-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