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Moments from World Pride Amsterdam’s Canal Parade: Unity, Colour and a Little Chaos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partygoers crowded the canals as World Pride Amsterdam poured colour and music into the city; organisers call it busy but cosy, while the parade’s Unity message , and a few protests , kept everyone talking. Here’s what mattered, what to look for next, and why this year’s Canal Parade felt both joyful and urgent.</w:t>
      </w:r>
      <w:r/>
    </w:p>
    <w:p>
      <w:r/>
      <w:r>
        <w:t>Essential Takeaways</w:t>
      </w:r>
      <w:r/>
      <w:r/>
    </w:p>
    <w:p>
      <w:pPr>
        <w:pStyle w:val="ListBullet"/>
        <w:spacing w:line="240" w:lineRule="auto"/>
        <w:ind w:left="720"/>
      </w:pPr>
      <w:r/>
      <w:r>
        <w:rPr>
          <w:b/>
        </w:rPr>
        <w:t>Big turnout:</w:t>
      </w:r>
      <w:r>
        <w:t xml:space="preserve"> Eighty decorated barges sailed the canals, packed with music, dance and visual statements.</w:t>
      </w:r>
      <w:r/>
    </w:p>
    <w:p>
      <w:pPr>
        <w:pStyle w:val="ListBullet"/>
        <w:spacing w:line="240" w:lineRule="auto"/>
        <w:ind w:left="720"/>
      </w:pPr>
      <w:r/>
      <w:r>
        <w:rPr>
          <w:b/>
        </w:rPr>
        <w:t>Clear theme:</w:t>
      </w:r>
      <w:r>
        <w:t xml:space="preserve"> The parade centred on Unity, with theatrical floats and strong imagery that resonated across the crowd.</w:t>
      </w:r>
      <w:r/>
    </w:p>
    <w:p>
      <w:pPr>
        <w:pStyle w:val="ListBullet"/>
        <w:spacing w:line="240" w:lineRule="auto"/>
        <w:ind w:left="720"/>
      </w:pPr>
      <w:r/>
      <w:r>
        <w:rPr>
          <w:b/>
        </w:rPr>
        <w:t>A few incidents:</w:t>
      </w:r>
      <w:r>
        <w:t xml:space="preserve"> Pro-Palestine protesters defaced buildings and targeted boats; police intervened and organisers say the parade kept moving.</w:t>
      </w:r>
      <w:r/>
    </w:p>
    <w:p>
      <w:pPr>
        <w:pStyle w:val="ListBullet"/>
        <w:spacing w:line="240" w:lineRule="auto"/>
        <w:ind w:left="720"/>
      </w:pPr>
      <w:r/>
      <w:r>
        <w:rPr>
          <w:b/>
        </w:rPr>
        <w:t>Winners stood out:</w:t>
      </w:r>
      <w:r>
        <w:t xml:space="preserve"> The Kissing Couple float won praise for its creative take on the theme , think bold satire in Delft blue.</w:t>
      </w:r>
      <w:r/>
    </w:p>
    <w:p>
      <w:pPr>
        <w:pStyle w:val="ListBullet"/>
        <w:spacing w:line="240" w:lineRule="auto"/>
        <w:ind w:left="720"/>
      </w:pPr>
      <w:r/>
      <w:r>
        <w:rPr>
          <w:b/>
        </w:rPr>
        <w:t>City backing:</w:t>
      </w:r>
      <w:r>
        <w:t xml:space="preserve"> Amsterdam’s civic and cultural networks supported the event, highlighting decades of Pride tradition.</w:t>
      </w:r>
      <w:r/>
      <w:r/>
    </w:p>
    <w:p>
      <w:r/>
      <w:r>
        <w:t>Opening Hook: Unity on the water, music in the air The canals were a riot of colour and sound, and you could feel the crowd’s warmth even from a distance; according to Pride Amsterdam, the atmosphere was “busy but cosy,” with people keen to be seen and to celebrate. The parade’s Unity theme proved a tidy frame for everything from flamboyant drag performances to elaborate political satire, and that contrast made the whole thing feel alive.</w:t>
      </w:r>
      <w:r/>
    </w:p>
    <w:p>
      <w:r/>
      <w:r>
        <w:t>Backstory and why it mattered World Pride’s arrival in Amsterdam wasn’t just another parade , it’s part of a long civic history of LGBTQ+ visibility in the city, and municipal pages and tourist guides have been promoting a packed programme. Organisers and the city have invested time and energy into making the event both a party and a platform, which is why so many floats used choreography, music and visual metaphors to amplify their messages.</w:t>
      </w:r>
      <w:r/>
    </w:p>
    <w:p>
      <w:r/>
      <w:r>
        <w:t>Highlights that stood out Eighty boats means plenty to gawp at, but some entries grabbed headlines. The Kissing Couple float, portraying two famous political figures kissing in Delft blue, won best embodiment of the Unity theme; it’s the kind of cheeky, theatrical choice that makes a parade unforgettable. Other boats mixed celebration with serious messaging, balancing spectacle and advocacy in equal measure.</w:t>
      </w:r>
      <w:r/>
    </w:p>
    <w:p>
      <w:r/>
      <w:r>
        <w:t>The protests and the response Not everything was strictly festive. Pro-Palestine demonstrators daubed red paint on a building and tried to disrupt parts of the parade, even spraying a bank’s boat and attempting to use ladders at a bridge. Police moved in quickly and, according to organisers, these incidents didn’t cause major delays. It was a reminder that big public events can be stages for competing voices , and that maintaining safety without damping energy is a complex job.</w:t>
      </w:r>
      <w:r/>
    </w:p>
    <w:p>
      <w:r/>
      <w:r>
        <w:t>Tips if you want to experience Canal Parade next time If you plan to watch the parade in future years, aim to arrive early for a good vantage point and bring something small to sit on; canal banking can be hard underfoot. Consider alternative viewing spots on quieter canals or via official livestreams, which capture the music and pageantry without the crush. For families or anyone worried about crowds, check the event’s accessibility info and the city’s guidance in advance.</w:t>
      </w:r>
      <w:r/>
    </w:p>
    <w:p>
      <w:r/>
      <w:r>
        <w:t>What the win and the vibe say about Pride now The jury’s difficulty picking winners speaks to a broader point: Pride floats are more polished and message-driven than ever, blending entertainment with political commentary. That hybrid makes the parade feel relevant beyond a single weekend , it’s a mirror of current debates, cultural humour and communal resilience.</w:t>
      </w:r>
      <w:r/>
    </w:p>
    <w:p>
      <w:r/>
      <w:r>
        <w:t>Looking ahead World Pride left the city buzzing and, for many, proud to host an event that mixes spontaneous joy with deliberate political expression. Organisers are already reflecting on lessons learned, and city partners are talking up the festivals and follow-up programming that keep momentum going.</w:t>
      </w:r>
      <w:r/>
    </w:p>
    <w:p>
      <w:r/>
      <w:r>
        <w:t>It’s a small change that can make every celebration safer, prouder and more inclusive.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3">
        <w:r>
          <w:rPr>
            <w:color w:val="0000EE"/>
            <w:u w:val="single"/>
          </w:rPr>
          <w:t>[6]</w:t>
        </w:r>
      </w:hyperlink>
      <w:r>
        <w:t xml:space="preserve">- Paragraph 3: </w:t>
      </w:r>
      <w:hyperlink r:id="rId10">
        <w:r>
          <w:rPr>
            <w:color w:val="0000EE"/>
            <w:u w:val="single"/>
          </w:rPr>
          <w:t>[2]</w:t>
        </w:r>
      </w:hyperlink>
      <w:r>
        <w:t xml:space="preserve">, </w:t>
      </w:r>
      <w:hyperlink r:id="rId14">
        <w:r>
          <w:rPr>
            <w:color w:val="0000EE"/>
            <w:u w:val="single"/>
          </w:rPr>
          <w:t>[5]</w:t>
        </w:r>
      </w:hyperlink>
      <w:r>
        <w:t xml:space="preserve">- Paragraph 4: </w:t>
      </w:r>
      <w:hyperlink r:id="rId9">
        <w:r>
          <w:rPr>
            <w:color w:val="0000EE"/>
            <w:u w:val="single"/>
          </w:rPr>
          <w:t>[1]</w:t>
        </w:r>
      </w:hyperlink>
      <w:r>
        <w:t xml:space="preserve">, </w:t>
      </w:r>
      <w:hyperlink r:id="rId10">
        <w:r>
          <w:rPr>
            <w:color w:val="0000EE"/>
            <w:u w:val="single"/>
          </w:rPr>
          <w:t>[2]</w:t>
        </w:r>
      </w:hyperlink>
      <w:r>
        <w:t xml:space="preserve">- Paragraph 5: </w:t>
      </w:r>
      <w:hyperlink r:id="rId9">
        <w:r>
          <w:rPr>
            <w:color w:val="0000EE"/>
            <w:u w:val="single"/>
          </w:rPr>
          <w:t>[1]</w:t>
        </w:r>
      </w:hyperlink>
      <w:r>
        <w:t xml:space="preserve">, </w:t>
      </w:r>
      <w:hyperlink r:id="rId12">
        <w:r>
          <w:rPr>
            <w:color w:val="0000EE"/>
            <w:u w:val="single"/>
          </w:rPr>
          <w:t>[4]</w:t>
        </w:r>
      </w:hyperlink>
      <w:r>
        <w:t xml:space="preserve">- Paragraph 6: </w:t>
      </w:r>
      <w:hyperlink r:id="rId11">
        <w:r>
          <w:rPr>
            <w:color w:val="0000EE"/>
            <w:u w:val="single"/>
          </w:rPr>
          <w:t>[3]</w:t>
        </w:r>
      </w:hyperlink>
      <w:r>
        <w:t xml:space="preserve">, </w:t>
      </w:r>
      <w:hyperlink r:id="rId15">
        <w:r>
          <w:rPr>
            <w:color w:val="0000EE"/>
            <w:u w:val="single"/>
          </w:rPr>
          <w:t>[7]</w:t>
        </w:r>
      </w:hyperlink>
      <w:r>
        <w:t xml:space="preserve">- Paragraph 7: </w:t>
      </w:r>
      <w:hyperlink r:id="rId9">
        <w:r>
          <w:rPr>
            <w:color w:val="0000EE"/>
            <w:u w:val="single"/>
          </w:rPr>
          <w:t>[1]</w:t>
        </w:r>
      </w:hyperlink>
      <w:r>
        <w:t xml:space="preserve">, </w:t>
      </w:r>
      <w:hyperlink r:id="rId13">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https://www.parool.nl/worldpride-amsterdam-2026/live-pride-2026-straatfeesten-allemaal-vol-organisatie-druk-maar-gemoedelijk~bc05efe8/</w:t>
        </w:r>
      </w:hyperlink>
      <w:r>
        <w:t xml:space="preserve"> - Please view link - unable to able to access data</w:t>
      </w:r>
      <w:r/>
    </w:p>
    <w:p>
      <w:pPr>
        <w:pStyle w:val="ListNumber"/>
        <w:spacing w:line="240" w:lineRule="auto"/>
        <w:ind w:left="720"/>
      </w:pPr>
      <w:r/>
      <w:hyperlink r:id="rId10">
        <w:r>
          <w:rPr>
            <w:color w:val="0000EE"/>
            <w:u w:val="single"/>
          </w:rPr>
          <w:t>https://pride.amsterdam/en/boats/the-kissing-couple/</w:t>
        </w:r>
      </w:hyperlink>
      <w:r>
        <w:t xml:space="preserve"> - The Kissing Couple is a boat participating in the WorldPride Amsterdam 2026 Canal Parade, scheduled for Saturday, 1 August 2026, from 12:00 to 18:00. The boat's theme, 'UNITY', features an image of Donald Trump and Vladimir Putin as a kissing couple, symbolising the desire for unity amidst division. The organisers, Jordy Vos and Erik Broeder, aim to surprise and inspire spectators with their presentation, reflecting on the importance of genuine rapprochement between individuals. This marks their fourth participation in the Canal Parade, following a first-place win in the creation category in 2025 with their boat 'Liefdessoldaten'.</w:t>
      </w:r>
      <w:r/>
    </w:p>
    <w:p>
      <w:pPr>
        <w:pStyle w:val="ListNumber"/>
        <w:spacing w:line="240" w:lineRule="auto"/>
        <w:ind w:left="720"/>
      </w:pPr>
      <w:r/>
      <w:hyperlink r:id="rId11">
        <w:r>
          <w:rPr>
            <w:color w:val="0000EE"/>
            <w:u w:val="single"/>
          </w:rPr>
          <w:t>https://worldpride.amsterdam/theme/</w:t>
        </w:r>
      </w:hyperlink>
      <w:r>
        <w:t xml:space="preserve"> - The theme for WorldPride Amsterdam 2026 is 'UNITY', celebrating the 25th anniversary of same-sex marriage in the Netherlands. This theme underscores the bond formed through marriage and the broader unity within the LGBTQIA+ community. The event aims to highlight the importance of mutual support and togetherness, especially in times when equal rights are under pressure. The theme also acknowledges the 80th anniversary of COC Netherlands and the 30th anniversary of Pride in Amsterdam, marking significant milestones in the fight for LGBTQIA+ rights.</w:t>
      </w:r>
      <w:r/>
    </w:p>
    <w:p>
      <w:pPr>
        <w:pStyle w:val="ListNumber"/>
        <w:spacing w:line="240" w:lineRule="auto"/>
        <w:ind w:left="720"/>
      </w:pPr>
      <w:r/>
      <w:hyperlink r:id="rId12">
        <w:r>
          <w:rPr>
            <w:color w:val="0000EE"/>
            <w:u w:val="single"/>
          </w:rPr>
          <w:t>https://www.amsterdam.nl/en/news/worldpride/</w:t>
        </w:r>
      </w:hyperlink>
      <w:r>
        <w:t xml:space="preserve"> - From 25 July to 8 August 2026, Amsterdam will host WorldPride for the first time under the theme 'UNITY'. The city will celebrate diversity, freedom, and equal rights for LGBTQIA+ people through various events, including the Pride Walk, Pride Park, Canal Parade, street parties, and the Closing Concert on Museumplein. The event aims to promote inclusivity and visibility for the LGBTQIA+ community, with a focus on unity and mutual support.</w:t>
      </w:r>
      <w:r/>
    </w:p>
    <w:p>
      <w:pPr>
        <w:pStyle w:val="ListNumber"/>
        <w:spacing w:line="240" w:lineRule="auto"/>
        <w:ind w:left="720"/>
      </w:pPr>
      <w:r/>
      <w:hyperlink r:id="rId14">
        <w:r>
          <w:rPr>
            <w:color w:val="0000EE"/>
            <w:u w:val="single"/>
          </w:rPr>
          <w:t>https://www.iamsterdam.com/en/whats-on/calendar/festivals/events/canal-parade</w:t>
        </w:r>
      </w:hyperlink>
      <w:r>
        <w:t xml:space="preserve"> - The Canal Parade is a highlight of WorldPride Amsterdam, featuring about 80 elaborately decorated boats representing various LGBTQI+ foundations and organisations. The parade cruises the city's canals, celebrating the 2026 theme of 'UNITY' and showcasing the diversity and inclusivity of the LGBTQI+ community. The event is free to attend and offers a vibrant and festive atmosphere for spectators along the canal sides.</w:t>
      </w:r>
      <w:r/>
    </w:p>
    <w:p>
      <w:pPr>
        <w:pStyle w:val="ListNumber"/>
        <w:spacing w:line="240" w:lineRule="auto"/>
        <w:ind w:left="720"/>
      </w:pPr>
      <w:r/>
      <w:hyperlink r:id="rId13">
        <w:r>
          <w:rPr>
            <w:color w:val="0000EE"/>
            <w:u w:val="single"/>
          </w:rPr>
          <w:t>https://www.holland.com/global/press/newsroom/dertig-jaar-amsterdam-pride</w:t>
        </w:r>
      </w:hyperlink>
      <w:r>
        <w:t xml:space="preserve"> - In 2026, Amsterdam celebrates 30 years of Pride, coinciding with the city's hosting of WorldPride. The event marks three decades since the first Canal Parade in 1996, which has grown into one of Europe's most distinctive LGBTQ+ celebrations. WorldPride 2026 offers a unique opportunity to experience Amsterdam's vibrant LGBTQ+ community and its long-standing reputation for openness and inclusivity.</w:t>
      </w:r>
      <w:r/>
    </w:p>
    <w:p>
      <w:pPr>
        <w:pStyle w:val="ListNumber"/>
        <w:spacing w:line="240" w:lineRule="auto"/>
        <w:ind w:left="720"/>
      </w:pPr>
      <w:r/>
      <w:hyperlink r:id="rId15">
        <w:r>
          <w:rPr>
            <w:color w:val="0000EE"/>
            <w:u w:val="single"/>
          </w:rPr>
          <w:t>https://coupleofmen.com/pride-amsterdam-travel-guide/</w:t>
        </w:r>
      </w:hyperlink>
      <w:r>
        <w:t xml:space="preserve"> - WorldPride Amsterdam 2026, held from 25 July to 8 August, celebrates the 25th anniversary of marriage equality in the Netherlands under the theme 'UNITY'. The event honours the union of loving couples and the power of community support within the LGBTQ+ spectrum. It aims to bridge differences, support queer people facing oppression worldwide, and foster resilience through togetherness, with events celebrating diversity, solidarity, and visibility across every identity.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parool.nl/worldpride-amsterdam-2026/live-pride-2026-straatfeesten-allemaal-vol-organisatie-druk-maar-gemoedelijk~bc05efe8/" TargetMode="External"/><Relationship Id="rId10" Type="http://schemas.openxmlformats.org/officeDocument/2006/relationships/hyperlink" Target="https://pride.amsterdam/en/boats/the-kissing-couple/" TargetMode="External"/><Relationship Id="rId11" Type="http://schemas.openxmlformats.org/officeDocument/2006/relationships/hyperlink" Target="https://worldpride.amsterdam/theme/" TargetMode="External"/><Relationship Id="rId12" Type="http://schemas.openxmlformats.org/officeDocument/2006/relationships/hyperlink" Target="https://www.amsterdam.nl/en/news/worldpride/" TargetMode="External"/><Relationship Id="rId13" Type="http://schemas.openxmlformats.org/officeDocument/2006/relationships/hyperlink" Target="https://www.holland.com/global/press/newsroom/dertig-jaar-amsterdam-pride" TargetMode="External"/><Relationship Id="rId14" Type="http://schemas.openxmlformats.org/officeDocument/2006/relationships/hyperlink" Target="https://www.iamsterdam.com/en/whats-on/calendar/festivals/events/canal-parade" TargetMode="External"/><Relationship Id="rId15" Type="http://schemas.openxmlformats.org/officeDocument/2006/relationships/hyperlink" Target="https://coupleofmen.com/pride-amsterdam-travel-gui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