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Margate Pride Week Guide: Where to Eat, Dance and Discover Local Art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Buzzing with colour and sound, Margate’s start of August turns into a feast of Pride parties, pop-up art and new places to sip and snack; here’s a friendly guide to what to see, where to eat and how to make the most of Margate Pride and the surrounding weekend of events.</w:t>
      </w:r>
      <w:r/>
    </w:p>
    <w:p>
      <w:r/>
      <w:r>
        <w:t>Essential Takeaways</w:t>
      </w:r>
      <w:r/>
      <w:r/>
    </w:p>
    <w:p>
      <w:pPr>
        <w:pStyle w:val="ListBullet"/>
        <w:spacing w:line="240" w:lineRule="auto"/>
        <w:ind w:left="720"/>
      </w:pPr>
      <w:r/>
      <w:r>
        <w:rPr>
          <w:b/>
        </w:rPr>
        <w:t>Packed weekend:</w:t>
      </w:r>
      <w:r>
        <w:t xml:space="preserve"> Margate Pride runs across the town with parades, gigs, and pop-ups , plan for Fri–Sun and expect lots of walking.</w:t>
      </w:r>
      <w:r/>
    </w:p>
    <w:p>
      <w:pPr>
        <w:pStyle w:val="ListBullet"/>
        <w:spacing w:line="240" w:lineRule="auto"/>
        <w:ind w:left="720"/>
      </w:pPr>
      <w:r/>
      <w:r>
        <w:rPr>
          <w:b/>
        </w:rPr>
        <w:t>Art trail:</w:t>
      </w:r>
      <w:r>
        <w:t xml:space="preserve"> The Pride Art Map pins galleries and queer-led shows across town, from group exhibitions to intimate solo displays.</w:t>
      </w:r>
      <w:r/>
    </w:p>
    <w:p>
      <w:pPr>
        <w:pStyle w:val="ListBullet"/>
        <w:spacing w:line="240" w:lineRule="auto"/>
        <w:ind w:left="720"/>
      </w:pPr>
      <w:r/>
      <w:r>
        <w:rPr>
          <w:b/>
        </w:rPr>
        <w:t>New openings:</w:t>
      </w:r>
      <w:r>
        <w:t xml:space="preserve"> Cockle &amp; Hen and Modern Love offer fresh food and cocktail options nearby , handy for sunset stops.</w:t>
      </w:r>
      <w:r/>
    </w:p>
    <w:p>
      <w:pPr>
        <w:pStyle w:val="ListBullet"/>
        <w:spacing w:line="240" w:lineRule="auto"/>
        <w:ind w:left="720"/>
      </w:pPr>
      <w:r/>
      <w:r>
        <w:rPr>
          <w:b/>
        </w:rPr>
        <w:t>Family-friendly options:</w:t>
      </w:r>
      <w:r>
        <w:t xml:space="preserve"> Morning music picnics and kids’ pasta workshops mean there’s plenty for families during the festival.</w:t>
      </w:r>
      <w:r/>
    </w:p>
    <w:p>
      <w:pPr>
        <w:pStyle w:val="ListBullet"/>
        <w:spacing w:line="240" w:lineRule="auto"/>
        <w:ind w:left="720"/>
      </w:pPr>
      <w:r/>
      <w:r>
        <w:rPr>
          <w:b/>
        </w:rPr>
        <w:t>Free and low-cost:</w:t>
      </w:r>
      <w:r>
        <w:t xml:space="preserve"> Many events are free or low-cost; book the paid dinners and workshops early to avoid disappointment.</w:t>
      </w:r>
      <w:r/>
      <w:r/>
    </w:p>
    <w:p>
      <w:pPr>
        <w:pStyle w:val="Heading2"/>
      </w:pPr>
      <w:r>
        <w:t>Start with the parade: Pride’s heart and pulse</w:t>
      </w:r>
      <w:r/>
    </w:p>
    <w:p>
      <w:r/>
      <w:r>
        <w:t>The procession is the town’s social engine, loud, colourful and impossible to miss; bring bright layers and a comfortable pair of shoes. Margate Pride spreads activity across the compact seafront and town centre, so the parade is the simplest way to feel the atmosphere, catch street performances and spot pop-up stalls. According to Margate Pride organisers, the Art Map helps visitors find nearby gallery stops before or after the parade, so plan a route that mixes music, art and food. If you want a quieter slice of Pride, aim for early-morning activities like the Free Pride Cute Camp circuit on Newgate Gap Beach , it’s gentle, joyful and sweat-inducing in the best way.</w:t>
      </w:r>
      <w:r/>
    </w:p>
    <w:p>
      <w:pPr>
        <w:pStyle w:val="Heading2"/>
      </w:pPr>
      <w:r>
        <w:t>Follow the Pride Art Map: queer-led shows to seek out</w:t>
      </w:r>
      <w:r/>
    </w:p>
    <w:p>
      <w:r/>
      <w:r>
        <w:t>The Pride Art Map has turned Margate into a temporary queer gallery, linking group shows and solo projects across cafés and artist spaces. Look for pieces that lean into seaside nostalgia, myth-making and playful craft , from cross-stitch trickster works to coastal tableaux of chips and arcades. The map makes it easy to drop into CAMP and Projects Kavel Rafferty between gigs; many shows are free, so you can pace yourself without worrying about ticket stacks. Bring a small notebook or your phone camera for favourites, and support local artists by buying a print or commissioning a piece , it’s a proper way to take something of Margate home.</w:t>
      </w:r>
      <w:r/>
    </w:p>
    <w:p>
      <w:pPr>
        <w:pStyle w:val="Heading2"/>
      </w:pPr>
      <w:r>
        <w:t>Eat and drink: new openings and apéro-level treats</w:t>
      </w:r>
      <w:r/>
    </w:p>
    <w:p>
      <w:r/>
      <w:r>
        <w:t>Two new venues are worth pencilling in: Cockle &amp; Hen for decent lager and sunsets, and Modern Love for Parisian-style cocktails and a bit of theatre by the Lido sign. If you want to ease into the weekend, Picnic Deli’s Apéro Hour offers £6 negronis, spritz and apéro plates , perfect for a late-afternoon sit-down before evening events. For a special Pride meal, book the Mokadem dinner where historic recipes meet paired wines; it’s a grown-up, narrative-led dinner that adds context to the festival. Tip: popular spots fill fast during Pride. Reserve where you can and leave fifteen minutes to queue at the busier bars , the atmosphere usually turns waiting into part of the fun.</w:t>
      </w:r>
      <w:r/>
    </w:p>
    <w:p>
      <w:pPr>
        <w:pStyle w:val="Heading2"/>
      </w:pPr>
      <w:r>
        <w:t>Family-friendly and community corners</w:t>
      </w:r>
      <w:r/>
    </w:p>
    <w:p>
      <w:r/>
      <w:r>
        <w:t>Margate’s festival calendar keeps families in mind: Charlie’s album launch picnic in the Windmill Community Gardens is gentle and kid-friendly. There are hands-on sessions too, like the Windmill’s Pasta Party for children and carers, which uses garden produce and doubles as an easy, tactile afternoon. Community initiatives , from the Summer School Band Club for drum-and-guitar noise-makers to the town noticeboard for local services , mean Margate’s festival is more than a weekend; it’s civic and connective. If you’re bringing kids, pack for weather swings, choose sheltered events if rain’s forecast, and check start times carefully so small ones aren’t up too late.</w:t>
      </w:r>
      <w:r/>
    </w:p>
    <w:p>
      <w:pPr>
        <w:pStyle w:val="Heading2"/>
      </w:pPr>
      <w:r>
        <w:t>Slow options and wellness among the glitter</w:t>
      </w:r>
      <w:r/>
    </w:p>
    <w:p>
      <w:r/>
      <w:r>
        <w:t>Not everything is hustle: sound baths and Yin Yoga sessions are programmed in to give visitors a chance to decompress between parties. Sound therapist-led sessions promise deeper relaxation, while slower yoga classes work gently into connective tissue , they’re popular during Pride for good reason. These calmer events are ticketed and limited, so if you want to switch off mid-festival, book ahead and treat it like an essential recharge. It’s refreshing to find spaces where you can sit quietly amid the colourful chaos , and you’ll come back to the parade feeling sharper and more present.</w:t>
      </w:r>
      <w:r/>
    </w:p>
    <w:p>
      <w:pPr>
        <w:pStyle w:val="Heading2"/>
      </w:pPr>
      <w:r>
        <w:t>How to plan your Pride weekend like a local</w:t>
      </w:r>
      <w:r/>
    </w:p>
    <w:p>
      <w:r/>
      <w:r>
        <w:t>Make a rough route the night before: pick a gallery or two, a couple of key gigs, and a go-to drink stop , Margate’s compact streets reward a loose plan rather than rigid schedules. Wear layers for wind and sun, take a reusable water bottle, and download maps or the Pride Art Map so you’re not zig-zagging across town. Support local creatives , from illustrators like Girls N’ Guts to independent venues , by choosing local commissions and popping into small shows. Finally, say hello. Margate’s crowds are friendly, and a quick chat at a stall or gallery can lead to local tips you’d never find online.</w:t>
      </w:r>
      <w:r/>
    </w:p>
    <w:p>
      <w:r/>
      <w:r>
        <w:t>It’s a small change that can make your Pride weekend both easier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https://dontmissmargate.substack.com/p/all-you-need-for-pride-apero-hour</w:t>
        </w:r>
      </w:hyperlink>
      <w:r>
        <w:t xml:space="preserve"> - Please view link - unable to able to access data</w:t>
      </w:r>
      <w:r/>
    </w:p>
    <w:p>
      <w:pPr>
        <w:pStyle w:val="ListNumber"/>
        <w:spacing w:line="240" w:lineRule="auto"/>
        <w:ind w:left="720"/>
      </w:pPr>
      <w:r/>
      <w:hyperlink r:id="rId10">
        <w:r>
          <w:rPr>
            <w:color w:val="0000EE"/>
            <w:u w:val="single"/>
          </w:rPr>
          <w:t>https://www.margatepride.org.uk/news/the-pride-art-map-how-margate-became-a-queer-gallery</w:t>
        </w:r>
      </w:hyperlink>
      <w:r>
        <w:t xml:space="preserve"> - The Pride Art Map is an initiative by Margate Pride that began in 2020, aiming to spread LGBTQIA+ art throughout Margate by displaying works in various venues across the town. This approach allows artists to showcase their creations in unexpected places, fostering a more inclusive and accessible art scene. Over the years, the map has expanded significantly, featuring numerous artists and venues, and has become a distinctive part of Margate Pride's festival, highlighting the town's rich queer culture and artistic diversity.</w:t>
      </w:r>
      <w:r/>
    </w:p>
    <w:p>
      <w:pPr>
        <w:pStyle w:val="ListNumber"/>
        <w:spacing w:line="240" w:lineRule="auto"/>
        <w:ind w:left="720"/>
      </w:pPr>
      <w:r/>
      <w:hyperlink r:id="rId11">
        <w:r>
          <w:rPr>
            <w:color w:val="0000EE"/>
            <w:u w:val="single"/>
          </w:rPr>
          <w:t>https://www.kmfm.co.uk/events/event/margate-soul-festival/</w:t>
        </w:r>
      </w:hyperlink>
      <w:r>
        <w:t xml:space="preserve"> - The Margate Soul Festival is an annual event that has been celebrated for over two decades, taking place across various venues in Margate. It has grown to become the UK's largest soul street party and festival, featuring a diverse lineup of artists and performances. The festival includes a beachside main stage, free music stages, and a variety of activities, attracting visitors from all over the country to experience the vibrant soul music scene in Margate.</w:t>
      </w:r>
      <w:r/>
    </w:p>
    <w:p>
      <w:pPr>
        <w:pStyle w:val="ListNumber"/>
        <w:spacing w:line="240" w:lineRule="auto"/>
        <w:ind w:left="720"/>
      </w:pPr>
      <w:r/>
      <w:hyperlink r:id="rId10">
        <w:r>
          <w:rPr>
            <w:color w:val="0000EE"/>
            <w:u w:val="single"/>
          </w:rPr>
          <w:t>https://www.margatepride.org.uk/news/the-pride-art-map-how-margate-became-a-queer-gallery</w:t>
        </w:r>
      </w:hyperlink>
      <w:r>
        <w:t xml:space="preserve"> - The Pride Art Map is an initiative by Margate Pride that began in 2020, aiming to spread LGBTQIA+ art throughout Margate by displaying works in various venues across the town. This approach allows artists to showcase their creations in unexpected places, fostering a more inclusive and accessible art scene. Over the years, the map has expanded significantly, featuring numerous artists and venues, and has become a distinctive part of Margate Pride's festival, highlighting the town's rich queer culture and artistic diversity.</w:t>
      </w:r>
      <w:r/>
    </w:p>
    <w:p>
      <w:pPr>
        <w:pStyle w:val="ListNumber"/>
        <w:spacing w:line="240" w:lineRule="auto"/>
        <w:ind w:left="720"/>
      </w:pPr>
      <w:r/>
      <w:hyperlink r:id="rId11">
        <w:r>
          <w:rPr>
            <w:color w:val="0000EE"/>
            <w:u w:val="single"/>
          </w:rPr>
          <w:t>https://www.kmfm.co.uk/events/event/margate-soul-festival/</w:t>
        </w:r>
      </w:hyperlink>
      <w:r>
        <w:t xml:space="preserve"> - The Margate Soul Festival is an annual event that has been celebrated for over two decades, taking place across various venues in Margate. It has grown to become the UK's largest soul street party and festival, featuring a diverse lineup of artists and performances. The festival includes a beachside main stage, free music stages, and a variety of activities, attracting visitors from all over the country to experience the vibrant soul music scene in Margate.</w:t>
      </w:r>
      <w:r/>
    </w:p>
    <w:p>
      <w:pPr>
        <w:pStyle w:val="ListNumber"/>
        <w:spacing w:line="240" w:lineRule="auto"/>
        <w:ind w:left="720"/>
      </w:pPr>
      <w:r/>
      <w:hyperlink r:id="rId10">
        <w:r>
          <w:rPr>
            <w:color w:val="0000EE"/>
            <w:u w:val="single"/>
          </w:rPr>
          <w:t>https://www.margatepride.org.uk/news/the-pride-art-map-how-margate-became-a-queer-gallery</w:t>
        </w:r>
      </w:hyperlink>
      <w:r>
        <w:t xml:space="preserve"> - The Pride Art Map is an initiative by Margate Pride that began in 2020, aiming to spread LGBTQIA+ art throughout Margate by displaying works in various venues across the town. This approach allows artists to showcase their creations in unexpected places, fostering a more inclusive and accessible art scene. Over the years, the map has expanded significantly, featuring numerous artists and venues, and has become a distinctive part of Margate Pride's festival, highlighting the town's rich queer culture and artistic diversity.</w:t>
      </w:r>
      <w:r/>
    </w:p>
    <w:p>
      <w:pPr>
        <w:pStyle w:val="ListNumber"/>
        <w:spacing w:line="240" w:lineRule="auto"/>
        <w:ind w:left="720"/>
      </w:pPr>
      <w:r/>
      <w:hyperlink r:id="rId11">
        <w:r>
          <w:rPr>
            <w:color w:val="0000EE"/>
            <w:u w:val="single"/>
          </w:rPr>
          <w:t>https://www.kmfm.co.uk/events/event/margate-soul-festival/</w:t>
        </w:r>
      </w:hyperlink>
      <w:r>
        <w:t xml:space="preserve"> - The Margate Soul Festival is an annual event that has been celebrated for over two decades, taking place across various venues in Margate. It has grown to become the UK's largest soul street party and festival, featuring a diverse lineup of artists and performances. The festival includes a beachside main stage, free music stages, and a variety of activities, attracting visitors from all over the country to experience the vibrant soul music scene in Margate.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ontmissmargate.substack.com/p/all-you-need-for-pride-apero-hour" TargetMode="External"/><Relationship Id="rId10" Type="http://schemas.openxmlformats.org/officeDocument/2006/relationships/hyperlink" Target="https://www.margatepride.org.uk/news/the-pride-art-map-how-margate-became-a-queer-gallery" TargetMode="External"/><Relationship Id="rId11" Type="http://schemas.openxmlformats.org/officeDocument/2006/relationships/hyperlink" Target="https://www.kmfm.co.uk/events/event/margate-soul-fest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