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Madonna and Kylie Moment at WorldPride Amsterdam: Why It Mattered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the surprise duet that lit up Amsterdam , Madonna and Kylie’s Club Confessions cameo brought queer joy, star power and a record-breaking party vibe to WorldPride, reminding festivalgoers why these moments still matter.</w:t>
      </w:r>
      <w:r/>
      <w:r/>
    </w:p>
    <w:p>
      <w:pPr>
        <w:pStyle w:val="ListBullet"/>
        <w:spacing w:line="240" w:lineRule="auto"/>
        <w:ind w:left="720"/>
      </w:pPr>
      <w:r/>
      <w:r>
        <w:rPr>
          <w:b/>
        </w:rPr>
        <w:t>Surprise duet:</w:t>
      </w:r>
      <w:r>
        <w:t xml:space="preserve"> Madonna joined Kylie Minogue for an unexpected Club Confessions moment during WorldPride Amsterdam, creating a euphoric highlight. </w:t>
      </w:r>
      <w:r/>
    </w:p>
    <w:p>
      <w:pPr>
        <w:pStyle w:val="ListBullet"/>
        <w:spacing w:line="240" w:lineRule="auto"/>
        <w:ind w:left="720"/>
      </w:pPr>
      <w:r/>
      <w:r>
        <w:rPr>
          <w:b/>
        </w:rPr>
        <w:t>Queer-first energy:</w:t>
      </w:r>
      <w:r>
        <w:t xml:space="preserve"> The performance was framed as an explicit celebration of queer joy, freedom and community, with Madonna declaring, “Mother is here.” </w:t>
      </w:r>
      <w:r/>
    </w:p>
    <w:p>
      <w:pPr>
        <w:pStyle w:val="ListBullet"/>
        <w:spacing w:line="240" w:lineRule="auto"/>
        <w:ind w:left="720"/>
      </w:pPr>
      <w:r/>
      <w:r>
        <w:rPr>
          <w:b/>
        </w:rPr>
        <w:t>Star-studded festival:</w:t>
      </w:r>
      <w:r>
        <w:t xml:space="preserve"> The two-night festival also featured Paris Hilton, Bebe Rexha, Purple Disco Machine and more, plus a GUINNESS WORLD RECORD for confetti. </w:t>
      </w:r>
      <w:r/>
    </w:p>
    <w:p>
      <w:pPr>
        <w:pStyle w:val="ListBullet"/>
        <w:spacing w:line="240" w:lineRule="auto"/>
        <w:ind w:left="720"/>
      </w:pPr>
      <w:r/>
      <w:r>
        <w:rPr>
          <w:b/>
        </w:rPr>
        <w:t>Notable collaborators:</w:t>
      </w:r>
      <w:r>
        <w:t xml:space="preserve"> Longtime Madonna collaborator Stuart Price joined her throughout the set, followed by Grammy-winning DJ Honey Dijon on the decks. </w:t>
      </w:r>
      <w:r/>
    </w:p>
    <w:p>
      <w:pPr>
        <w:pStyle w:val="ListBullet"/>
        <w:spacing w:line="240" w:lineRule="auto"/>
        <w:ind w:left="720"/>
      </w:pPr>
      <w:r/>
      <w:r>
        <w:rPr>
          <w:b/>
        </w:rPr>
        <w:t>Legacy moment:</w:t>
      </w:r>
      <w:r>
        <w:t xml:space="preserve"> This was Madonna’s first WorldPride since 2019 and the debut Club Confessions at a WorldPride event, staged in a city marking 25 years since the Netherlands legalised same-sex marriage.</w:t>
      </w:r>
      <w:r/>
      <w:r/>
    </w:p>
    <w:p>
      <w:pPr>
        <w:pStyle w:val="Heading2"/>
      </w:pPr>
      <w:r>
        <w:t>A shock that felt like a hug , the opening hook</w:t>
      </w:r>
      <w:r/>
    </w:p>
    <w:p>
      <w:r/>
      <w:r>
        <w:t>Madonna stepping onstage and declaring, “Mother is here,” landed like a warm, defiant hug in Amsterdam’s summer night air. The surprise duet with Kylie Minogue during Club Confessions instantly became the festival’s emotional peak, the kind of moment that makes people cheer, cry a little and scroll their feeds for more. It was theatrical, intimate and plainly joyful , a reminder that pop can be both spectacle and sanctuary.</w:t>
      </w:r>
      <w:r/>
    </w:p>
    <w:p>
      <w:pPr>
        <w:pStyle w:val="Heading2"/>
      </w:pPr>
      <w:r>
        <w:t>How the moment came together , backstory and context</w:t>
      </w:r>
      <w:r/>
    </w:p>
    <w:p>
      <w:r/>
      <w:r>
        <w:t>Club Confessions has long been Madonna’s nightclub-format celebration of dance and hedonism; bringing it to WorldPride was a deliberate move to centre queer spaces and history. Organisers teamed up with major promoters for a two-night, multi-stage run featuring big names across pop and dance. According to festival organisers, the pairing of Madonna and Kylie was designed as a love letter to the queer community, underscored by speeches and programming that prioritised visibility and fundraising for Pride causes.</w:t>
      </w:r>
      <w:r/>
    </w:p>
    <w:p>
      <w:pPr>
        <w:pStyle w:val="Heading2"/>
      </w:pPr>
      <w:r>
        <w:t>Bigger than a duet , trends and what it signals</w:t>
      </w:r>
      <w:r/>
    </w:p>
    <w:p>
      <w:r/>
      <w:r>
        <w:t>This wasn’t just celebrity cameo culture; it’s part of a wider trend where legacy artists reframe their platforms around activism and community moments. Festivals now court cultural resonance as much as ticket sales, and WorldPride Amsterdam leaned into that by making Club Confessions an official part of its programme for the first time. The result felt like a cultural crossroads: nostalgia for classic pop, the immediacy of live club culture, and an explicit political thrust about being visible.</w:t>
      </w:r>
      <w:r/>
    </w:p>
    <w:p>
      <w:pPr>
        <w:pStyle w:val="Heading2"/>
      </w:pPr>
      <w:r>
        <w:t>Sound, spectacle and the sensory highs</w:t>
      </w:r>
      <w:r/>
    </w:p>
    <w:p>
      <w:r/>
      <w:r>
        <w:t>If you were there, you’d remember the confetti , organisers set a GUINNESS WORLD RECORD for the most confetti released in one minute , and the pulsing, sweaty energy that only a club crowd can generate. Stuart Price’s production gave Madonna’s set a sleek, driving electronic backbone, while Honey Dijon kept the vibe alive afterwards with a set that leaned into house and disco. Together, those elements made the night feel tactile: warm, glittery and a little electric.</w:t>
      </w:r>
      <w:r/>
    </w:p>
    <w:p>
      <w:pPr>
        <w:pStyle w:val="Heading2"/>
      </w:pPr>
      <w:r>
        <w:t>Practical takeaways for fans and festivalgoers</w:t>
      </w:r>
      <w:r/>
    </w:p>
    <w:p>
      <w:r/>
      <w:r>
        <w:t>If you want to chase these moments at future events, here’s what to bear in mind: follow festival line-ups closely , surprise guests often appear at curated stage nights or themed takeover slots. Buy early or sign up for artist newsletters for pre-sale access, and if community and culture matter to you, look for festivals that explicitly tie programming to charities or causes. And yes, bring earplugs , those euphoria peaks are loud.</w:t>
      </w:r>
      <w:r/>
    </w:p>
    <w:p>
      <w:pPr>
        <w:pStyle w:val="Heading2"/>
      </w:pPr>
      <w:r>
        <w:t>Why this matters beyond the headline</w:t>
      </w:r>
      <w:r/>
    </w:p>
    <w:p>
      <w:r/>
      <w:r>
        <w:t>This duet did more than light up a canal-side stage. It arrived in a year when Amsterdam hosted WorldPride for the first time and commemorated a quarter-century since the Netherlands legalised same-sex marriage. Festival producer Jake Resnicow framed it as a statement against shrinking space for queer visibility, and Pasquale Rotella called the partnership “a vibrant celebration of love, unity, and authenticity.” Pop stunts are fun, but when they’re tied to community and purpose, they register as cultural moments.</w:t>
      </w:r>
      <w:r/>
    </w:p>
    <w:p>
      <w:r/>
      <w:r>
        <w:t>It's a small change that can make every celebration feel a touch more fearless.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13">
        <w:r>
          <w:rPr>
            <w:color w:val="0000EE"/>
            <w:u w:val="single"/>
          </w:rPr>
          <w:t>[6]</w:t>
        </w:r>
      </w:hyperlink>
      <w:r>
        <w:t xml:space="preserve">, </w:t>
      </w:r>
      <w:hyperlink r:id="rId14">
        <w:r>
          <w:rPr>
            <w:color w:val="0000EE"/>
            <w:u w:val="single"/>
          </w:rPr>
          <w:t>[3]</w:t>
        </w:r>
      </w:hyperlink>
      <w:r>
        <w:t xml:space="preserve">- Paragraph 4: </w:t>
      </w:r>
      <w:hyperlink r:id="rId15">
        <w:r>
          <w:rPr>
            <w:color w:val="0000EE"/>
            <w:u w:val="single"/>
          </w:rPr>
          <w:t>[5]</w:t>
        </w:r>
      </w:hyperlink>
      <w:r>
        <w:t xml:space="preserve">, </w:t>
      </w:r>
      <w:hyperlink r:id="rId14">
        <w:r>
          <w:rPr>
            <w:color w:val="0000EE"/>
            <w:u w:val="single"/>
          </w:rPr>
          <w:t>[3]</w:t>
        </w:r>
      </w:hyperlink>
      <w:r>
        <w:t xml:space="preserve">- Paragraph 5: </w:t>
      </w:r>
      <w:hyperlink r:id="rId13">
        <w:r>
          <w:rPr>
            <w:color w:val="0000EE"/>
            <w:u w:val="single"/>
          </w:rPr>
          <w:t>[6]</w:t>
        </w:r>
      </w:hyperlink>
      <w:r>
        <w:t xml:space="preserve">, </w:t>
      </w:r>
      <w:hyperlink r:id="rId10">
        <w:r>
          <w:rPr>
            <w:color w:val="0000EE"/>
            <w:u w:val="single"/>
          </w:rPr>
          <w:t>[2]</w:t>
        </w:r>
      </w:hyperlink>
      <w:r>
        <w:t xml:space="preserve">- Paragraph 6: </w:t>
      </w:r>
      <w:hyperlink r:id="rId10">
        <w:r>
          <w:rPr>
            <w:color w:val="0000EE"/>
            <w:u w:val="single"/>
          </w:rPr>
          <w:t>[2]</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https://weraveyou.com/2026/08/madonna-kylie-minogue-worldpride-amsterdam-club-confessions-surprise/</w:t>
        </w:r>
      </w:hyperlink>
      <w:r>
        <w:t xml:space="preserve"> - Please view link - unable to able to access data</w:t>
      </w:r>
      <w:r/>
    </w:p>
    <w:p>
      <w:pPr>
        <w:pStyle w:val="ListNumber"/>
        <w:spacing w:line="240" w:lineRule="auto"/>
        <w:ind w:left="720"/>
      </w:pPr>
      <w:r/>
      <w:hyperlink r:id="rId10">
        <w:r>
          <w:rPr>
            <w:color w:val="0000EE"/>
            <w:u w:val="single"/>
          </w:rPr>
          <w:t>https://elpais.com/cultura/2026-08-02/madonna-actua-con-kylie-minogue-en-el-world-pride-de-amsterdam.html</w:t>
        </w:r>
      </w:hyperlink>
      <w:r>
        <w:t xml:space="preserve"> - Madonna surprised fans at Amsterdam's World Pride 2026 by performing alongside Australian singer Kylie Minogue at AFAS Live. The duo delivered a 30-minute set featuring tracks from Madonna's latest album, 'Confessions on a Dancefloor II', including hits like 'Sorry' and 'Hung Up'. This performance marked Madonna's first World Pride appearance since 2019 and was the inaugural 'Club Confessions' event during a World Pride celebration. The festival also featured artists such as Paris Hilton, Bebe Rexha, and Oliver Heldens, and set a Guinness World Record for the most confetti released in one minute. Festival producer Jake Resnicow emphasized the importance of gathering openly and joyfully, especially in times when LGBTQ+ communities face challenges. Insomniac founder Pasquale Rotella praised the event as a vibrant celebration of love, unity, and authenticity. The festival commemorated 25 years since the Netherlands legalized same-sex marriage and raised funds for InterPride's global support of Pride organizations. The next event is scheduled for February 2027 at Factory Town in Miami. (</w:t>
      </w:r>
      <w:hyperlink r:id="rId16">
        <w:r>
          <w:rPr>
            <w:color w:val="0000EE"/>
            <w:u w:val="single"/>
          </w:rPr>
          <w:t>elpais.com</w:t>
        </w:r>
      </w:hyperlink>
      <w:r>
        <w:t>)</w:t>
      </w:r>
      <w:r/>
    </w:p>
    <w:p>
      <w:pPr>
        <w:pStyle w:val="ListNumber"/>
        <w:spacing w:line="240" w:lineRule="auto"/>
        <w:ind w:left="720"/>
      </w:pPr>
      <w:r/>
      <w:hyperlink r:id="rId14">
        <w:r>
          <w:rPr>
            <w:color w:val="0000EE"/>
            <w:u w:val="single"/>
          </w:rPr>
          <w:t>https://www.globenewswire.com/news-release/2026/07/14/3326548/0/en/MADONNA-CLUB-CONFESSIONS-NYC-WITH-MISTR.html</w:t>
        </w:r>
      </w:hyperlink>
      <w:r>
        <w:t xml:space="preserve"> - Madonna returned to New York City to celebrate the success of her album 'Confessions II' with a 'Club Confessions' event at the Knockdown Center. Presented in partnership with MISTR, the event featured performances by Madonna, her longtime collaborator Stuart Price, and DJ Honey Dijon. The night aimed to celebrate dance music, queer culture, and community, with Madonna emphasizing her support for efforts to fight HIV &amp; AIDS and her commitment to preserving and strengthening LGBTQ+ spaces. (</w:t>
      </w:r>
      <w:hyperlink r:id="rId17">
        <w:r>
          <w:rPr>
            <w:color w:val="0000EE"/>
            <w:u w:val="single"/>
          </w:rPr>
          <w:t>globenewswire.com</w:t>
        </w:r>
      </w:hyperlink>
      <w:r>
        <w:t>)</w:t>
      </w:r>
      <w:r/>
    </w:p>
    <w:p>
      <w:pPr>
        <w:pStyle w:val="ListNumber"/>
        <w:spacing w:line="240" w:lineRule="auto"/>
        <w:ind w:left="720"/>
      </w:pPr>
      <w:r/>
      <w:hyperlink r:id="rId11">
        <w:r>
          <w:rPr>
            <w:color w:val="0000EE"/>
            <w:u w:val="single"/>
          </w:rPr>
          <w:t>https://www.vogue.com/article/madonna-times-square-performance-confessions</w:t>
        </w:r>
      </w:hyperlink>
      <w:r>
        <w:t xml:space="preserve"> - Madonna kicked off Pride Month with a surprise performance in Times Square, New York City, in collaboration with Grindr. At 6:27 p.m., she emerged on a raised platform stage inside a flashing billboard, performing six songs, including a new single, 'Love Sensation', from her upcoming album 'Confessions II', set for release in July. (</w:t>
      </w:r>
      <w:hyperlink r:id="rId18">
        <w:r>
          <w:rPr>
            <w:color w:val="0000EE"/>
            <w:u w:val="single"/>
          </w:rPr>
          <w:t>vogue.com</w:t>
        </w:r>
      </w:hyperlink>
      <w:r>
        <w:t>)</w:t>
      </w:r>
      <w:r/>
    </w:p>
    <w:p>
      <w:pPr>
        <w:pStyle w:val="ListNumber"/>
        <w:spacing w:line="240" w:lineRule="auto"/>
        <w:ind w:left="720"/>
      </w:pPr>
      <w:r/>
      <w:hyperlink r:id="rId15">
        <w:r>
          <w:rPr>
            <w:color w:val="0000EE"/>
            <w:u w:val="single"/>
          </w:rPr>
          <w:t>https://djmag.com/news/watch-madonna-debut-new-tracks-during-surprise-set-la-nightclub-abbey</w:t>
        </w:r>
      </w:hyperlink>
      <w:r>
        <w:t xml:space="preserve"> - Madonna surprised fans with a set at LA nightclub The Abbey, debuting two new tracks from her forthcoming album, 'Confessions On A Dance Floor: Part II'. She performed alongside her longtime producer Stuart Price, playing new singles 'Love Sensation' and 'Freedom', as well as her 2005 hit 'Hung Up'. The event also featured The xx's Romy. (</w:t>
      </w:r>
      <w:hyperlink r:id="rId19">
        <w:r>
          <w:rPr>
            <w:color w:val="0000EE"/>
            <w:u w:val="single"/>
          </w:rPr>
          <w:t>djmag.com</w:t>
        </w:r>
      </w:hyperlink>
      <w:r>
        <w:t>)</w:t>
      </w:r>
      <w:r/>
    </w:p>
    <w:p>
      <w:pPr>
        <w:pStyle w:val="ListNumber"/>
        <w:spacing w:line="240" w:lineRule="auto"/>
        <w:ind w:left="720"/>
      </w:pPr>
      <w:r/>
      <w:hyperlink r:id="rId13">
        <w:r>
          <w:rPr>
            <w:color w:val="0000EE"/>
            <w:u w:val="single"/>
          </w:rPr>
          <w:t>https://www.culturedmag.com/article/2026/07/13/parties-madonna-club-confessions-new-york/</w:t>
        </w:r>
      </w:hyperlink>
      <w:r>
        <w:t xml:space="preserve"> - Madonna's 'Club Confessions' event in New York City attracted a diverse crowd, including celebrities like Kim Petras, Ariana DeBose, and Louisa Jacobson. The event featured performances by DJs such as Sam-E, Junior Sanchez, and FCUKERS, with Honey Dijon closing the night. Madonna's appearance included new tracks from her album 'Confessions II' and a rendition of 'Hung Up'. (</w:t>
      </w:r>
      <w:hyperlink r:id="rId20">
        <w:r>
          <w:rPr>
            <w:color w:val="0000EE"/>
            <w:u w:val="single"/>
          </w:rPr>
          <w:t>culturedmag.com</w:t>
        </w:r>
      </w:hyperlink>
      <w:r>
        <w:t>)</w:t>
      </w:r>
      <w:r/>
    </w:p>
    <w:p>
      <w:pPr>
        <w:pStyle w:val="ListNumber"/>
        <w:spacing w:line="240" w:lineRule="auto"/>
        <w:ind w:left="720"/>
      </w:pPr>
      <w:r/>
      <w:hyperlink r:id="rId12">
        <w:r>
          <w:rPr>
            <w:color w:val="0000EE"/>
            <w:u w:val="single"/>
          </w:rPr>
          <w:t>https://www.papermag.com/madonna-club-confessions-gossip</w:t>
        </w:r>
      </w:hyperlink>
      <w:r>
        <w:t xml:space="preserve"> - PAPER Magazine's writer Taylor Lomax attended Madonna's 'Club Confessions' event in West Hollywood, providing an unfiltered look into the experience. The event, which also served as a birthday party for Tristan Schukraft, featured Madonna debuting new tracks from her upcoming album 'Confessions II' and included performances by The xx's Romy. (</w:t>
      </w:r>
      <w:hyperlink r:id="rId21">
        <w:r>
          <w:rPr>
            <w:color w:val="0000EE"/>
            <w:u w:val="single"/>
          </w:rPr>
          <w:t>papermag.com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eraveyou.com/2026/08/madonna-kylie-minogue-worldpride-amsterdam-club-confessions-surprise/" TargetMode="External"/><Relationship Id="rId10" Type="http://schemas.openxmlformats.org/officeDocument/2006/relationships/hyperlink" Target="https://elpais.com/cultura/2026-08-02/madonna-actua-con-kylie-minogue-en-el-world-pride-de-amsterdam.html" TargetMode="External"/><Relationship Id="rId11" Type="http://schemas.openxmlformats.org/officeDocument/2006/relationships/hyperlink" Target="https://www.vogue.com/article/madonna-times-square-performance-confessions" TargetMode="External"/><Relationship Id="rId12" Type="http://schemas.openxmlformats.org/officeDocument/2006/relationships/hyperlink" Target="https://www.papermag.com/madonna-club-confessions-gossip" TargetMode="External"/><Relationship Id="rId13" Type="http://schemas.openxmlformats.org/officeDocument/2006/relationships/hyperlink" Target="https://www.culturedmag.com/article/2026/07/13/parties-madonna-club-confessions-new-york/" TargetMode="External"/><Relationship Id="rId14" Type="http://schemas.openxmlformats.org/officeDocument/2006/relationships/hyperlink" Target="https://www.globenewswire.com/news-release/2026/07/14/3326548/0/en/MADONNA-CLUB-CONFESSIONS-NYC-WITH-MISTR.html" TargetMode="External"/><Relationship Id="rId15" Type="http://schemas.openxmlformats.org/officeDocument/2006/relationships/hyperlink" Target="https://djmag.com/news/watch-madonna-debut-new-tracks-during-surprise-set-la-nightclub-abbey" TargetMode="External"/><Relationship Id="rId16" Type="http://schemas.openxmlformats.org/officeDocument/2006/relationships/hyperlink" Target="https://elpais.com/cultura/2026-08-02/madonna-actua-con-kylie-minogue-en-el-world-pride-de-amsterdam.html?utm_source=openai" TargetMode="External"/><Relationship Id="rId17" Type="http://schemas.openxmlformats.org/officeDocument/2006/relationships/hyperlink" Target="https://www.globenewswire.com/news-release/2026/07/14/3326548/0/en/MADONNA-CLUB-CONFESSIONS-NYC-WITH-MISTR.html?utm_source=openai" TargetMode="External"/><Relationship Id="rId18" Type="http://schemas.openxmlformats.org/officeDocument/2006/relationships/hyperlink" Target="https://www.vogue.com/article/madonna-times-square-performance-confessions?utm_source=openai" TargetMode="External"/><Relationship Id="rId19" Type="http://schemas.openxmlformats.org/officeDocument/2006/relationships/hyperlink" Target="https://djmag.com/news/watch-madonna-debut-new-tracks-during-surprise-set-la-nightclub-abbey?utm_source=openai" TargetMode="External"/><Relationship Id="rId20" Type="http://schemas.openxmlformats.org/officeDocument/2006/relationships/hyperlink" Target="https://www.culturedmag.com/article/2026/07/13/parties-madonna-club-confessions-new-york/?utm_source=openai" TargetMode="External"/><Relationship Id="rId21" Type="http://schemas.openxmlformats.org/officeDocument/2006/relationships/hyperlink" Target="https://www.papermag.com/madonna-club-confessions-gossip?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